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93F753" w14:textId="60D3E463" w:rsidR="009E1AF4" w:rsidRDefault="009E1AF4" w:rsidP="004972A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pict w14:anchorId="161157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pt;height:745.5pt">
            <v:imagedata r:id="rId7" o:title="5"/>
          </v:shape>
        </w:pict>
      </w:r>
      <w:bookmarkEnd w:id="0"/>
    </w:p>
    <w:p w14:paraId="2483DF4E" w14:textId="77777777" w:rsidR="009E1AF4" w:rsidRDefault="009E1AF4" w:rsidP="004972A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60D2475E" w14:textId="77777777" w:rsidR="004972A0" w:rsidRPr="00B37BD9" w:rsidRDefault="004972A0" w:rsidP="004972A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BD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Содержание учебного курса </w:t>
      </w:r>
    </w:p>
    <w:p w14:paraId="7E08CB05" w14:textId="77777777" w:rsidR="004972A0" w:rsidRPr="00B37BD9" w:rsidRDefault="004972A0" w:rsidP="004972A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BD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Введение </w:t>
      </w:r>
    </w:p>
    <w:p w14:paraId="326171E8" w14:textId="77777777" w:rsidR="004972A0" w:rsidRPr="00B37BD9" w:rsidRDefault="004972A0" w:rsidP="004972A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t>Почему нужно изучать предмет «Основы безопасности жизнедеятельности».</w:t>
      </w:r>
    </w:p>
    <w:p w14:paraId="5F5BAB1E" w14:textId="77777777" w:rsidR="004972A0" w:rsidRPr="00B37BD9" w:rsidRDefault="004972A0" w:rsidP="004972A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BD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Чтобы сохранить здоровье, нужно знать себя </w:t>
      </w:r>
    </w:p>
    <w:p w14:paraId="5AC095EF" w14:textId="77777777" w:rsidR="004972A0" w:rsidRPr="00B37BD9" w:rsidRDefault="004972A0" w:rsidP="004972A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BD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Особенности организма человека. </w:t>
      </w: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t>Организм человека как единое целое. Функции разных систем органов тела. По</w:t>
      </w: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softHyphen/>
        <w:t>чему нужно знать свой организм. Укрепление нервной систе</w:t>
      </w: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softHyphen/>
        <w:t>мы, тренировка сердца, дыхательной системы. Принципы ра</w:t>
      </w: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softHyphen/>
        <w:t>ционального питания. Первая помощь при отравлении и пи</w:t>
      </w: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softHyphen/>
        <w:t>щевой аллергии.</w:t>
      </w:r>
    </w:p>
    <w:p w14:paraId="2944CB37" w14:textId="77777777" w:rsidR="004972A0" w:rsidRPr="00B37BD9" w:rsidRDefault="004972A0" w:rsidP="004972A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BD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Здоровье органов чувств. </w:t>
      </w: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t>Охрана органов чувств. Пер</w:t>
      </w: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softHyphen/>
        <w:t>вая помощь при попадании в глаз инородного тела.</w:t>
      </w:r>
    </w:p>
    <w:p w14:paraId="4F34CB34" w14:textId="77777777" w:rsidR="004972A0" w:rsidRPr="00B37BD9" w:rsidRDefault="004972A0" w:rsidP="004972A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BD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Как вести здоровый образ жизни. </w:t>
      </w: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t>Факторы, влияющие на здоровье. Организованность и здоровье. Гигиенические процедуры младшего подростка. Заболевания, вызванные от</w:t>
      </w: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softHyphen/>
        <w:t>сутствием гигиены (дизентерия, глисты, вши).</w:t>
      </w:r>
    </w:p>
    <w:p w14:paraId="37647C02" w14:textId="77777777" w:rsidR="004972A0" w:rsidRPr="00B37BD9" w:rsidRDefault="004972A0" w:rsidP="004972A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BD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Движение </w:t>
      </w: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t>— </w:t>
      </w:r>
      <w:r w:rsidRPr="00B37BD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это жизнь. </w:t>
      </w: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t>Комплекс упражнений и игры для поддержания двигательной активности.</w:t>
      </w:r>
    </w:p>
    <w:p w14:paraId="24F624B5" w14:textId="77777777" w:rsidR="004972A0" w:rsidRPr="00B37BD9" w:rsidRDefault="004972A0" w:rsidP="004972A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BD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Закаливание как условие сохранения и укрепления здо</w:t>
      </w:r>
      <w:r w:rsidRPr="00B37BD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softHyphen/>
        <w:t>ровья. </w:t>
      </w: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t>Правила закаливания младшего подростка.</w:t>
      </w:r>
    </w:p>
    <w:p w14:paraId="11EAEE47" w14:textId="77777777" w:rsidR="004972A0" w:rsidRPr="00B37BD9" w:rsidRDefault="004972A0" w:rsidP="004972A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BD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Компьютер и здоровье. </w:t>
      </w: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t>Правила безопасного пользова</w:t>
      </w: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softHyphen/>
        <w:t>ния компьютером. Виды занятий, снимающих утомление.</w:t>
      </w:r>
    </w:p>
    <w:p w14:paraId="7CC3C7F2" w14:textId="77777777" w:rsidR="004972A0" w:rsidRPr="00B37BD9" w:rsidRDefault="004972A0" w:rsidP="004972A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BD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Мой безопасный дом </w:t>
      </w:r>
    </w:p>
    <w:p w14:paraId="7DDA8AEB" w14:textId="77777777" w:rsidR="004972A0" w:rsidRPr="00B37BD9" w:rsidRDefault="004972A0" w:rsidP="004972A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BD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Безопасный дом. </w:t>
      </w: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t>Поддержание чистоты и порядка в доме, на рабочем месте. Правила уборки квартиры и мытья посуды. Животные и насекомые, распространяющие инфекцию (мыши, тараканы, клопы). Техника безопасности в доме. Первая по</w:t>
      </w: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softHyphen/>
        <w:t>мощь при ушибах, отравлении химическими веществами (па</w:t>
      </w: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softHyphen/>
        <w:t>рами клея, краски, газом) и поражении электрическим током.</w:t>
      </w:r>
    </w:p>
    <w:p w14:paraId="44104AE3" w14:textId="77777777" w:rsidR="004972A0" w:rsidRPr="00B37BD9" w:rsidRDefault="004972A0" w:rsidP="004972A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BD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Школьная жизнь</w:t>
      </w:r>
    </w:p>
    <w:p w14:paraId="4015C77F" w14:textId="77777777" w:rsidR="004972A0" w:rsidRPr="00B37BD9" w:rsidRDefault="004972A0" w:rsidP="004972A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BD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Выбор пути: безопасная дорога в школу. </w:t>
      </w: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t>Пешеходы и пассажиры — участники дорожного движения. Дорожное движение в населённом пункте и за городом. Безопасная до</w:t>
      </w: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softHyphen/>
        <w:t>рога. Выбор безопасного пути в школу. Правила поведения на дорогах и улицах. Оценка пешеходом дорожной ситуации. «Дорожные ловушки» — способы определения опасных для пешехода мест и ситуаций. Школьник как пассажир. Прави</w:t>
      </w: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softHyphen/>
        <w:t>ла поведения пассажира в разных видах транспорта.</w:t>
      </w:r>
    </w:p>
    <w:p w14:paraId="1E933598" w14:textId="77777777" w:rsidR="004972A0" w:rsidRPr="00B37BD9" w:rsidRDefault="004972A0" w:rsidP="004972A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BD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Правила поведения в школе. </w:t>
      </w: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t>Общие правила поведения в школьном помещении и во дворе школы. Поведение на за</w:t>
      </w: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softHyphen/>
        <w:t>нятиях, переменах, во время передвижения по школе, в сто</w:t>
      </w: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softHyphen/>
        <w:t>ловой. Может ли общение привести к беде. Первая помощь при сотрясении мозга, ушибах и кровотечении. Помощь забо</w:t>
      </w: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softHyphen/>
        <w:t>левшему ребёнку.</w:t>
      </w:r>
    </w:p>
    <w:p w14:paraId="107BD59F" w14:textId="77777777" w:rsidR="004972A0" w:rsidRPr="00B37BD9" w:rsidRDefault="004972A0" w:rsidP="004972A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t>Ориентирование в школьных помещениях. Меры преду</w:t>
      </w: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softHyphen/>
        <w:t>преждения пожаров, правила эвакуации при пожаре. По</w:t>
      </w: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softHyphen/>
        <w:t>мощь при отравлении угарным газом и при ожогах.</w:t>
      </w:r>
    </w:p>
    <w:p w14:paraId="79BF0096" w14:textId="77777777" w:rsidR="004972A0" w:rsidRPr="00B37BD9" w:rsidRDefault="004972A0" w:rsidP="004972A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BD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Практические работы</w:t>
      </w:r>
    </w:p>
    <w:p w14:paraId="2F8673CD" w14:textId="77777777" w:rsidR="004972A0" w:rsidRPr="00B37BD9" w:rsidRDefault="004972A0" w:rsidP="004972A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t>Измерение пульса, проверка выносливости; тренировка дыхательной системы; проверка степени загрязнения воды; анализ режима питания; овладение приёмами тренировки глаз; проверка уровня физической подготовки учащегося; со</w:t>
      </w: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softHyphen/>
        <w:t>ставление программы закаливания; освоение правил пользо</w:t>
      </w: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softHyphen/>
        <w:t>вания компьютером; выбор безопасного маршрута от дома до школы; оценка дорожной обстановки; освоение правил до</w:t>
      </w: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softHyphen/>
        <w:t>рожного движения; выбор правильного решения в конфликт</w:t>
      </w: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softHyphen/>
        <w:t>ной ситуации; эвакуация из здания школы; действия при по</w:t>
      </w: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softHyphen/>
        <w:t>жаре в школе</w:t>
      </w:r>
    </w:p>
    <w:p w14:paraId="54155C4F" w14:textId="77777777" w:rsidR="004972A0" w:rsidRPr="00B37BD9" w:rsidRDefault="004972A0" w:rsidP="004972A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BD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Проектная деятельность по теме </w:t>
      </w: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t>«Органы чувств чело</w:t>
      </w:r>
      <w:r w:rsidRPr="00B37BD9">
        <w:rPr>
          <w:rFonts w:ascii="Times New Roman" w:eastAsia="Times New Roman" w:hAnsi="Times New Roman"/>
          <w:sz w:val="28"/>
          <w:szCs w:val="28"/>
          <w:lang w:eastAsia="ru-RU"/>
        </w:rPr>
        <w:softHyphen/>
        <w:t>века».</w:t>
      </w:r>
    </w:p>
    <w:p w14:paraId="68F071A5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Практические работы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примерные темы работ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6B44AD11" w14:textId="77777777" w:rsidR="00B37BD9" w:rsidRDefault="00B37BD9" w:rsidP="00B37BD9">
      <w:pPr>
        <w:pStyle w:val="ae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Подготовка программы закаливания для человека, часто болеющего простудными заболеваниями.</w:t>
      </w:r>
    </w:p>
    <w:p w14:paraId="44B0551E" w14:textId="77777777" w:rsidR="00B37BD9" w:rsidRDefault="00B37BD9" w:rsidP="00B37BD9">
      <w:pPr>
        <w:pStyle w:val="ae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Анализ пищевой пирамиды.</w:t>
      </w:r>
    </w:p>
    <w:p w14:paraId="3BBE4820" w14:textId="77777777" w:rsidR="00B37BD9" w:rsidRDefault="00B37BD9" w:rsidP="00B37BD9">
      <w:pPr>
        <w:pStyle w:val="ae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Составление рациона питания с учётом соотношения белков, жиров и углеводов.</w:t>
      </w:r>
    </w:p>
    <w:p w14:paraId="0DE1C081" w14:textId="77777777" w:rsidR="00B37BD9" w:rsidRDefault="00B37BD9" w:rsidP="00B37BD9">
      <w:pPr>
        <w:pStyle w:val="ae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Анализ информации на этикетке какого-либо продукта.</w:t>
      </w:r>
    </w:p>
    <w:p w14:paraId="28A2D647" w14:textId="77777777" w:rsidR="00B37BD9" w:rsidRDefault="00B37BD9" w:rsidP="00B37BD9">
      <w:pPr>
        <w:pStyle w:val="ae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Определение своего роста и веса, анализ соотношения роста и веса.</w:t>
      </w:r>
    </w:p>
    <w:p w14:paraId="0A032B3A" w14:textId="77777777" w:rsidR="00B37BD9" w:rsidRDefault="00B37BD9" w:rsidP="00B37BD9">
      <w:pPr>
        <w:pStyle w:val="ae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Источники шума в современной городской квартире.</w:t>
      </w:r>
    </w:p>
    <w:p w14:paraId="369E03D9" w14:textId="77777777" w:rsidR="00B37BD9" w:rsidRDefault="00B37BD9" w:rsidP="00B37BD9">
      <w:pPr>
        <w:pStyle w:val="ae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Правила пользования газовыми и электрическими приборами.</w:t>
      </w:r>
    </w:p>
    <w:p w14:paraId="725B5328" w14:textId="4152EED6" w:rsidR="00B37BD9" w:rsidRPr="006A5E35" w:rsidRDefault="00B37BD9" w:rsidP="006A5E35">
      <w:pPr>
        <w:pStyle w:val="ae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</w:p>
    <w:p w14:paraId="34922583" w14:textId="77777777" w:rsidR="00B37BD9" w:rsidRDefault="00B37BD9" w:rsidP="00B37BD9">
      <w:pPr>
        <w:pStyle w:val="ae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</w:p>
    <w:p w14:paraId="65B5CF5B" w14:textId="77777777" w:rsidR="00B37BD9" w:rsidRDefault="00B37BD9" w:rsidP="00B37BD9">
      <w:pPr>
        <w:pStyle w:val="ae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Проектная деятельность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примерные темы работ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)</w:t>
      </w:r>
    </w:p>
    <w:p w14:paraId="0AE0BBD1" w14:textId="77777777" w:rsidR="00B37BD9" w:rsidRDefault="00B37BD9" w:rsidP="00B37BD9">
      <w:pPr>
        <w:pStyle w:val="ae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Программа закаливания для подростка с учётом его индивидуальных особенностей и условий проживания.</w:t>
      </w:r>
    </w:p>
    <w:p w14:paraId="6A91E7A9" w14:textId="77777777" w:rsidR="00B37BD9" w:rsidRDefault="00B37BD9" w:rsidP="00B37BD9">
      <w:pPr>
        <w:pStyle w:val="ae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Одиночество — путь к социальному нездоровью.</w:t>
      </w:r>
    </w:p>
    <w:p w14:paraId="7A713B12" w14:textId="77777777" w:rsidR="00B37BD9" w:rsidRDefault="00B37BD9" w:rsidP="00B37BD9">
      <w:pPr>
        <w:pStyle w:val="ae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Общение — важная человеческая потребность.</w:t>
      </w:r>
    </w:p>
    <w:p w14:paraId="64F42B55" w14:textId="77777777" w:rsidR="00B37BD9" w:rsidRDefault="00B37BD9" w:rsidP="00B37BD9">
      <w:pPr>
        <w:pStyle w:val="ae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666666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Как обеспечить высокий уровень социального здоровья общества?</w:t>
      </w:r>
    </w:p>
    <w:p w14:paraId="0C74A4AF" w14:textId="77777777" w:rsidR="00B37BD9" w:rsidRDefault="00B37BD9" w:rsidP="00B37BD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  <w:sectPr w:rsidR="00B37BD9">
          <w:pgSz w:w="11900" w:h="16840"/>
          <w:pgMar w:top="298" w:right="912" w:bottom="1440" w:left="666" w:header="720" w:footer="720" w:gutter="0"/>
          <w:cols w:space="720"/>
        </w:sectPr>
      </w:pPr>
    </w:p>
    <w:p w14:paraId="71DE817F" w14:textId="77777777" w:rsidR="00B37BD9" w:rsidRDefault="00B37BD9" w:rsidP="00B37BD9">
      <w:pPr>
        <w:autoSpaceDE w:val="0"/>
        <w:autoSpaceDN w:val="0"/>
        <w:spacing w:after="78" w:line="220" w:lineRule="exact"/>
      </w:pPr>
    </w:p>
    <w:p w14:paraId="001AE09F" w14:textId="77777777" w:rsidR="00B37BD9" w:rsidRDefault="00B37BD9" w:rsidP="00B37BD9">
      <w:pPr>
        <w:autoSpaceDE w:val="0"/>
        <w:autoSpaceDN w:val="0"/>
        <w:spacing w:after="0" w:line="22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ПЛАНИРУЕМЫЕ ОБРАЗОВАТЕЛЬНЫЕ РЕЗУЛЬТАТЫ</w:t>
      </w:r>
    </w:p>
    <w:p w14:paraId="2227F46D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Планируемые результаты обучения</w:t>
      </w:r>
    </w:p>
    <w:p w14:paraId="71D8CA12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4CCFFEA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Личностные результаты</w:t>
      </w:r>
    </w:p>
    <w:p w14:paraId="678272B9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egoe UI Symbol" w:hAnsi="Segoe UI Symbol" w:cs="Segoe UI Symbol"/>
          <w:color w:val="666666"/>
          <w:sz w:val="28"/>
          <w:szCs w:val="28"/>
        </w:rPr>
        <w:t>◼</w:t>
      </w:r>
      <w:r>
        <w:rPr>
          <w:rFonts w:ascii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Освоение социальных норм поведения, социальных ролей, связанных с необычными, неожиданными, опасными и</w:t>
      </w:r>
    </w:p>
    <w:p w14:paraId="1277FE53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чрезвычайными ситуациями;</w:t>
      </w:r>
    </w:p>
    <w:p w14:paraId="206464D6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egoe UI Symbol" w:hAnsi="Segoe UI Symbol" w:cs="Segoe UI Symbol"/>
          <w:color w:val="666666"/>
          <w:sz w:val="28"/>
          <w:szCs w:val="28"/>
        </w:rPr>
        <w:t>◼</w:t>
      </w:r>
      <w:r>
        <w:rPr>
          <w:rFonts w:ascii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социально значимых межличностных отношений, ценностных жизненных установок и нравственных представлений;</w:t>
      </w:r>
    </w:p>
    <w:p w14:paraId="467D1F70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egoe UI Symbol" w:hAnsi="Segoe UI Symbol" w:cs="Segoe UI Symbol"/>
          <w:color w:val="666666"/>
          <w:sz w:val="28"/>
          <w:szCs w:val="28"/>
        </w:rPr>
        <w:t>◼</w:t>
      </w:r>
      <w:r>
        <w:rPr>
          <w:rFonts w:ascii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эмоционально-отрицательная оценка потребительского отношения к окружающей среде, к проявлению асоциального поведения;</w:t>
      </w:r>
    </w:p>
    <w:p w14:paraId="492BE048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egoe UI Symbol" w:hAnsi="Segoe UI Symbol" w:cs="Segoe UI Symbol"/>
          <w:color w:val="666666"/>
          <w:sz w:val="28"/>
          <w:szCs w:val="28"/>
        </w:rPr>
        <w:t>◼</w:t>
      </w:r>
      <w:r>
        <w:rPr>
          <w:rFonts w:ascii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формирование способности предвидеть результаты своих действий, корректировать те из них, которые могут</w:t>
      </w:r>
    </w:p>
    <w:p w14:paraId="334806C5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привести к нежелательным и/или опасным последствиям;</w:t>
      </w:r>
    </w:p>
    <w:p w14:paraId="6D387A85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egoe UI Symbol" w:hAnsi="Segoe UI Symbol" w:cs="Segoe UI Symbol"/>
          <w:color w:val="666666"/>
          <w:sz w:val="28"/>
          <w:szCs w:val="28"/>
        </w:rPr>
        <w:t>◼</w:t>
      </w:r>
      <w:r>
        <w:rPr>
          <w:rFonts w:ascii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устойчивое стремление и готовность к саморазвитию и личностному совершенствованию.</w:t>
      </w:r>
    </w:p>
    <w:p w14:paraId="2AC1410B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2E91F3B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результаты (универсальные учебные действия)</w:t>
      </w:r>
    </w:p>
    <w:p w14:paraId="54600B46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Познавательные</w:t>
      </w:r>
    </w:p>
    <w:p w14:paraId="039D6B67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Обучающиеся научатся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492E0245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egoe UI Symbol" w:hAnsi="Segoe UI Symbol" w:cs="Segoe UI Symbol"/>
          <w:b/>
          <w:bCs/>
          <w:color w:val="666666"/>
          <w:sz w:val="28"/>
          <w:szCs w:val="28"/>
        </w:rPr>
        <w:t>◼</w:t>
      </w:r>
      <w:r>
        <w:rPr>
          <w:rFonts w:ascii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использовать умственные операции (анализ, синтез, сравнение, классификация и др.) для оценки, интерпретации и обобщения получаемой информации;</w:t>
      </w:r>
    </w:p>
    <w:p w14:paraId="0519DF38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egoe UI Symbol" w:hAnsi="Segoe UI Symbol" w:cs="Segoe UI Symbol"/>
          <w:b/>
          <w:bCs/>
          <w:color w:val="666666"/>
          <w:sz w:val="28"/>
          <w:szCs w:val="28"/>
        </w:rPr>
        <w:t>◼</w:t>
      </w:r>
      <w:r>
        <w:rPr>
          <w:rFonts w:ascii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сопоставлять информацию по одной и той же проблеме, полученную из различных источников и в разных видах</w:t>
      </w:r>
    </w:p>
    <w:p w14:paraId="4C952C21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(текст, иллюстрация, графическое представление);</w:t>
      </w:r>
    </w:p>
    <w:p w14:paraId="11CABE17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egoe UI Symbol" w:hAnsi="Segoe UI Symbol" w:cs="Segoe UI Symbol"/>
          <w:b/>
          <w:bCs/>
          <w:color w:val="666666"/>
          <w:sz w:val="28"/>
          <w:szCs w:val="28"/>
        </w:rPr>
        <w:t>◼</w:t>
      </w:r>
      <w:r>
        <w:rPr>
          <w:rFonts w:ascii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сравнивать чрезвычайные ситуации и классифицировать их по степени опасности для жизни и здоровья людей;</w:t>
      </w:r>
    </w:p>
    <w:p w14:paraId="29EB3280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egoe UI Symbol" w:hAnsi="Segoe UI Symbol" w:cs="Segoe UI Symbol"/>
          <w:b/>
          <w:bCs/>
          <w:color w:val="666666"/>
          <w:sz w:val="28"/>
          <w:szCs w:val="28"/>
        </w:rPr>
        <w:t>◼</w:t>
      </w:r>
      <w:r>
        <w:rPr>
          <w:rFonts w:ascii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осуществлять поиск информации, необходимой для выбора правильных решений в опасных и чрезвычайных ситуациях, связанных с бытом, повседневной школьной жизнью, природными и техногенными происшествиями.</w:t>
      </w:r>
    </w:p>
    <w:p w14:paraId="3EFD308B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123C0862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Регулятивные</w:t>
      </w:r>
    </w:p>
    <w:p w14:paraId="241A60CF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Обучающиеся научатся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2300AA6F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egoe UI Symbol" w:hAnsi="Segoe UI Symbol" w:cs="Segoe UI Symbol"/>
          <w:b/>
          <w:bCs/>
          <w:color w:val="666666"/>
          <w:sz w:val="28"/>
          <w:szCs w:val="28"/>
        </w:rPr>
        <w:t>◼</w:t>
      </w:r>
      <w:r>
        <w:rPr>
          <w:rFonts w:ascii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планировать по собственному побуждению свою жизнь и деятельность, ориентируясь на изученные правила безопасного поведения в различных ситуациях;</w:t>
      </w:r>
    </w:p>
    <w:p w14:paraId="6B9737DE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egoe UI Symbol" w:hAnsi="Segoe UI Symbol" w:cs="Segoe UI Symbol"/>
          <w:b/>
          <w:bCs/>
          <w:color w:val="666666"/>
          <w:sz w:val="28"/>
          <w:szCs w:val="28"/>
        </w:rPr>
        <w:t>◼</w:t>
      </w:r>
      <w:r>
        <w:rPr>
          <w:rFonts w:ascii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контролировать своё поведение, проявлять желание и способности предвидеть последствия своих действий и поступков;</w:t>
      </w:r>
    </w:p>
    <w:p w14:paraId="23472DCC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egoe UI Symbol" w:hAnsi="Segoe UI Symbol" w:cs="Segoe UI Symbol"/>
          <w:b/>
          <w:bCs/>
          <w:color w:val="666666"/>
          <w:sz w:val="28"/>
          <w:szCs w:val="28"/>
        </w:rPr>
        <w:lastRenderedPageBreak/>
        <w:t>◼</w:t>
      </w:r>
      <w:r>
        <w:rPr>
          <w:rFonts w:ascii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оценивать различные опасные и чрезвычайные ситуации, определять ошибки и недостатки в действиях людей, попавших в такие ситуации, искать способы устранения негативных последствий.</w:t>
      </w:r>
    </w:p>
    <w:p w14:paraId="7CB49F2E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Коммуникативные</w:t>
      </w:r>
    </w:p>
    <w:p w14:paraId="384BB121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Обучающиеся научатся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4AD71DEC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egoe UI Symbol" w:hAnsi="Segoe UI Symbol" w:cs="Segoe UI Symbol"/>
          <w:b/>
          <w:bCs/>
          <w:color w:val="666666"/>
          <w:sz w:val="28"/>
          <w:szCs w:val="28"/>
        </w:rPr>
        <w:t>◼</w:t>
      </w:r>
      <w:r>
        <w:rPr>
          <w:rFonts w:ascii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участвовать в диалоге (высказывать своё мнение, терпимо относиться к разным мнениям, объективно оценивать суждения участников);</w:t>
      </w:r>
    </w:p>
    <w:p w14:paraId="39A3C5E5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egoe UI Symbol" w:hAnsi="Segoe UI Symbol" w:cs="Segoe UI Symbol"/>
          <w:b/>
          <w:bCs/>
          <w:color w:val="666666"/>
          <w:sz w:val="28"/>
          <w:szCs w:val="28"/>
        </w:rPr>
        <w:t>◼</w:t>
      </w:r>
      <w:r>
        <w:rPr>
          <w:rFonts w:ascii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формулировать обобщения и выводы по изученному материалу;</w:t>
      </w:r>
    </w:p>
    <w:p w14:paraId="5AEBAFE4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egoe UI Symbol" w:hAnsi="Segoe UI Symbol" w:cs="Segoe UI Symbol"/>
          <w:b/>
          <w:bCs/>
          <w:color w:val="666666"/>
          <w:sz w:val="28"/>
          <w:szCs w:val="28"/>
        </w:rPr>
        <w:t>◼</w:t>
      </w:r>
      <w:r>
        <w:rPr>
          <w:rFonts w:ascii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составлять обоснованные суждения о правилах безопасного поведения в различных чрезвычайных ситуациях;</w:t>
      </w:r>
    </w:p>
    <w:p w14:paraId="1EC7A588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egoe UI Symbol" w:hAnsi="Segoe UI Symbol" w:cs="Segoe UI Symbol"/>
          <w:b/>
          <w:bCs/>
          <w:color w:val="666666"/>
          <w:sz w:val="28"/>
          <w:szCs w:val="28"/>
        </w:rPr>
        <w:t>◼</w:t>
      </w:r>
      <w:r>
        <w:rPr>
          <w:rFonts w:ascii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характеризовать термины и понятия (в рамках изученных), пользоваться энциклопедиями и словарями для уточнения их значения и смысла;</w:t>
      </w:r>
    </w:p>
    <w:p w14:paraId="6C2614DE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egoe UI Symbol" w:hAnsi="Segoe UI Symbol" w:cs="Segoe UI Symbol"/>
          <w:b/>
          <w:bCs/>
          <w:color w:val="666666"/>
          <w:sz w:val="28"/>
          <w:szCs w:val="28"/>
        </w:rPr>
        <w:t>◼</w:t>
      </w:r>
      <w:r>
        <w:rPr>
          <w:rFonts w:ascii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характеризовать термины и причины происходящих негативных явлений и событий, делать выводы о возможных способах их предупреждения.</w:t>
      </w:r>
    </w:p>
    <w:p w14:paraId="0BFB66E9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Предметные результаты</w:t>
      </w:r>
    </w:p>
    <w:p w14:paraId="46A7BF9A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Обучающиеся научатся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2C6E514F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egoe UI Symbol" w:hAnsi="Segoe UI Symbol" w:cs="Segoe UI Symbol"/>
          <w:b/>
          <w:bCs/>
          <w:color w:val="666666"/>
          <w:sz w:val="28"/>
          <w:szCs w:val="28"/>
        </w:rPr>
        <w:t>◼</w:t>
      </w:r>
      <w:r>
        <w:rPr>
          <w:rFonts w:ascii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объяснять смысл основных терминов и понятий (в рамках изученного материала);</w:t>
      </w:r>
    </w:p>
    <w:p w14:paraId="1F321FCA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egoe UI Symbol" w:hAnsi="Segoe UI Symbol" w:cs="Segoe UI Symbol"/>
          <w:b/>
          <w:bCs/>
          <w:color w:val="666666"/>
          <w:sz w:val="28"/>
          <w:szCs w:val="28"/>
        </w:rPr>
        <w:t>◼</w:t>
      </w:r>
      <w:r>
        <w:rPr>
          <w:rFonts w:ascii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характеризовать государственную политику, связанную с предотвращением различных чрезвычайных ситуаций и ликвидацией их последствий (в рамках изученного материала);</w:t>
      </w:r>
    </w:p>
    <w:p w14:paraId="60FA44EC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egoe UI Symbol" w:hAnsi="Segoe UI Symbol" w:cs="Segoe UI Symbol"/>
          <w:b/>
          <w:bCs/>
          <w:color w:val="666666"/>
          <w:sz w:val="28"/>
          <w:szCs w:val="28"/>
        </w:rPr>
        <w:t>◼</w:t>
      </w:r>
      <w:r>
        <w:rPr>
          <w:rFonts w:ascii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раскрывать особенности семьи как важного социального института; характеризовать факторы, влияющие на взаимоотношения в семье;</w:t>
      </w:r>
    </w:p>
    <w:p w14:paraId="7C3308F1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egoe UI Symbol" w:hAnsi="Segoe UI Symbol" w:cs="Segoe UI Symbol"/>
          <w:b/>
          <w:bCs/>
          <w:color w:val="666666"/>
          <w:sz w:val="28"/>
          <w:szCs w:val="28"/>
        </w:rPr>
        <w:t>◼</w:t>
      </w:r>
      <w:r>
        <w:rPr>
          <w:rFonts w:ascii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выявлять положительные и отрицательные факторы, влияющие на здоровье и благополучие человека;</w:t>
      </w:r>
    </w:p>
    <w:p w14:paraId="4CEB0561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egoe UI Symbol" w:hAnsi="Segoe UI Symbol" w:cs="Segoe UI Symbol"/>
          <w:b/>
          <w:bCs/>
          <w:color w:val="666666"/>
          <w:sz w:val="28"/>
          <w:szCs w:val="28"/>
        </w:rPr>
        <w:t>◼</w:t>
      </w:r>
      <w:r>
        <w:rPr>
          <w:rFonts w:ascii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раскрывать правила и особенности организации безопасного туризма, отдыха, игр и занятий;</w:t>
      </w:r>
    </w:p>
    <w:p w14:paraId="6F3A2F94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egoe UI Symbol" w:hAnsi="Segoe UI Symbol" w:cs="Segoe UI Symbol"/>
          <w:b/>
          <w:bCs/>
          <w:color w:val="666666"/>
          <w:sz w:val="28"/>
          <w:szCs w:val="28"/>
        </w:rPr>
        <w:t>◼</w:t>
      </w:r>
      <w:r>
        <w:rPr>
          <w:rFonts w:ascii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классифицировать и характеризовать основные виды чрезвычайных ситуаций, отличать особенности каждого вида;</w:t>
      </w:r>
    </w:p>
    <w:p w14:paraId="26403CB3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egoe UI Symbol" w:hAnsi="Segoe UI Symbol" w:cs="Segoe UI Symbol"/>
          <w:b/>
          <w:bCs/>
          <w:color w:val="666666"/>
          <w:sz w:val="28"/>
          <w:szCs w:val="28"/>
        </w:rPr>
        <w:t>◼</w:t>
      </w:r>
      <w:r>
        <w:rPr>
          <w:rFonts w:ascii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анализировать и оценивать различные ситуации, связанные с опасностями для здоровья и жизни отдельного человека и населения в масштабах региона;</w:t>
      </w:r>
    </w:p>
    <w:p w14:paraId="0965634A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egoe UI Symbol" w:hAnsi="Segoe UI Symbol" w:cs="Segoe UI Symbol"/>
          <w:b/>
          <w:bCs/>
          <w:color w:val="666666"/>
          <w:sz w:val="28"/>
          <w:szCs w:val="28"/>
        </w:rPr>
        <w:t>◼</w:t>
      </w:r>
      <w:r>
        <w:rPr>
          <w:rFonts w:ascii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различать чрезвычайные ситуации разного вида (природные, техногенные, социальные); приводить информацию о таких ситуациях;</w:t>
      </w:r>
    </w:p>
    <w:p w14:paraId="119ED392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egoe UI Symbol" w:hAnsi="Segoe UI Symbol" w:cs="Segoe UI Symbol"/>
          <w:b/>
          <w:bCs/>
          <w:color w:val="666666"/>
          <w:sz w:val="28"/>
          <w:szCs w:val="28"/>
        </w:rPr>
        <w:t>◼</w:t>
      </w:r>
      <w:r>
        <w:rPr>
          <w:rFonts w:ascii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предвидеть возможные последствия своих действий и поведения в различных ситуациях;</w:t>
      </w:r>
    </w:p>
    <w:p w14:paraId="152738AC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egoe UI Symbol" w:hAnsi="Segoe UI Symbol" w:cs="Segoe UI Symbol"/>
          <w:b/>
          <w:bCs/>
          <w:color w:val="666666"/>
          <w:sz w:val="28"/>
          <w:szCs w:val="28"/>
        </w:rPr>
        <w:t>◼</w:t>
      </w:r>
      <w:r>
        <w:rPr>
          <w:rFonts w:ascii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проявлять стремление противостоять негативным влияниям окружающей социальной среды, сверстников и взрослых;</w:t>
      </w:r>
    </w:p>
    <w:p w14:paraId="1CB5CD8B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egoe UI Symbol" w:hAnsi="Segoe UI Symbol" w:cs="Segoe UI Symbol"/>
          <w:b/>
          <w:bCs/>
          <w:color w:val="666666"/>
          <w:sz w:val="28"/>
          <w:szCs w:val="28"/>
        </w:rPr>
        <w:t>◼</w:t>
      </w:r>
      <w:r>
        <w:rPr>
          <w:rFonts w:ascii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организовывать режим и распорядок своей жизнедеятельности, включая в неё двигательную активность, закаливание и другие мероприятия;</w:t>
      </w:r>
    </w:p>
    <w:p w14:paraId="059B03AC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egoe UI Symbol" w:hAnsi="Segoe UI Symbol" w:cs="Segoe UI Symbol"/>
          <w:b/>
          <w:bCs/>
          <w:color w:val="666666"/>
          <w:sz w:val="28"/>
          <w:szCs w:val="28"/>
        </w:rPr>
        <w:lastRenderedPageBreak/>
        <w:t>◼</w:t>
      </w:r>
      <w:r>
        <w:rPr>
          <w:rFonts w:ascii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проявлять разумную предосторожность в выборе мест для игр, при пользовании бытовыми электрическими и газовыми приборами;</w:t>
      </w:r>
    </w:p>
    <w:p w14:paraId="26E89D7A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egoe UI Symbol" w:hAnsi="Segoe UI Symbol" w:cs="Segoe UI Symbol"/>
          <w:b/>
          <w:bCs/>
          <w:color w:val="666666"/>
          <w:sz w:val="28"/>
          <w:szCs w:val="28"/>
        </w:rPr>
        <w:t>◼</w:t>
      </w:r>
      <w:r>
        <w:rPr>
          <w:rFonts w:ascii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правильно ориентироваться в дорожной обстановке, строго соблюдать Правила дорожного движения;</w:t>
      </w:r>
    </w:p>
    <w:p w14:paraId="44EE0971" w14:textId="77777777" w:rsidR="00B37BD9" w:rsidRDefault="00B37BD9" w:rsidP="00B37B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egoe UI Symbol" w:hAnsi="Segoe UI Symbol" w:cs="Segoe UI Symbol"/>
          <w:b/>
          <w:bCs/>
          <w:color w:val="666666"/>
          <w:sz w:val="28"/>
          <w:szCs w:val="28"/>
        </w:rPr>
        <w:t>◼</w:t>
      </w:r>
      <w:r>
        <w:rPr>
          <w:rFonts w:ascii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оказывать первую помощь при различных травмах.</w:t>
      </w:r>
    </w:p>
    <w:p w14:paraId="78E769C9" w14:textId="77777777" w:rsidR="004972A0" w:rsidRDefault="004972A0" w:rsidP="00B37BD9">
      <w:pPr>
        <w:shd w:val="clear" w:color="auto" w:fill="FFFFFF"/>
        <w:spacing w:after="0" w:line="240" w:lineRule="auto"/>
        <w:ind w:firstLine="227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</w:pPr>
    </w:p>
    <w:p w14:paraId="51830E9E" w14:textId="77777777" w:rsidR="00C50DF8" w:rsidRPr="00A857A4" w:rsidRDefault="00C50DF8" w:rsidP="00C50DF8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  <w:lang w:eastAsia="ru-RU"/>
        </w:rPr>
      </w:pPr>
      <w:r w:rsidRPr="00A857A4"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  <w:lang w:eastAsia="ru-RU"/>
        </w:rPr>
        <w:t>ТЕМАТИЧЕСКОЕ ПЛАНИРОВАНИЕ </w:t>
      </w:r>
    </w:p>
    <w:tbl>
      <w:tblPr>
        <w:tblW w:w="153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2190"/>
        <w:gridCol w:w="752"/>
        <w:gridCol w:w="1642"/>
        <w:gridCol w:w="1698"/>
        <w:gridCol w:w="1184"/>
        <w:gridCol w:w="3166"/>
        <w:gridCol w:w="1842"/>
        <w:gridCol w:w="2274"/>
      </w:tblGrid>
      <w:tr w:rsidR="00C50DF8" w:rsidRPr="00A857A4" w14:paraId="47A0CDCD" w14:textId="77777777" w:rsidTr="00D81162">
        <w:tc>
          <w:tcPr>
            <w:tcW w:w="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BD4AD6C" w14:textId="77777777" w:rsidR="00C50DF8" w:rsidRPr="00A857A4" w:rsidRDefault="00C50DF8" w:rsidP="00AE77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Pr="00A857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21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90DE2E6" w14:textId="77777777" w:rsidR="00C50DF8" w:rsidRPr="00A857A4" w:rsidRDefault="00C50DF8" w:rsidP="00AE77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40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4C66327" w14:textId="77777777" w:rsidR="00C50DF8" w:rsidRPr="00A857A4" w:rsidRDefault="00C50DF8" w:rsidP="00AE77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1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9D6A198" w14:textId="77777777" w:rsidR="00C50DF8" w:rsidRPr="00A857A4" w:rsidRDefault="00C50DF8" w:rsidP="00AE77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31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A01F035" w14:textId="77777777" w:rsidR="00C50DF8" w:rsidRPr="00A857A4" w:rsidRDefault="00C50DF8" w:rsidP="00AE77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18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768C646" w14:textId="77777777" w:rsidR="00C50DF8" w:rsidRPr="00A857A4" w:rsidRDefault="00C50DF8" w:rsidP="00AE77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Виды, формы контроля</w:t>
            </w:r>
          </w:p>
        </w:tc>
        <w:tc>
          <w:tcPr>
            <w:tcW w:w="22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98B1490" w14:textId="77777777" w:rsidR="00C50DF8" w:rsidRPr="00A857A4" w:rsidRDefault="00C50DF8" w:rsidP="00AE77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C50DF8" w:rsidRPr="00A857A4" w14:paraId="05F206F3" w14:textId="77777777" w:rsidTr="00D81162">
        <w:tc>
          <w:tcPr>
            <w:tcW w:w="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04041D" w14:textId="77777777" w:rsidR="00C50DF8" w:rsidRPr="00A857A4" w:rsidRDefault="00C50DF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1EDA26" w14:textId="77777777" w:rsidR="00C50DF8" w:rsidRPr="00A857A4" w:rsidRDefault="00C50DF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2A3C955" w14:textId="77777777" w:rsidR="00C50DF8" w:rsidRPr="00A857A4" w:rsidRDefault="00C50DF8" w:rsidP="00AE77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06FA070" w14:textId="77777777" w:rsidR="00C50DF8" w:rsidRPr="00A857A4" w:rsidRDefault="00C50DF8" w:rsidP="00AE77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56ACB5E" w14:textId="77777777" w:rsidR="00C50DF8" w:rsidRPr="00A857A4" w:rsidRDefault="00C50DF8" w:rsidP="00AE77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1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08B774" w14:textId="77777777" w:rsidR="00C50DF8" w:rsidRPr="00A857A4" w:rsidRDefault="00C50DF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72C2F7" w14:textId="77777777" w:rsidR="00C50DF8" w:rsidRPr="00A857A4" w:rsidRDefault="00C50DF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AE7829" w14:textId="77777777" w:rsidR="00C50DF8" w:rsidRPr="00A857A4" w:rsidRDefault="00C50DF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44B575" w14:textId="77777777" w:rsidR="00C50DF8" w:rsidRPr="00A857A4" w:rsidRDefault="00C50DF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0DF8" w:rsidRPr="00A857A4" w14:paraId="19738069" w14:textId="77777777" w:rsidTr="00AE770E">
        <w:tc>
          <w:tcPr>
            <w:tcW w:w="1530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10149A8" w14:textId="0B3791D5" w:rsidR="00C50DF8" w:rsidRPr="00A857A4" w:rsidRDefault="00C50DF8" w:rsidP="00AE77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1. </w:t>
            </w:r>
            <w:r w:rsidR="00910B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Чтобы сохранить здоровье.</w:t>
            </w:r>
          </w:p>
        </w:tc>
      </w:tr>
      <w:tr w:rsidR="00C50DF8" w:rsidRPr="00A857A4" w14:paraId="7D98E483" w14:textId="77777777" w:rsidTr="00D8116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F11EF78" w14:textId="14C002C5" w:rsidR="00C50DF8" w:rsidRPr="00A857A4" w:rsidRDefault="00910BF2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E1CB8B1" w14:textId="12B64B15" w:rsidR="00C50DF8" w:rsidRPr="00A857A4" w:rsidRDefault="00E67C67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EE63FEE" w14:textId="77777777" w:rsidR="00C50DF8" w:rsidRPr="00A857A4" w:rsidRDefault="00C50DF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22F8160" w14:textId="77777777" w:rsidR="00C50DF8" w:rsidRPr="00A857A4" w:rsidRDefault="00C50DF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38319A4" w14:textId="0396D19E" w:rsidR="00C50DF8" w:rsidRPr="00A857A4" w:rsidRDefault="00E67C67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77B7348" w14:textId="7402F63C" w:rsidR="00C50DF8" w:rsidRPr="00A857A4" w:rsidRDefault="00746AFE" w:rsidP="00746AFE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shd w:val="clear" w:color="auto" w:fill="F7FDF7"/>
              </w:rPr>
              <w:t>01.09.2023</w:t>
            </w:r>
            <w:r w:rsidR="00EC3FF1">
              <w:rPr>
                <w:shd w:val="clear" w:color="auto" w:fill="F7FDF7"/>
              </w:rPr>
              <w:t xml:space="preserve"> 0</w:t>
            </w:r>
            <w:r>
              <w:rPr>
                <w:shd w:val="clear" w:color="auto" w:fill="F7FDF7"/>
                <w:lang w:val="ru-RU"/>
              </w:rPr>
              <w:t>8</w:t>
            </w:r>
            <w:r>
              <w:rPr>
                <w:shd w:val="clear" w:color="auto" w:fill="F7FDF7"/>
              </w:rPr>
              <w:t>.09.2023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6026EAA" w14:textId="2584C0EA" w:rsidR="00C50DF8" w:rsidRPr="00A857A4" w:rsidRDefault="00C50DF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Объясняют цель и задачи пред</w:t>
            </w:r>
            <w:r w:rsidR="00A04E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мета ОБЖ, его ключевые понятия;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65C63FA" w14:textId="16B88E98" w:rsidR="00C50DF8" w:rsidRPr="00A857A4" w:rsidRDefault="00C50DF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Устны</w:t>
            </w:r>
            <w:r w:rsidR="00E67C6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 xml:space="preserve">й </w:t>
            </w: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опрос;</w:t>
            </w: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17416BC" w14:textId="2E35CA93" w:rsidR="00C50DF8" w:rsidRPr="00A857A4" w:rsidRDefault="009E1AF4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history="1">
              <w:r w:rsidR="00A04EA4" w:rsidRPr="00D86A08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https://interneturok.ru</w:t>
              </w:r>
            </w:hyperlink>
          </w:p>
        </w:tc>
      </w:tr>
      <w:tr w:rsidR="00C50DF8" w:rsidRPr="00A857A4" w14:paraId="44991A3A" w14:textId="77777777" w:rsidTr="00D8116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D837AF6" w14:textId="49CA15D0" w:rsidR="00C50DF8" w:rsidRPr="00A857A4" w:rsidRDefault="00910BF2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B2A8E6A" w14:textId="77777777" w:rsidR="00E67C67" w:rsidRPr="00C4261E" w:rsidRDefault="00E67C67" w:rsidP="00E67C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что отвечают системы органов.</w:t>
            </w:r>
          </w:p>
          <w:p w14:paraId="6811157E" w14:textId="4DF36124" w:rsidR="00C50DF8" w:rsidRPr="00A857A4" w:rsidRDefault="00C50DF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27272CA" w14:textId="3F0BDBBA" w:rsidR="00C50DF8" w:rsidRPr="00A857A4" w:rsidRDefault="00AC2CD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2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BAA9E6E" w14:textId="77777777" w:rsidR="00C50DF8" w:rsidRPr="00A857A4" w:rsidRDefault="00C50DF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B8C9CEE" w14:textId="30DCE7DF" w:rsidR="00C50DF8" w:rsidRPr="00A857A4" w:rsidRDefault="00E67C67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C6D2E6D" w14:textId="5ABC6E08" w:rsidR="00C50DF8" w:rsidRPr="00A857A4" w:rsidRDefault="00320DD3" w:rsidP="00746AFE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shd w:val="clear" w:color="auto" w:fill="F7FDF7"/>
              </w:rPr>
              <w:t>12</w:t>
            </w:r>
            <w:r w:rsidR="00746AFE">
              <w:rPr>
                <w:shd w:val="clear" w:color="auto" w:fill="F7FDF7"/>
              </w:rPr>
              <w:t>.09.2023</w:t>
            </w:r>
            <w:r w:rsidR="00EC3FF1">
              <w:rPr>
                <w:shd w:val="clear" w:color="auto" w:fill="F7FDF7"/>
              </w:rPr>
              <w:t xml:space="preserve"> </w:t>
            </w:r>
            <w:r w:rsidR="00746AFE">
              <w:rPr>
                <w:shd w:val="clear" w:color="auto" w:fill="F7FDF7"/>
              </w:rPr>
              <w:t>1</w:t>
            </w:r>
            <w:r w:rsidR="00746AFE">
              <w:rPr>
                <w:shd w:val="clear" w:color="auto" w:fill="F7FDF7"/>
                <w:lang w:val="ru-RU"/>
              </w:rPr>
              <w:t>5</w:t>
            </w:r>
            <w:r w:rsidR="00746AFE">
              <w:rPr>
                <w:shd w:val="clear" w:color="auto" w:fill="F7FDF7"/>
              </w:rPr>
              <w:t>.09.2023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435B49B" w14:textId="77777777" w:rsidR="00E67C67" w:rsidRPr="00C4261E" w:rsidRDefault="00E67C67" w:rsidP="00E67C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о строении своего организма, </w:t>
            </w:r>
          </w:p>
          <w:p w14:paraId="7B5E7C44" w14:textId="77777777" w:rsidR="00E67C67" w:rsidRPr="00C4261E" w:rsidRDefault="00E67C67" w:rsidP="00E67C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сравнивать примеры опасного и безопасного поведения</w:t>
            </w:r>
          </w:p>
          <w:p w14:paraId="339AEEE1" w14:textId="72D2345C" w:rsidR="00C50DF8" w:rsidRPr="00A857A4" w:rsidRDefault="00E67C67" w:rsidP="00E6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Взаимодействовать с учениками при работе в группе.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7E98B8C" w14:textId="77777777" w:rsidR="00E67C67" w:rsidRDefault="00E67C67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 xml:space="preserve">Устный </w:t>
            </w:r>
          </w:p>
          <w:p w14:paraId="59CAFB23" w14:textId="414324DA" w:rsidR="00C50DF8" w:rsidRPr="00A857A4" w:rsidRDefault="00E67C67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опрос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E0AD46C" w14:textId="77777777" w:rsidR="00A04EA4" w:rsidRDefault="009E1AF4" w:rsidP="00A04EA4">
            <w:pPr>
              <w:shd w:val="clear" w:color="auto" w:fill="F7FDF7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history="1">
              <w:r w:rsidR="00A04EA4" w:rsidRPr="00D86A08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https://multiurok.ru</w:t>
              </w:r>
            </w:hyperlink>
          </w:p>
          <w:p w14:paraId="5B115FE7" w14:textId="0EE939A9" w:rsidR="0009689E" w:rsidRPr="00A857A4" w:rsidRDefault="0009689E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0DF8" w:rsidRPr="00A857A4" w14:paraId="0288D936" w14:textId="77777777" w:rsidTr="00D8116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5C0C1A7" w14:textId="1135CF60" w:rsidR="00C50DF8" w:rsidRPr="00A857A4" w:rsidRDefault="00910BF2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C50DF8" w:rsidRPr="00A857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7256FA1" w14:textId="5BE7417A" w:rsidR="00E67C67" w:rsidRPr="004A298E" w:rsidRDefault="006C7298" w:rsidP="00E67C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Укрепляем</w:t>
            </w:r>
            <w:r w:rsidR="00E67C67"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нервную систему.</w:t>
            </w:r>
          </w:p>
          <w:p w14:paraId="6ED1ED3F" w14:textId="7A0EDC46" w:rsidR="00C50DF8" w:rsidRPr="00A857A4" w:rsidRDefault="00C50DF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68771F7" w14:textId="752D1F57" w:rsidR="00C50DF8" w:rsidRPr="00A857A4" w:rsidRDefault="006C729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2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52BCFC0" w14:textId="77777777" w:rsidR="00C50DF8" w:rsidRPr="00A857A4" w:rsidRDefault="00C50DF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CCDA302" w14:textId="5783AA65" w:rsidR="00C50DF8" w:rsidRPr="00A857A4" w:rsidRDefault="00582B23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7F36EA7" w14:textId="4CD86EBB" w:rsidR="00C50DF8" w:rsidRPr="00A857A4" w:rsidRDefault="00320DD3" w:rsidP="00746AFE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shd w:val="clear" w:color="auto" w:fill="F7FDF7"/>
              </w:rPr>
              <w:t>26</w:t>
            </w:r>
            <w:r w:rsidR="00746AFE">
              <w:rPr>
                <w:shd w:val="clear" w:color="auto" w:fill="F7FDF7"/>
              </w:rPr>
              <w:t>.09.2023</w:t>
            </w:r>
            <w:r w:rsidR="00EC3FF1">
              <w:rPr>
                <w:shd w:val="clear" w:color="auto" w:fill="F7FDF7"/>
              </w:rPr>
              <w:t xml:space="preserve"> </w:t>
            </w:r>
            <w:r w:rsidR="00746AFE">
              <w:rPr>
                <w:shd w:val="clear" w:color="auto" w:fill="F7FDF7"/>
                <w:lang w:val="ru-RU"/>
              </w:rPr>
              <w:t>29</w:t>
            </w:r>
            <w:r w:rsidR="00746AFE">
              <w:rPr>
                <w:shd w:val="clear" w:color="auto" w:fill="F7FDF7"/>
              </w:rPr>
              <w:t>.09.2023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A508A74" w14:textId="77777777" w:rsidR="00D81162" w:rsidRPr="00C4261E" w:rsidRDefault="00D81162" w:rsidP="00D811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в группах: составление плана укрепления нервной системы «Что мы обязательно должны делать каждый день, чтобы укреплять нервную </w:t>
            </w: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систему»</w:t>
            </w:r>
          </w:p>
          <w:p w14:paraId="2EDC8039" w14:textId="77777777" w:rsidR="00D81162" w:rsidRPr="00C4261E" w:rsidRDefault="00D81162" w:rsidP="00D811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факторы, влияющие на нервную систему</w:t>
            </w:r>
          </w:p>
          <w:p w14:paraId="3334ADFB" w14:textId="0703562C" w:rsidR="00D81162" w:rsidRPr="004A298E" w:rsidRDefault="00D81162" w:rsidP="00D811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Взаимодействовать с учениками при работе в группе.</w:t>
            </w:r>
          </w:p>
          <w:p w14:paraId="20E8B7DD" w14:textId="06BB2265" w:rsidR="00C50DF8" w:rsidRPr="00A857A4" w:rsidRDefault="00C50DF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AE25FCC" w14:textId="77777777" w:rsidR="00C50DF8" w:rsidRPr="00A857A4" w:rsidRDefault="00C50DF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lastRenderedPageBreak/>
              <w:t>Письменный контроль;</w:t>
            </w: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981C5A9" w14:textId="53CD880D" w:rsidR="00C50DF8" w:rsidRPr="00A857A4" w:rsidRDefault="009E1AF4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history="1">
              <w:r w:rsidR="00A04EA4" w:rsidRPr="00D86A08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https://interneturok.ru</w:t>
              </w:r>
            </w:hyperlink>
          </w:p>
        </w:tc>
      </w:tr>
      <w:tr w:rsidR="00C50DF8" w:rsidRPr="00A857A4" w14:paraId="52CC7B65" w14:textId="77777777" w:rsidTr="00D8116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701A6FC" w14:textId="07E1B147" w:rsidR="00C50DF8" w:rsidRPr="00A857A4" w:rsidRDefault="00910BF2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  <w:r w:rsidR="00C50DF8" w:rsidRPr="00A857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2581C97" w14:textId="096EE8DE" w:rsidR="00E67C67" w:rsidRPr="004A298E" w:rsidRDefault="006C7298" w:rsidP="00E67C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Тренируем</w:t>
            </w:r>
            <w:r w:rsidR="00E67C67"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сердце.</w:t>
            </w:r>
          </w:p>
          <w:p w14:paraId="756FFE7E" w14:textId="54234093" w:rsidR="00C50DF8" w:rsidRPr="00A857A4" w:rsidRDefault="00C50DF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4831CA9" w14:textId="401F908F" w:rsidR="00C50DF8" w:rsidRPr="00A857A4" w:rsidRDefault="006C729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2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4EF6706" w14:textId="77777777" w:rsidR="00C50DF8" w:rsidRPr="00A857A4" w:rsidRDefault="00C50DF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F500CAC" w14:textId="5001DAD9" w:rsidR="00C50DF8" w:rsidRPr="00A857A4" w:rsidRDefault="00582B23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D0304DD" w14:textId="1CAB33E1" w:rsidR="00C50DF8" w:rsidRPr="00A857A4" w:rsidRDefault="00746AFE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03</w:t>
            </w:r>
            <w:r w:rsidR="00EC3FF1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.</w:t>
            </w:r>
            <w:r w:rsidR="00320DD3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10</w:t>
            </w:r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.203</w:t>
            </w:r>
            <w:r w:rsidR="00EC3FF1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 xml:space="preserve"> </w:t>
            </w:r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06</w:t>
            </w:r>
            <w:r w:rsidR="00EC3FF1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.</w:t>
            </w:r>
            <w:r w:rsidR="00320DD3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10</w:t>
            </w:r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.2023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86FC5F8" w14:textId="77777777" w:rsidR="00D81162" w:rsidRPr="00C4261E" w:rsidRDefault="00D81162" w:rsidP="00D811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 чем рассказывает пульс. Тренировка сердца.</w:t>
            </w:r>
          </w:p>
          <w:p w14:paraId="530AA87D" w14:textId="77777777" w:rsidR="00D81162" w:rsidRPr="00C4261E" w:rsidRDefault="00D81162" w:rsidP="00D811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Проектировать новый уровень отношения к себе как субъекту деятельности</w:t>
            </w:r>
          </w:p>
          <w:p w14:paraId="77DE7F14" w14:textId="5AEEA4BE" w:rsidR="00C50DF8" w:rsidRPr="00A857A4" w:rsidRDefault="00D81162" w:rsidP="00D8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самостоятельности и личной ответственности за свои поступки.</w:t>
            </w:r>
            <w:r w:rsidR="00C50DF8"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DBE1894" w14:textId="77777777" w:rsidR="00C50DF8" w:rsidRPr="00A857A4" w:rsidRDefault="00C50DF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Письменный контроль;</w:t>
            </w: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0C1B869" w14:textId="2455C131" w:rsidR="00E8777E" w:rsidRPr="00A857A4" w:rsidRDefault="009E1AF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 w:rsidR="00A04EA4" w:rsidRPr="00D86A08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https://interneturok.ru</w:t>
              </w:r>
            </w:hyperlink>
          </w:p>
        </w:tc>
      </w:tr>
      <w:tr w:rsidR="00C50DF8" w:rsidRPr="00A857A4" w14:paraId="3B30C282" w14:textId="77777777" w:rsidTr="00D8116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9A6B739" w14:textId="0865F964" w:rsidR="00C50DF8" w:rsidRPr="00A857A4" w:rsidRDefault="00910BF2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C50DF8" w:rsidRPr="00A857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BCFBDE7" w14:textId="298DB2BA" w:rsidR="00C50DF8" w:rsidRPr="00A857A4" w:rsidRDefault="00E67C67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Развиваем дыхательную систему.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BB52999" w14:textId="0A226BAC" w:rsidR="00C50DF8" w:rsidRPr="00A857A4" w:rsidRDefault="006C729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2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009B4E4" w14:textId="77777777" w:rsidR="00C50DF8" w:rsidRPr="00A857A4" w:rsidRDefault="00C50DF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F6D4E4C" w14:textId="10E2074D" w:rsidR="00C50DF8" w:rsidRPr="00A857A4" w:rsidRDefault="00582B23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F616751" w14:textId="73F7B28A" w:rsidR="00C50DF8" w:rsidRPr="00A857A4" w:rsidRDefault="00746AFE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10.10.2023 13.10.2023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C3BD3D6" w14:textId="77777777" w:rsidR="00D81162" w:rsidRPr="00C4261E" w:rsidRDefault="00D81162" w:rsidP="00D811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 дыхательной системе человека, её функции и значение. Охрана дыхательной системы.</w:t>
            </w:r>
          </w:p>
          <w:p w14:paraId="5E3A919B" w14:textId="77777777" w:rsidR="00D81162" w:rsidRPr="00C4261E" w:rsidRDefault="00D81162" w:rsidP="00D811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установленные правила по охране здоровья</w:t>
            </w:r>
          </w:p>
          <w:p w14:paraId="06C56E48" w14:textId="07F0D17C" w:rsidR="00C50DF8" w:rsidRPr="00A857A4" w:rsidRDefault="00D81162" w:rsidP="00D8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Усвоение приобретенных знаний в повседневной жизни.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F247820" w14:textId="77777777" w:rsidR="00C50DF8" w:rsidRPr="00A857A4" w:rsidRDefault="00C50DF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Тестирование;</w:t>
            </w: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52157C4" w14:textId="08E14281" w:rsidR="0038184D" w:rsidRPr="00A857A4" w:rsidRDefault="009E1AF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="00A04EA4" w:rsidRPr="00D86A08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https://interneturok.ru</w:t>
              </w:r>
            </w:hyperlink>
          </w:p>
        </w:tc>
      </w:tr>
      <w:tr w:rsidR="00C50DF8" w:rsidRPr="00A857A4" w14:paraId="61B5B917" w14:textId="77777777" w:rsidTr="00D8116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8A2D9EE" w14:textId="1B700B88" w:rsidR="00C50DF8" w:rsidRPr="00A857A4" w:rsidRDefault="00910BF2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C50DF8" w:rsidRPr="00A857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B89B45C" w14:textId="77777777" w:rsidR="00E67C67" w:rsidRPr="004A298E" w:rsidRDefault="00E67C67" w:rsidP="00E67C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Питаемся правильно</w:t>
            </w:r>
          </w:p>
          <w:p w14:paraId="7A8F5E18" w14:textId="0A683A1A" w:rsidR="00C50DF8" w:rsidRPr="00A857A4" w:rsidRDefault="00C50DF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919A85E" w14:textId="138121D9" w:rsidR="00C50DF8" w:rsidRPr="00A857A4" w:rsidRDefault="00AC2CD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2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85CFC7C" w14:textId="77777777" w:rsidR="00C50DF8" w:rsidRPr="00A857A4" w:rsidRDefault="00C50DF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24EEED3" w14:textId="44581C6A" w:rsidR="00C50DF8" w:rsidRPr="00A857A4" w:rsidRDefault="00582B23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0A72D01" w14:textId="109002B2" w:rsidR="00C50DF8" w:rsidRDefault="00746AFE" w:rsidP="00AE770E">
            <w:pPr>
              <w:spacing w:after="0" w:line="240" w:lineRule="auto"/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</w:pPr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17.10.2023</w:t>
            </w:r>
            <w:r w:rsidR="00EC3FF1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 xml:space="preserve"> </w:t>
            </w:r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20.10.2023</w:t>
            </w:r>
          </w:p>
          <w:p w14:paraId="67E86687" w14:textId="77777777" w:rsidR="00320DD3" w:rsidRDefault="00320DD3" w:rsidP="00AE770E">
            <w:pPr>
              <w:spacing w:after="0" w:line="240" w:lineRule="auto"/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</w:pPr>
          </w:p>
          <w:p w14:paraId="0CC52207" w14:textId="3E12949D" w:rsidR="00320DD3" w:rsidRDefault="00746AFE" w:rsidP="00AE770E">
            <w:pPr>
              <w:spacing w:after="0" w:line="240" w:lineRule="auto"/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</w:pPr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01.11.2023</w:t>
            </w:r>
          </w:p>
          <w:p w14:paraId="692CDCF5" w14:textId="19A2FDEA" w:rsidR="00320DD3" w:rsidRPr="00A857A4" w:rsidRDefault="00746AFE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03.11.2023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FAE66A0" w14:textId="77777777" w:rsidR="00D81162" w:rsidRPr="00C4261E" w:rsidRDefault="00D81162" w:rsidP="00D811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gramEnd"/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почему важно обращать внимание на правильное питание</w:t>
            </w:r>
          </w:p>
          <w:p w14:paraId="60A400C2" w14:textId="77777777" w:rsidR="00D81162" w:rsidRPr="00C4261E" w:rsidRDefault="00D81162" w:rsidP="00D811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установки на здоровый образ жизни, </w:t>
            </w: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умение выбирать полезные продукты в питании.</w:t>
            </w:r>
          </w:p>
          <w:p w14:paraId="792587B4" w14:textId="0EBDFD67" w:rsidR="00C50DF8" w:rsidRPr="00A857A4" w:rsidRDefault="00D81162" w:rsidP="00D8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правильного питания и оказания первой помощи при отравлении.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FD40964" w14:textId="77777777" w:rsidR="00C50DF8" w:rsidRPr="00A857A4" w:rsidRDefault="00C50DF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lastRenderedPageBreak/>
              <w:t>Устный опрос;</w:t>
            </w: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47904B0" w14:textId="44C11033" w:rsidR="0038184D" w:rsidRPr="00A857A4" w:rsidRDefault="009E1AF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A04EA4" w:rsidRPr="00D86A08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https://interneturok.ru</w:t>
              </w:r>
            </w:hyperlink>
          </w:p>
        </w:tc>
      </w:tr>
      <w:tr w:rsidR="00C50DF8" w:rsidRPr="00A857A4" w14:paraId="3812EF52" w14:textId="77777777" w:rsidTr="00D8116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77EC822" w14:textId="33C3CE07" w:rsidR="00C50DF8" w:rsidRPr="00A857A4" w:rsidRDefault="00910BF2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  <w:r w:rsidR="00C50DF8" w:rsidRPr="00A857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383C266" w14:textId="77777777" w:rsidR="006B140A" w:rsidRPr="004A298E" w:rsidRDefault="006B140A" w:rsidP="006B14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 органов чувств.</w:t>
            </w:r>
          </w:p>
          <w:p w14:paraId="05D0A549" w14:textId="7327A8CD" w:rsidR="00C50DF8" w:rsidRPr="00A857A4" w:rsidRDefault="00C50DF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0618855" w14:textId="738A0AFD" w:rsidR="00C50DF8" w:rsidRPr="00A857A4" w:rsidRDefault="006C729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2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8B8022B" w14:textId="77777777" w:rsidR="00C50DF8" w:rsidRPr="00A857A4" w:rsidRDefault="00C50DF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637E491" w14:textId="6A581DCB" w:rsidR="00C50DF8" w:rsidRPr="00A857A4" w:rsidRDefault="00582B23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9486A51" w14:textId="23376C43" w:rsidR="00C50DF8" w:rsidRPr="00A857A4" w:rsidRDefault="00320DD3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14</w:t>
            </w:r>
            <w:r w:rsidR="00746AFE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.11.2023</w:t>
            </w:r>
            <w:r w:rsidR="00EC3FF1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 xml:space="preserve"> 1</w:t>
            </w:r>
            <w:r w:rsidR="00746AFE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7.11.2023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A5A09D1" w14:textId="0D2D218C" w:rsidR="00D81162" w:rsidRPr="00C4261E" w:rsidRDefault="00D81162" w:rsidP="00D811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</w:t>
            </w: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равила бережного отношения к органам чувств.</w:t>
            </w:r>
          </w:p>
          <w:p w14:paraId="5B3761B4" w14:textId="77777777" w:rsidR="00D81162" w:rsidRPr="00C4261E" w:rsidRDefault="00D81162" w:rsidP="00D811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слушать учителя и отвечать на вопросы</w:t>
            </w:r>
          </w:p>
          <w:p w14:paraId="0A235E86" w14:textId="2486F7B9" w:rsidR="00C50DF8" w:rsidRPr="00A857A4" w:rsidRDefault="00D81162" w:rsidP="00D8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потребности соблюдать нормы здорового образа жизни, осознанно выполнять правил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безопасности жизнедеятельности</w:t>
            </w: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9EDFDE5" w14:textId="77777777" w:rsidR="00C50DF8" w:rsidRPr="00A857A4" w:rsidRDefault="00C50DF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Устный опрос;</w:t>
            </w: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A31EB0C" w14:textId="3D975D5A" w:rsidR="00BB2E94" w:rsidRPr="00A857A4" w:rsidRDefault="009E1AF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history="1">
              <w:r w:rsidR="00A04EA4" w:rsidRPr="00D86A08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https://interneturok.ru</w:t>
              </w:r>
            </w:hyperlink>
          </w:p>
        </w:tc>
      </w:tr>
      <w:tr w:rsidR="00C50DF8" w:rsidRPr="00A857A4" w14:paraId="3F192FE8" w14:textId="77777777" w:rsidTr="00D8116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973ECF6" w14:textId="021AC4BF" w:rsidR="00C50DF8" w:rsidRPr="00A857A4" w:rsidRDefault="00910BF2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C50DF8" w:rsidRPr="00A857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F5680D7" w14:textId="1DF71C5D" w:rsidR="00C50DF8" w:rsidRPr="00D91650" w:rsidRDefault="006C729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Психическое здоровье человека</w:t>
            </w:r>
            <w:r w:rsidR="006B140A" w:rsidRPr="00BB42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499B264" w14:textId="495B9C52" w:rsidR="00C50DF8" w:rsidRPr="00A857A4" w:rsidRDefault="006C729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2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75D6A97" w14:textId="7E7656A0" w:rsidR="00C50DF8" w:rsidRPr="00A857A4" w:rsidRDefault="006C729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5CEE88A" w14:textId="0E7071E9" w:rsidR="00C50DF8" w:rsidRPr="00A857A4" w:rsidRDefault="00582B23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6905BA3" w14:textId="39CC5655" w:rsidR="00C50DF8" w:rsidRDefault="00320DD3" w:rsidP="00AE770E">
            <w:pPr>
              <w:spacing w:after="0" w:line="240" w:lineRule="auto"/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</w:pPr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21</w:t>
            </w:r>
            <w:r w:rsidR="00746AFE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.11.2023</w:t>
            </w:r>
            <w:r w:rsidR="00EC3FF1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 xml:space="preserve"> 2</w:t>
            </w:r>
            <w:r w:rsidR="00746AFE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5.11.2023</w:t>
            </w:r>
          </w:p>
          <w:p w14:paraId="6CD2BC2B" w14:textId="77777777" w:rsidR="00320DD3" w:rsidRDefault="00320DD3" w:rsidP="00AE770E">
            <w:pPr>
              <w:spacing w:after="0" w:line="240" w:lineRule="auto"/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</w:pPr>
          </w:p>
          <w:p w14:paraId="1BEB5481" w14:textId="092239B1" w:rsidR="00320DD3" w:rsidRDefault="00746AFE" w:rsidP="00AE770E">
            <w:pPr>
              <w:spacing w:after="0" w:line="240" w:lineRule="auto"/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</w:pPr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28.11.2023</w:t>
            </w:r>
          </w:p>
          <w:p w14:paraId="0DBBCD21" w14:textId="5791B993" w:rsidR="00320DD3" w:rsidRPr="00A857A4" w:rsidRDefault="00746AFE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01.12.2023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EEE79AC" w14:textId="5070E2C1" w:rsidR="004E3D00" w:rsidRPr="004E3D00" w:rsidRDefault="00D91650" w:rsidP="004E3D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потребности соблюдат</w:t>
            </w:r>
            <w:r w:rsidR="004E3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нормы здорового образа жизни.</w:t>
            </w:r>
            <w:r w:rsidR="004E3D00">
              <w:rPr>
                <w:rFonts w:ascii="Journal" w:hAnsi="Journal" w:cs="Journal"/>
                <w:sz w:val="21"/>
                <w:szCs w:val="21"/>
              </w:rPr>
              <w:t xml:space="preserve"> </w:t>
            </w:r>
            <w:r w:rsidR="004E3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Показатели психического </w:t>
            </w:r>
            <w:r w:rsidR="004E3D00" w:rsidRPr="004E3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здоровья и нездоровья. Умение</w:t>
            </w:r>
          </w:p>
          <w:p w14:paraId="2DBE9C12" w14:textId="77777777" w:rsidR="004E3D00" w:rsidRPr="004E3D00" w:rsidRDefault="004E3D00" w:rsidP="004E3D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сдерживать свои эмоции.</w:t>
            </w:r>
          </w:p>
          <w:p w14:paraId="04761730" w14:textId="77777777" w:rsidR="004E3D00" w:rsidRPr="004E3D00" w:rsidRDefault="004E3D00" w:rsidP="004E3D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Признаки стресса. Развитие</w:t>
            </w:r>
          </w:p>
          <w:p w14:paraId="78B91A0A" w14:textId="41644C34" w:rsidR="00C50DF8" w:rsidRPr="00A857A4" w:rsidRDefault="004E3D00" w:rsidP="004E3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волевых качеств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028F488" w14:textId="77777777" w:rsidR="00C50DF8" w:rsidRPr="00A857A4" w:rsidRDefault="00C50DF8" w:rsidP="00AE7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Устный опрос;</w:t>
            </w: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E39EBD5" w14:textId="72E523F4" w:rsidR="00287C4B" w:rsidRPr="00A857A4" w:rsidRDefault="009E1AF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" w:history="1">
              <w:r w:rsidR="00A04EA4" w:rsidRPr="00D86A08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https://interneturok.ru</w:t>
              </w:r>
            </w:hyperlink>
          </w:p>
        </w:tc>
      </w:tr>
      <w:tr w:rsidR="006C7298" w:rsidRPr="00A857A4" w14:paraId="22055623" w14:textId="77777777" w:rsidTr="00D8116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1F6015A" w14:textId="709A3B44" w:rsidR="006C7298" w:rsidRDefault="006C7298" w:rsidP="006C7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59EACB7" w14:textId="1297B4B3" w:rsidR="006C7298" w:rsidRDefault="006C7298" w:rsidP="006C7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Социальное здоровье человека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354CC35" w14:textId="5A88D758" w:rsidR="006C7298" w:rsidRDefault="006C7298" w:rsidP="006C7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2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72B0477" w14:textId="1CE63F26" w:rsidR="006C7298" w:rsidRDefault="006C7298" w:rsidP="006C7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85722B2" w14:textId="48115492" w:rsidR="006C7298" w:rsidRDefault="006C7298" w:rsidP="006C7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1DADBDC" w14:textId="77777777" w:rsidR="006C7298" w:rsidRDefault="006C7298" w:rsidP="006C7298">
            <w:pPr>
              <w:spacing w:after="0" w:line="240" w:lineRule="auto"/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</w:pP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F21B1D7" w14:textId="077B747A" w:rsidR="004E3D00" w:rsidRPr="004E3D00" w:rsidRDefault="004E3D00" w:rsidP="004E3D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пословиц</w:t>
            </w:r>
          </w:p>
          <w:p w14:paraId="4B009E0B" w14:textId="74D8FAA0" w:rsidR="004E3D00" w:rsidRPr="004E3D00" w:rsidRDefault="004E3D00" w:rsidP="004E3D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поговорок; подготовка памятки по правилам общения; анализ иллюстраций учебника</w:t>
            </w:r>
          </w:p>
          <w:p w14:paraId="50983279" w14:textId="57830252" w:rsidR="004E3D00" w:rsidRPr="004E3D00" w:rsidRDefault="004E3D00" w:rsidP="004E3D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подготов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сообщения о видах коллектив</w:t>
            </w:r>
            <w:r w:rsidRPr="004E3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деятельности школьников.</w:t>
            </w:r>
          </w:p>
          <w:p w14:paraId="73D71FEC" w14:textId="3C0AF07F" w:rsidR="004E3D00" w:rsidRPr="004E3D00" w:rsidRDefault="004E3D00" w:rsidP="004E3D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«Наши предложения: как </w:t>
            </w:r>
            <w:r w:rsidRPr="004E3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улучшить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E3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психическое здоровье человека»;</w:t>
            </w:r>
          </w:p>
          <w:p w14:paraId="64314E8D" w14:textId="1EF08AD6" w:rsidR="006C7298" w:rsidRPr="00C4261E" w:rsidRDefault="004E3D00" w:rsidP="004E3D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4E3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Медиасреда</w:t>
            </w:r>
            <w:proofErr w:type="spellEnd"/>
            <w:r w:rsidRPr="004E3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не навреди!».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29F69F0" w14:textId="0DD435DE" w:rsidR="006C7298" w:rsidRPr="00A857A4" w:rsidRDefault="006C7298" w:rsidP="006C7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lastRenderedPageBreak/>
              <w:t>Устный опрос;</w:t>
            </w: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8AFF98C" w14:textId="21233EE5" w:rsidR="006C7298" w:rsidRDefault="009E1AF4" w:rsidP="006C7298">
            <w:pPr>
              <w:spacing w:after="0" w:line="240" w:lineRule="auto"/>
            </w:pPr>
            <w:hyperlink r:id="rId16" w:history="1">
              <w:r w:rsidR="006C7298" w:rsidRPr="00D86A08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https://interneturok.ru</w:t>
              </w:r>
            </w:hyperlink>
          </w:p>
        </w:tc>
      </w:tr>
      <w:tr w:rsidR="00F30360" w:rsidRPr="00A857A4" w14:paraId="14A3E71F" w14:textId="77777777" w:rsidTr="00D8116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8C0DE6E" w14:textId="2D4CB3EA" w:rsidR="00F30360" w:rsidRDefault="00F30360" w:rsidP="00F30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A222A8F" w14:textId="4D10AA72" w:rsidR="00F30360" w:rsidRDefault="00F30360" w:rsidP="00F303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Как вести здоровый образ жизни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BC76886" w14:textId="13248EF5" w:rsidR="00F30360" w:rsidRDefault="00F30360" w:rsidP="00F30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2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C01957A" w14:textId="1F6F2F57" w:rsidR="00F30360" w:rsidRDefault="00F30360" w:rsidP="00F30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3D03706" w14:textId="0777DDCC" w:rsidR="00F30360" w:rsidRDefault="00F30360" w:rsidP="00F30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5DBA284" w14:textId="77777777" w:rsidR="00F30360" w:rsidRDefault="00F30360" w:rsidP="00F30360">
            <w:pPr>
              <w:spacing w:after="0" w:line="240" w:lineRule="auto"/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</w:pP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DD63F29" w14:textId="7AFBFF7B" w:rsidR="004E3D00" w:rsidRPr="004E3D00" w:rsidRDefault="004E3D00" w:rsidP="004E3D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ситуаций; анализ текста и иллюстраций</w:t>
            </w:r>
          </w:p>
          <w:p w14:paraId="44EF8560" w14:textId="75F11826" w:rsidR="004E3D00" w:rsidRPr="004E3D00" w:rsidRDefault="004E3D00" w:rsidP="004E3D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учебника. </w:t>
            </w:r>
            <w:r w:rsidRPr="004E3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парах: анализ текста учебника</w:t>
            </w:r>
          </w:p>
          <w:p w14:paraId="33DC92BC" w14:textId="77777777" w:rsidR="004E3D00" w:rsidRPr="004E3D00" w:rsidRDefault="004E3D00" w:rsidP="004E3D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составление памятки о правилах личной</w:t>
            </w:r>
          </w:p>
          <w:p w14:paraId="0D96A33C" w14:textId="36FFEF38" w:rsidR="004E3D00" w:rsidRPr="004E3D00" w:rsidRDefault="004E3D00" w:rsidP="004E3D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гигиены. </w:t>
            </w:r>
            <w:r w:rsidRPr="004E3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группах: анализ высказываний;</w:t>
            </w:r>
          </w:p>
          <w:p w14:paraId="2AE0FFD3" w14:textId="0909906B" w:rsidR="004E3D00" w:rsidRPr="004E3D00" w:rsidRDefault="004E3D00" w:rsidP="004E3D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иллюстраций учебника. </w:t>
            </w:r>
            <w:r w:rsidRPr="004E3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деятельность: выполнение</w:t>
            </w:r>
          </w:p>
          <w:p w14:paraId="14C30E28" w14:textId="77777777" w:rsidR="004E3D00" w:rsidRPr="004E3D00" w:rsidRDefault="004E3D00" w:rsidP="004E3D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физических упражнений; индивидуальная</w:t>
            </w:r>
          </w:p>
          <w:p w14:paraId="35F68AC7" w14:textId="50E29CE4" w:rsidR="00F30360" w:rsidRPr="00C4261E" w:rsidRDefault="004E3D00" w:rsidP="004E3D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закаливания; правила </w:t>
            </w:r>
            <w:r w:rsidRPr="004E3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безопасного пользования компьютером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E36D28D" w14:textId="606286C1" w:rsidR="00F30360" w:rsidRPr="00A857A4" w:rsidRDefault="00F30360" w:rsidP="00F30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Устный опрос;</w:t>
            </w: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8385865" w14:textId="3ED87D52" w:rsidR="00F30360" w:rsidRDefault="009E1AF4" w:rsidP="00F30360">
            <w:pPr>
              <w:spacing w:after="0" w:line="240" w:lineRule="auto"/>
            </w:pPr>
            <w:hyperlink r:id="rId17" w:history="1">
              <w:r w:rsidR="00F30360" w:rsidRPr="00D86A08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https://interneturok.ru</w:t>
              </w:r>
            </w:hyperlink>
          </w:p>
        </w:tc>
      </w:tr>
      <w:tr w:rsidR="00A04EA4" w:rsidRPr="00A857A4" w14:paraId="158964A3" w14:textId="77777777" w:rsidTr="00D8116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7ED4D53" w14:textId="2084EB6A" w:rsidR="00A04EA4" w:rsidRPr="00A857A4" w:rsidRDefault="00910BF2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30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04EA4" w:rsidRPr="00A857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5BC52B9" w14:textId="47A1E2D7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Чистота –залог здоровья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4BE80DE" w14:textId="77777777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2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B626937" w14:textId="77777777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96B2F09" w14:textId="58BDFF44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5DF8332" w14:textId="569EE38A" w:rsidR="00A04EA4" w:rsidRDefault="00746AFE" w:rsidP="00A04EA4">
            <w:pPr>
              <w:spacing w:after="0" w:line="240" w:lineRule="auto"/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</w:pPr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30.01.2024 2.02.2024</w:t>
            </w:r>
          </w:p>
          <w:p w14:paraId="141786A4" w14:textId="77777777" w:rsidR="00A04EA4" w:rsidRDefault="00A04EA4" w:rsidP="00A04EA4">
            <w:pPr>
              <w:spacing w:after="0" w:line="240" w:lineRule="auto"/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</w:pPr>
          </w:p>
          <w:p w14:paraId="497B0AF2" w14:textId="278A61A6" w:rsidR="00A04EA4" w:rsidRDefault="00746AFE" w:rsidP="00A04EA4">
            <w:pPr>
              <w:spacing w:after="0" w:line="240" w:lineRule="auto"/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</w:pPr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06.02.2024</w:t>
            </w:r>
          </w:p>
          <w:p w14:paraId="0FF82DC3" w14:textId="278AB864" w:rsidR="00A04EA4" w:rsidRPr="00A857A4" w:rsidRDefault="00746AFE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09.02.2024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2EDFF60" w14:textId="77777777" w:rsidR="00A04EA4" w:rsidRPr="00C4261E" w:rsidRDefault="00A04EA4" w:rsidP="00A04E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гигиенические процедуры младшего подростка. </w:t>
            </w:r>
          </w:p>
          <w:p w14:paraId="1F6AD500" w14:textId="77777777" w:rsidR="00A04EA4" w:rsidRPr="00C4261E" w:rsidRDefault="00A04EA4" w:rsidP="00A04E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работать в составе творческих групп</w:t>
            </w:r>
          </w:p>
          <w:p w14:paraId="3F003BE0" w14:textId="607A33A5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личностных, в том числе духовных и физических, качеств, обеспечивающих защищенность жизненно важных интересов личности от</w:t>
            </w:r>
            <w:r w:rsidRPr="004A29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426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внешних и внутренних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426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угроз.</w:t>
            </w: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705D665" w14:textId="77777777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Устный опрос;</w:t>
            </w: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5FEA840" w14:textId="43C8251E" w:rsidR="00A04EA4" w:rsidRPr="00A857A4" w:rsidRDefault="009E1AF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history="1">
              <w:r w:rsidR="00A04EA4" w:rsidRPr="00D86A08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https://interneturok.ru</w:t>
              </w:r>
            </w:hyperlink>
          </w:p>
        </w:tc>
      </w:tr>
      <w:tr w:rsidR="00A04EA4" w:rsidRPr="00A857A4" w14:paraId="56427A46" w14:textId="77777777" w:rsidTr="00D8116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78A4DFC" w14:textId="1CD07A6C" w:rsidR="00A04EA4" w:rsidRPr="00A857A4" w:rsidRDefault="00F30360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A04EA4" w:rsidRPr="00A857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FDE9B97" w14:textId="6EE4016B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Движение – это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жизнь.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A03ECB0" w14:textId="52E65294" w:rsidR="00A04EA4" w:rsidRPr="00A857A4" w:rsidRDefault="006C7298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lastRenderedPageBreak/>
              <w:t>2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39BE718" w14:textId="77777777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EFD3E50" w14:textId="1C1F7141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58B873B" w14:textId="2E36C006" w:rsidR="00A04E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5D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27.02.2</w:t>
            </w:r>
            <w:r w:rsidR="00746A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024</w:t>
            </w:r>
          </w:p>
          <w:p w14:paraId="344C5E8D" w14:textId="18FCB891" w:rsidR="00A04EA4" w:rsidRPr="00B05DF8" w:rsidRDefault="00746AFE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02.03.2024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57C686A" w14:textId="77777777" w:rsidR="00A04EA4" w:rsidRPr="00C4261E" w:rsidRDefault="00A04EA4" w:rsidP="00A04E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комплекс упражнений </w:t>
            </w: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игры для поддержания двигательной активности.</w:t>
            </w:r>
          </w:p>
          <w:p w14:paraId="30BE816D" w14:textId="77777777" w:rsidR="00A04EA4" w:rsidRPr="00C4261E" w:rsidRDefault="00A04EA4" w:rsidP="00A04E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установки на здоровый образ жизни</w:t>
            </w:r>
          </w:p>
          <w:p w14:paraId="70D418BE" w14:textId="1778010D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упражнений по проверке своей физической подготовки.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3C622D8" w14:textId="77777777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lastRenderedPageBreak/>
              <w:t>Тестирование</w:t>
            </w: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33368A6" w14:textId="2E075AEC" w:rsidR="00A04EA4" w:rsidRPr="00A857A4" w:rsidRDefault="009E1AF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history="1">
              <w:r w:rsidR="00A04EA4" w:rsidRPr="00D86A08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https://interneturok.r</w:t>
              </w:r>
              <w:r w:rsidR="00A04EA4" w:rsidRPr="00D86A08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u</w:t>
              </w:r>
            </w:hyperlink>
          </w:p>
        </w:tc>
      </w:tr>
      <w:tr w:rsidR="00A04EA4" w:rsidRPr="00A857A4" w14:paraId="68E1D61F" w14:textId="77777777" w:rsidTr="00D8116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9A05884" w14:textId="281B501E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F30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77094ED" w14:textId="70CF4D2D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Закаливание.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50DFAD4" w14:textId="39A14797" w:rsidR="00A04EA4" w:rsidRPr="00A857A4" w:rsidRDefault="006C7298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2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45C495F" w14:textId="77777777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3777762" w14:textId="0138F0F1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2F0DC3C" w14:textId="48C1D655" w:rsidR="00A04EA4" w:rsidRDefault="00746AFE" w:rsidP="00746AFE">
            <w:pPr>
              <w:pStyle w:val="a9"/>
              <w:rPr>
                <w:shd w:val="clear" w:color="auto" w:fill="F7FDF7"/>
              </w:rPr>
            </w:pPr>
            <w:r>
              <w:rPr>
                <w:shd w:val="clear" w:color="auto" w:fill="F7FDF7"/>
              </w:rPr>
              <w:t>06.03.2024</w:t>
            </w:r>
            <w:r w:rsidR="00A04EA4">
              <w:rPr>
                <w:shd w:val="clear" w:color="auto" w:fill="F7FDF7"/>
              </w:rPr>
              <w:t xml:space="preserve"> </w:t>
            </w:r>
          </w:p>
          <w:p w14:paraId="792BDB71" w14:textId="4E7BEC30" w:rsidR="00A04EA4" w:rsidRPr="00A857A4" w:rsidRDefault="00746AFE" w:rsidP="00746AFE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shd w:val="clear" w:color="auto" w:fill="F7FDF7"/>
              </w:rPr>
              <w:t>09.03.2024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E654000" w14:textId="77777777" w:rsidR="00A04EA4" w:rsidRPr="00C4261E" w:rsidRDefault="00A04EA4" w:rsidP="00A04E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виды двигательной активности и закаливания.</w:t>
            </w:r>
          </w:p>
          <w:p w14:paraId="3D5539E9" w14:textId="77777777" w:rsidR="00A04EA4" w:rsidRPr="00C4261E" w:rsidRDefault="00A04EA4" w:rsidP="00A04E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работать в группах, обмениваться информацией с одноклассниками. Умение соблюдать дисциплину на уроке, уважительно относиться к учителю и одноклассникам.</w:t>
            </w:r>
          </w:p>
          <w:p w14:paraId="099B6781" w14:textId="77777777" w:rsidR="00A04EA4" w:rsidRPr="00C4261E" w:rsidRDefault="00A04EA4" w:rsidP="00A04E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понимания ценности здорового и безопасного образа жизни</w:t>
            </w:r>
          </w:p>
          <w:p w14:paraId="228E6D06" w14:textId="71CD0A04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CF9331B" w14:textId="77777777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Устный опрос;</w:t>
            </w: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F2A67EE" w14:textId="5145BE39" w:rsidR="00A04EA4" w:rsidRPr="00A857A4" w:rsidRDefault="009E1AF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history="1">
              <w:r w:rsidR="00A04EA4" w:rsidRPr="00D86A08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https://interneturok.ru</w:t>
              </w:r>
            </w:hyperlink>
          </w:p>
        </w:tc>
      </w:tr>
      <w:tr w:rsidR="00A04EA4" w:rsidRPr="00A857A4" w14:paraId="04C7B65C" w14:textId="77777777" w:rsidTr="00D8116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AE05A19" w14:textId="299C40ED" w:rsidR="00A04EA4" w:rsidRPr="00A857A4" w:rsidRDefault="00F30360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A04EA4" w:rsidRPr="00A857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BED4E11" w14:textId="0F6CDA54" w:rsidR="00A04EA4" w:rsidRPr="00A857A4" w:rsidRDefault="006C7298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A04E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омпьютер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здоровье</w:t>
            </w:r>
            <w:r w:rsidR="00A04E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9D8CBF9" w14:textId="69DA2AE4" w:rsidR="00A04EA4" w:rsidRPr="00A857A4" w:rsidRDefault="006C7298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2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D15FB94" w14:textId="1C835B65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F613ABB" w14:textId="224FBA8E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552A167" w14:textId="1198BB74" w:rsidR="00A04EA4" w:rsidRDefault="00746AFE" w:rsidP="00A04EA4">
            <w:pPr>
              <w:spacing w:after="0" w:line="240" w:lineRule="auto"/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</w:pPr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13.03.2024 16.03.2024</w:t>
            </w:r>
          </w:p>
          <w:p w14:paraId="7EAF8BAE" w14:textId="77777777" w:rsidR="00A04EA4" w:rsidRDefault="00A04EA4" w:rsidP="00A04EA4">
            <w:pPr>
              <w:spacing w:after="0" w:line="240" w:lineRule="auto"/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</w:pPr>
          </w:p>
          <w:p w14:paraId="31BBE5B2" w14:textId="4C0D23FD" w:rsidR="00A04EA4" w:rsidRDefault="00746AFE" w:rsidP="00A04EA4">
            <w:pPr>
              <w:spacing w:after="0" w:line="240" w:lineRule="auto"/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</w:pPr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20.03.2024</w:t>
            </w:r>
          </w:p>
          <w:p w14:paraId="2016C2DF" w14:textId="74669FE7" w:rsidR="00A04EA4" w:rsidRPr="00A857A4" w:rsidRDefault="00746AFE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23.03.2024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CD9785F" w14:textId="77777777" w:rsidR="00A04EA4" w:rsidRPr="00C4261E" w:rsidRDefault="00A04EA4" w:rsidP="00A04E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правила безопасного пользования компьютером. Виды занятий, снимающих утомление, умение работать в группах, обмениваться информацией с одноклассниками. Умение соблюдать дисциплину на уроке, уважительно относиться к учителю и одноклассникам.</w:t>
            </w:r>
          </w:p>
          <w:p w14:paraId="243E9B90" w14:textId="1DEBC342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формирование потребности соблюдать нормы здорового образа жизни, осознанно выполнять правила безопасности жизнедеятельности.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0E29FC8" w14:textId="77777777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lastRenderedPageBreak/>
              <w:t>Письменный контроль;</w:t>
            </w: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1188589" w14:textId="54C18A4F" w:rsidR="00A04EA4" w:rsidRPr="00A857A4" w:rsidRDefault="009E1AF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" w:history="1">
              <w:r w:rsidR="00A04EA4" w:rsidRPr="00F47C14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https://interneturok.ru</w:t>
              </w:r>
            </w:hyperlink>
          </w:p>
        </w:tc>
      </w:tr>
      <w:tr w:rsidR="00A04EA4" w:rsidRPr="00A857A4" w14:paraId="6B6D876B" w14:textId="77777777" w:rsidTr="00D8116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CAB95E0" w14:textId="48F46A9C" w:rsidR="00A04EA4" w:rsidRPr="00A857A4" w:rsidRDefault="00F30360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  <w:r w:rsidR="00A04EA4" w:rsidRPr="00A857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DA1A3E4" w14:textId="77EF581B" w:rsidR="00A04EA4" w:rsidRPr="00A857A4" w:rsidRDefault="006C7298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Инфекционные заболевания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D1942DD" w14:textId="77777777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D26D460" w14:textId="7309C62B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5AE5AA5" w14:textId="15D14B9F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CD8117C" w14:textId="18D411C7" w:rsidR="00A04EA4" w:rsidRPr="00A857A4" w:rsidRDefault="00746AFE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03.04.2024 06.04.2024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5DF9A22" w14:textId="4FCCCE7A" w:rsidR="00A04EA4" w:rsidRPr="00C4261E" w:rsidRDefault="00A04EA4" w:rsidP="00A04E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r w:rsidR="00AC1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такое здоровый образ жизни. Правила здорового образа жизни</w:t>
            </w:r>
          </w:p>
          <w:p w14:paraId="6E28CD56" w14:textId="77777777" w:rsidR="00A04EA4" w:rsidRPr="00C4261E" w:rsidRDefault="00A04EA4" w:rsidP="00A04E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установки на здоровый образ жизни</w:t>
            </w:r>
          </w:p>
          <w:p w14:paraId="58237599" w14:textId="2E5A44EB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понимания ценности здорового и безопасного образа жизни</w:t>
            </w: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3634738" w14:textId="77777777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Тестирование;</w:t>
            </w: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B22C31E" w14:textId="77777777" w:rsidR="00A04EA4" w:rsidRDefault="009E1AF4" w:rsidP="00A04EA4">
            <w:pPr>
              <w:shd w:val="clear" w:color="auto" w:fill="F7FDF7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" w:history="1">
              <w:r w:rsidR="00A04EA4" w:rsidRPr="00D86A08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https://multiurok.ru</w:t>
              </w:r>
            </w:hyperlink>
          </w:p>
          <w:p w14:paraId="72B02AF9" w14:textId="049968EA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0EA5" w:rsidRPr="00A857A4" w14:paraId="7929583C" w14:textId="77777777" w:rsidTr="006C7298">
        <w:tc>
          <w:tcPr>
            <w:tcW w:w="1530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BCF4225" w14:textId="16C29C39" w:rsidR="00EC0EA5" w:rsidRDefault="00EC0EA5" w:rsidP="00A04EA4">
            <w:pPr>
              <w:shd w:val="clear" w:color="auto" w:fill="F7FDF7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E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модулю</w:t>
            </w:r>
            <w:r w:rsidR="00F30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</w:t>
            </w:r>
            <w:r w:rsidR="001822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EC0EA5" w:rsidRPr="00A857A4" w14:paraId="6855EC9F" w14:textId="77777777" w:rsidTr="006C7298">
        <w:tc>
          <w:tcPr>
            <w:tcW w:w="1530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AFC33A3" w14:textId="0E55FECA" w:rsidR="00EC0EA5" w:rsidRDefault="00EC0EA5" w:rsidP="00A04EA4">
            <w:pPr>
              <w:shd w:val="clear" w:color="auto" w:fill="F7FDF7"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2</w:t>
            </w: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Мой безопасный дом</w:t>
            </w:r>
          </w:p>
        </w:tc>
      </w:tr>
      <w:tr w:rsidR="00A04EA4" w:rsidRPr="00A857A4" w14:paraId="4C78EAB3" w14:textId="77777777" w:rsidTr="00D8116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0DCA1AD" w14:textId="38AAADC1" w:rsidR="00A04EA4" w:rsidRPr="00A857A4" w:rsidRDefault="00910BF2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B331228" w14:textId="39D15549" w:rsidR="00A04EA4" w:rsidRPr="004A298E" w:rsidRDefault="006C7298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Наводим чистоту в доме</w:t>
            </w:r>
            <w:r w:rsidR="00A04E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14C7E17" w14:textId="539F4912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2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E8E3869" w14:textId="3A5227CD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116D7F4" w14:textId="7CCDAAA7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467943D" w14:textId="77777777" w:rsidR="00A04EA4" w:rsidRDefault="00A04EA4" w:rsidP="00A04EA4">
            <w:pPr>
              <w:spacing w:after="0" w:line="240" w:lineRule="auto"/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</w:pP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44B4102" w14:textId="20A9B3BE" w:rsidR="00A04EA4" w:rsidRPr="00C4261E" w:rsidRDefault="00A04EA4" w:rsidP="00A04E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r w:rsidR="004E3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поддерживать чистоту и порядка в доме, на рабочем месте</w:t>
            </w:r>
          </w:p>
          <w:p w14:paraId="1609CBE3" w14:textId="77777777" w:rsidR="00A04EA4" w:rsidRPr="00C4261E" w:rsidRDefault="00A04EA4" w:rsidP="00A04E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предвидеть возникновение опасных ситуаций, в повседневной жизни.</w:t>
            </w:r>
          </w:p>
          <w:p w14:paraId="44AED7E1" w14:textId="10DF74FF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ответственного отношения к окружающим и к себе. Освоение правил мытья посуды, составление плана уборки квартиры.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29CA5FD" w14:textId="77777777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FA424E0" w14:textId="77777777" w:rsidR="00A04EA4" w:rsidRDefault="009E1AF4" w:rsidP="00A04EA4">
            <w:pPr>
              <w:shd w:val="clear" w:color="auto" w:fill="F7FDF7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" w:history="1">
              <w:r w:rsidR="00A04EA4" w:rsidRPr="00D86A08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https://multiurok.ru</w:t>
              </w:r>
            </w:hyperlink>
          </w:p>
          <w:p w14:paraId="4E9886D1" w14:textId="77777777" w:rsidR="00A04EA4" w:rsidRDefault="00A04EA4" w:rsidP="00A04EA4">
            <w:pPr>
              <w:spacing w:after="0" w:line="240" w:lineRule="auto"/>
            </w:pPr>
          </w:p>
        </w:tc>
      </w:tr>
      <w:tr w:rsidR="00A04EA4" w:rsidRPr="00A857A4" w14:paraId="4B2E1436" w14:textId="77777777" w:rsidTr="00D8116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BD548EF" w14:textId="3E095751" w:rsidR="00A04EA4" w:rsidRPr="00A857A4" w:rsidRDefault="00910BF2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05BE240" w14:textId="0C527D58" w:rsidR="00A04EA4" w:rsidRPr="004A298E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безопасности в доме.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0037A9B" w14:textId="20C328E8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lastRenderedPageBreak/>
              <w:t>2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0835F7B" w14:textId="4CB4C49A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AF2BCFD" w14:textId="4DE737BD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D48FE71" w14:textId="77777777" w:rsidR="00A04EA4" w:rsidRDefault="00A04EA4" w:rsidP="00A04EA4">
            <w:pPr>
              <w:spacing w:after="0" w:line="240" w:lineRule="auto"/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</w:pP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601428D" w14:textId="77777777" w:rsidR="00A04EA4" w:rsidRPr="00C4261E" w:rsidRDefault="00A04EA4" w:rsidP="00A04E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технику безопасности </w:t>
            </w: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доме</w:t>
            </w:r>
          </w:p>
          <w:p w14:paraId="3962F1C4" w14:textId="77777777" w:rsidR="00A04EA4" w:rsidRPr="00C4261E" w:rsidRDefault="00A04EA4" w:rsidP="00A04E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воспринимать информацию на слух, задавать вопросы, работать в составе творческих групп</w:t>
            </w:r>
          </w:p>
          <w:p w14:paraId="1456084D" w14:textId="23E1BE2D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ответственного отношения к окружающим и к себе. </w:t>
            </w:r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ание первой медицинской помощи.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3891DE1" w14:textId="77777777" w:rsidR="00A04EA4" w:rsidRPr="00A857A4" w:rsidRDefault="00A04EA4" w:rsidP="00A04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276A16" w14:textId="77777777" w:rsidR="00A04EA4" w:rsidRDefault="009E1AF4" w:rsidP="00A04EA4">
            <w:pPr>
              <w:shd w:val="clear" w:color="auto" w:fill="F7FDF7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" w:history="1">
              <w:r w:rsidR="00A04EA4" w:rsidRPr="00D86A08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https://multiurok.ru</w:t>
              </w:r>
            </w:hyperlink>
          </w:p>
          <w:p w14:paraId="7E4C2B82" w14:textId="77777777" w:rsidR="00A04EA4" w:rsidRDefault="00A04EA4" w:rsidP="00A04EA4">
            <w:pPr>
              <w:spacing w:after="0" w:line="240" w:lineRule="auto"/>
            </w:pPr>
          </w:p>
        </w:tc>
      </w:tr>
      <w:tr w:rsidR="006C7298" w:rsidRPr="00A857A4" w14:paraId="31477BF3" w14:textId="77777777" w:rsidTr="00D8116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9BB60C8" w14:textId="750D771A" w:rsidR="006C7298" w:rsidRDefault="00F30360" w:rsidP="006C7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D74732D" w14:textId="77777777" w:rsidR="006C7298" w:rsidRPr="00C4261E" w:rsidRDefault="006C7298" w:rsidP="006C729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деятельность.</w:t>
            </w:r>
          </w:p>
          <w:p w14:paraId="247CCA40" w14:textId="38C50350" w:rsidR="006C7298" w:rsidRDefault="006C7298" w:rsidP="006C7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267BACF" w14:textId="47DF4C98" w:rsidR="006C7298" w:rsidRDefault="006C7298" w:rsidP="006C7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07694EE" w14:textId="5C8A40A7" w:rsidR="006C7298" w:rsidRDefault="006C7298" w:rsidP="006C7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03C405C" w14:textId="3EDF33EA" w:rsidR="006C7298" w:rsidRDefault="006C7298" w:rsidP="006C7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3D76B68" w14:textId="7C13D83B" w:rsidR="006C7298" w:rsidRDefault="00746AFE" w:rsidP="006C7298">
            <w:pPr>
              <w:spacing w:after="0" w:line="240" w:lineRule="auto"/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</w:pPr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05.12.2023</w:t>
            </w:r>
          </w:p>
          <w:p w14:paraId="4A402EA0" w14:textId="49C4CD97" w:rsidR="006C7298" w:rsidRDefault="00746AFE" w:rsidP="006C7298">
            <w:pPr>
              <w:spacing w:after="0" w:line="240" w:lineRule="auto"/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</w:pPr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08.12.2023</w:t>
            </w:r>
          </w:p>
          <w:p w14:paraId="1B4992A9" w14:textId="77777777" w:rsidR="006C7298" w:rsidRDefault="006C7298" w:rsidP="006C7298">
            <w:pPr>
              <w:spacing w:after="0" w:line="240" w:lineRule="auto"/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</w:pPr>
          </w:p>
          <w:p w14:paraId="708C0B66" w14:textId="2F76909D" w:rsidR="006C7298" w:rsidRDefault="00746AFE" w:rsidP="006C7298">
            <w:pPr>
              <w:spacing w:after="0" w:line="240" w:lineRule="auto"/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</w:pPr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12.12.2023</w:t>
            </w:r>
          </w:p>
          <w:p w14:paraId="427DD15A" w14:textId="73EC6A7B" w:rsidR="006C7298" w:rsidRDefault="00746AFE" w:rsidP="006C7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15.12.2023</w:t>
            </w: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FD551EB" w14:textId="5B40CDB6" w:rsidR="006C7298" w:rsidRPr="00C4261E" w:rsidRDefault="006C7298" w:rsidP="006C72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6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личностных, в том числе духовных и физических, качеств, обеспечивающих защищенность жизненно важных интересов личности 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426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внешних и внутренних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426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угроз.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5B4979C" w14:textId="23AFB690" w:rsidR="006C7298" w:rsidRDefault="00AC1394" w:rsidP="006C7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Практическое занятие</w:t>
            </w:r>
            <w:r w:rsidR="006C7298"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;</w:t>
            </w:r>
            <w:r w:rsidR="006C7298"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CC6EA1D" w14:textId="77777777" w:rsidR="006C7298" w:rsidRDefault="009E1AF4" w:rsidP="006C7298">
            <w:pPr>
              <w:shd w:val="clear" w:color="auto" w:fill="F7FDF7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" w:history="1">
              <w:r w:rsidR="006C7298" w:rsidRPr="00D86A08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https://multiurok.ru</w:t>
              </w:r>
            </w:hyperlink>
          </w:p>
          <w:p w14:paraId="5C292399" w14:textId="77777777" w:rsidR="006C7298" w:rsidRDefault="006C7298" w:rsidP="006C7298">
            <w:pPr>
              <w:spacing w:after="0" w:line="240" w:lineRule="auto"/>
            </w:pPr>
          </w:p>
        </w:tc>
      </w:tr>
      <w:tr w:rsidR="00271957" w:rsidRPr="00A857A4" w14:paraId="2972FB84" w14:textId="77777777" w:rsidTr="00D8116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E53D3E3" w14:textId="09A36E95" w:rsidR="00271957" w:rsidRDefault="0018227D" w:rsidP="00271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0F47B30" w14:textId="39227B83" w:rsidR="00271957" w:rsidRPr="00C4261E" w:rsidRDefault="00271957" w:rsidP="0027195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урок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E26C478" w14:textId="14110608" w:rsidR="00271957" w:rsidRDefault="00271957" w:rsidP="00271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04BF5E0" w14:textId="6C212E4E" w:rsidR="00271957" w:rsidRDefault="00271957" w:rsidP="00271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D247AC1" w14:textId="4FFA5887" w:rsidR="00271957" w:rsidRDefault="00271957" w:rsidP="00271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B85F290" w14:textId="77777777" w:rsidR="00271957" w:rsidRDefault="00271957" w:rsidP="00271957">
            <w:pPr>
              <w:spacing w:after="0" w:line="240" w:lineRule="auto"/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</w:pPr>
          </w:p>
        </w:tc>
        <w:tc>
          <w:tcPr>
            <w:tcW w:w="3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CB75DD8" w14:textId="06510D0D" w:rsidR="00271957" w:rsidRPr="00C4261E" w:rsidRDefault="00AC1394" w:rsidP="002719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пройденного материала.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1981803" w14:textId="6FFA1CF7" w:rsidR="00271957" w:rsidRPr="00A857A4" w:rsidRDefault="00271957" w:rsidP="00271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Тестирование;</w:t>
            </w: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9361CD3" w14:textId="77777777" w:rsidR="00271957" w:rsidRDefault="009E1AF4" w:rsidP="00271957">
            <w:pPr>
              <w:shd w:val="clear" w:color="auto" w:fill="F7FDF7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" w:history="1">
              <w:r w:rsidR="00271957" w:rsidRPr="00D86A08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https://multiurok.ru</w:t>
              </w:r>
            </w:hyperlink>
          </w:p>
          <w:p w14:paraId="52DDFE56" w14:textId="77777777" w:rsidR="00271957" w:rsidRDefault="00271957" w:rsidP="00271957">
            <w:pPr>
              <w:shd w:val="clear" w:color="auto" w:fill="F7FDF7"/>
              <w:spacing w:line="240" w:lineRule="auto"/>
            </w:pPr>
          </w:p>
        </w:tc>
      </w:tr>
      <w:tr w:rsidR="00271957" w:rsidRPr="00A857A4" w14:paraId="211BDB63" w14:textId="77777777" w:rsidTr="00AE770E">
        <w:tc>
          <w:tcPr>
            <w:tcW w:w="27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B608244" w14:textId="77777777" w:rsidR="00271957" w:rsidRPr="00A857A4" w:rsidRDefault="00271957" w:rsidP="00271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модулю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07220A8" w14:textId="65207D6E" w:rsidR="00271957" w:rsidRPr="00A857A4" w:rsidRDefault="00271957" w:rsidP="00271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6</w:t>
            </w:r>
          </w:p>
        </w:tc>
        <w:tc>
          <w:tcPr>
            <w:tcW w:w="1180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55B781E" w14:textId="77777777" w:rsidR="00271957" w:rsidRPr="00A857A4" w:rsidRDefault="00271957" w:rsidP="00271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71957" w:rsidRPr="00A857A4" w14:paraId="31877872" w14:textId="77777777" w:rsidTr="00AE770E">
        <w:tc>
          <w:tcPr>
            <w:tcW w:w="27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4BC1931" w14:textId="77777777" w:rsidR="00271957" w:rsidRPr="00A857A4" w:rsidRDefault="00271957" w:rsidP="00271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F1F376D" w14:textId="77777777" w:rsidR="00271957" w:rsidRPr="00A857A4" w:rsidRDefault="00271957" w:rsidP="00271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B9E4D80" w14:textId="77777777" w:rsidR="00271957" w:rsidRPr="00A857A4" w:rsidRDefault="00271957" w:rsidP="00271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3101FE9" w14:textId="77777777" w:rsidR="00271957" w:rsidRPr="00A857A4" w:rsidRDefault="00271957" w:rsidP="00271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46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CA50397" w14:textId="77777777" w:rsidR="00271957" w:rsidRPr="00A857A4" w:rsidRDefault="00271957" w:rsidP="00271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7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352476EB" w14:textId="77777777" w:rsidR="00C50DF8" w:rsidRDefault="00C50DF8" w:rsidP="00C50DF8"/>
    <w:p w14:paraId="52F2F67A" w14:textId="77777777" w:rsidR="00C50DF8" w:rsidRPr="00CD7062" w:rsidRDefault="00C50DF8" w:rsidP="00C50DF8">
      <w:r w:rsidRPr="00CD706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14:paraId="4DE68FBE" w14:textId="77777777" w:rsidR="00C50DF8" w:rsidRPr="00CD7062" w:rsidRDefault="00C50DF8" w:rsidP="00C50DF8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sz w:val="16"/>
          <w:szCs w:val="16"/>
          <w:lang w:val="en-US"/>
        </w:rPr>
      </w:pPr>
    </w:p>
    <w:p w14:paraId="21255BAB" w14:textId="77777777" w:rsidR="00C50DF8" w:rsidRPr="00C50DF8" w:rsidRDefault="00C50DF8" w:rsidP="00C50DF8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</w:rPr>
      </w:pPr>
    </w:p>
    <w:p w14:paraId="313A7B53" w14:textId="77777777" w:rsidR="00C50DF8" w:rsidRPr="00C50DF8" w:rsidRDefault="00C50DF8" w:rsidP="00C50DF8">
      <w:r w:rsidRPr="00C50DF8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14:paraId="2B99EE94" w14:textId="77777777" w:rsidR="00C50DF8" w:rsidRPr="00C50DF8" w:rsidRDefault="00C50DF8" w:rsidP="00C50DF8">
      <w:pPr>
        <w:spacing w:after="200" w:line="276" w:lineRule="auto"/>
        <w:rPr>
          <w:rFonts w:ascii="Cambria" w:eastAsia="MS Mincho" w:hAnsi="Cambria" w:cs="Times New Roman"/>
          <w:sz w:val="16"/>
          <w:szCs w:val="16"/>
          <w:lang w:val="en-US"/>
        </w:rPr>
        <w:sectPr w:rsidR="00C50DF8" w:rsidRPr="00C50DF8">
          <w:pgSz w:w="16840" w:h="11900"/>
          <w:pgMar w:top="284" w:right="640" w:bottom="736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4B626BEC" w14:textId="77777777" w:rsidR="00C50DF8" w:rsidRPr="00C50DF8" w:rsidRDefault="00C50DF8" w:rsidP="00C50DF8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  <w:sz w:val="16"/>
          <w:szCs w:val="16"/>
          <w:lang w:val="en-US"/>
        </w:rPr>
      </w:pPr>
    </w:p>
    <w:p w14:paraId="19D31381" w14:textId="77777777" w:rsidR="00C50DF8" w:rsidRDefault="00C50DF8" w:rsidP="00A04EA4">
      <w:pPr>
        <w:autoSpaceDE w:val="0"/>
        <w:autoSpaceDN w:val="0"/>
        <w:spacing w:after="316" w:line="230" w:lineRule="auto"/>
        <w:jc w:val="center"/>
        <w:rPr>
          <w:rFonts w:ascii="Times New Roman" w:eastAsia="Times New Roman" w:hAnsi="Times New Roman" w:cs="Times New Roman"/>
          <w:b/>
          <w:color w:val="000000"/>
          <w:w w:val="98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w w:val="98"/>
          <w:sz w:val="24"/>
        </w:rPr>
        <w:t>ПОУРОЧНОЕ ПЛАНИРОВАНИЕ</w:t>
      </w:r>
    </w:p>
    <w:tbl>
      <w:tblPr>
        <w:tblStyle w:val="afb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851"/>
        <w:gridCol w:w="1275"/>
        <w:gridCol w:w="1843"/>
        <w:gridCol w:w="1276"/>
        <w:gridCol w:w="1886"/>
      </w:tblGrid>
      <w:tr w:rsidR="00B65CD3" w14:paraId="5D8BB2A1" w14:textId="77777777" w:rsidTr="00B65CD3">
        <w:tc>
          <w:tcPr>
            <w:tcW w:w="562" w:type="dxa"/>
            <w:vMerge w:val="restart"/>
          </w:tcPr>
          <w:p w14:paraId="519FFC60" w14:textId="77777777" w:rsidR="00AE770E" w:rsidRPr="00AE770E" w:rsidRDefault="00AE770E" w:rsidP="00AE770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  <w:lang w:val="ru-RU"/>
              </w:rPr>
              <w:t>№</w:t>
            </w:r>
          </w:p>
        </w:tc>
        <w:tc>
          <w:tcPr>
            <w:tcW w:w="2977" w:type="dxa"/>
            <w:vMerge w:val="restart"/>
          </w:tcPr>
          <w:p w14:paraId="01A1D7C7" w14:textId="77777777" w:rsidR="00AE770E" w:rsidRPr="00AE770E" w:rsidRDefault="00AE770E" w:rsidP="00AE770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  <w:lang w:val="ru-RU"/>
              </w:rPr>
              <w:t>Тема  урока</w:t>
            </w:r>
          </w:p>
        </w:tc>
        <w:tc>
          <w:tcPr>
            <w:tcW w:w="3969" w:type="dxa"/>
            <w:gridSpan w:val="3"/>
          </w:tcPr>
          <w:p w14:paraId="38DFAC29" w14:textId="77777777" w:rsidR="00AE770E" w:rsidRPr="00AE770E" w:rsidRDefault="00AE770E" w:rsidP="00AE770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  <w:lang w:val="ru-RU"/>
              </w:rPr>
              <w:t>Количество  часов</w:t>
            </w:r>
          </w:p>
        </w:tc>
        <w:tc>
          <w:tcPr>
            <w:tcW w:w="1276" w:type="dxa"/>
            <w:vMerge w:val="restart"/>
          </w:tcPr>
          <w:p w14:paraId="77DC6394" w14:textId="77777777" w:rsidR="00AE770E" w:rsidRPr="00AE770E" w:rsidRDefault="00AE770E" w:rsidP="00AE770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  <w:lang w:val="ru-RU"/>
              </w:rPr>
              <w:t>Дата  изучения</w:t>
            </w:r>
          </w:p>
        </w:tc>
        <w:tc>
          <w:tcPr>
            <w:tcW w:w="1886" w:type="dxa"/>
            <w:vMerge w:val="restart"/>
          </w:tcPr>
          <w:p w14:paraId="5CE52365" w14:textId="77777777" w:rsidR="00AE770E" w:rsidRDefault="00AE770E" w:rsidP="00AE770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</w:rPr>
            </w:pPr>
            <w:proofErr w:type="spellStart"/>
            <w:r w:rsidRPr="00C50DF8"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</w:rPr>
              <w:t>Виды</w:t>
            </w:r>
            <w:proofErr w:type="spellEnd"/>
            <w:r w:rsidRPr="00C50DF8"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</w:rPr>
              <w:t xml:space="preserve">, </w:t>
            </w:r>
            <w:proofErr w:type="spellStart"/>
            <w:r w:rsidRPr="00C50DF8"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</w:rPr>
              <w:t>формы</w:t>
            </w:r>
            <w:proofErr w:type="spellEnd"/>
            <w:r w:rsidRPr="00C50DF8"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</w:rPr>
              <w:t xml:space="preserve"> </w:t>
            </w:r>
            <w:r w:rsidRPr="00C50DF8">
              <w:rPr>
                <w:rFonts w:ascii="Cambria" w:hAnsi="Cambria" w:cs="Times New Roman"/>
              </w:rPr>
              <w:br/>
            </w:r>
            <w:proofErr w:type="spellStart"/>
            <w:r w:rsidRPr="00C50DF8"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</w:rPr>
              <w:t>контроля</w:t>
            </w:r>
            <w:proofErr w:type="spellEnd"/>
          </w:p>
        </w:tc>
      </w:tr>
      <w:tr w:rsidR="00B65CD3" w14:paraId="639AF795" w14:textId="77777777" w:rsidTr="00B65CD3">
        <w:tc>
          <w:tcPr>
            <w:tcW w:w="562" w:type="dxa"/>
            <w:vMerge/>
          </w:tcPr>
          <w:p w14:paraId="5350BBA1" w14:textId="77777777" w:rsidR="00AE770E" w:rsidRDefault="00AE770E" w:rsidP="00AE770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</w:rPr>
            </w:pPr>
          </w:p>
        </w:tc>
        <w:tc>
          <w:tcPr>
            <w:tcW w:w="2977" w:type="dxa"/>
            <w:vMerge/>
          </w:tcPr>
          <w:p w14:paraId="5B3AF3F7" w14:textId="77777777" w:rsidR="00AE770E" w:rsidRDefault="00AE770E" w:rsidP="00AE770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</w:rPr>
            </w:pPr>
          </w:p>
        </w:tc>
        <w:tc>
          <w:tcPr>
            <w:tcW w:w="851" w:type="dxa"/>
          </w:tcPr>
          <w:p w14:paraId="7FAE3AD2" w14:textId="77777777" w:rsidR="00AE770E" w:rsidRPr="00AE770E" w:rsidRDefault="00AE770E" w:rsidP="00AE770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  <w:lang w:val="ru-RU"/>
              </w:rPr>
              <w:t>Всего</w:t>
            </w:r>
          </w:p>
        </w:tc>
        <w:tc>
          <w:tcPr>
            <w:tcW w:w="1275" w:type="dxa"/>
          </w:tcPr>
          <w:p w14:paraId="5A13804D" w14:textId="77777777" w:rsidR="00AE770E" w:rsidRPr="00AE770E" w:rsidRDefault="00AE770E" w:rsidP="00AE770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  <w:lang w:val="ru-RU"/>
              </w:rPr>
              <w:t>Контрольные  работы</w:t>
            </w:r>
          </w:p>
        </w:tc>
        <w:tc>
          <w:tcPr>
            <w:tcW w:w="1843" w:type="dxa"/>
          </w:tcPr>
          <w:p w14:paraId="392DE71C" w14:textId="77777777" w:rsidR="00AE770E" w:rsidRPr="00AE770E" w:rsidRDefault="00AE770E" w:rsidP="00AE770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  <w:lang w:val="ru-RU"/>
              </w:rPr>
              <w:t xml:space="preserve">Практические  работы  </w:t>
            </w:r>
          </w:p>
        </w:tc>
        <w:tc>
          <w:tcPr>
            <w:tcW w:w="1276" w:type="dxa"/>
            <w:vMerge/>
          </w:tcPr>
          <w:p w14:paraId="3107EE8C" w14:textId="77777777" w:rsidR="00AE770E" w:rsidRDefault="00AE770E" w:rsidP="00AE770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</w:rPr>
            </w:pPr>
          </w:p>
        </w:tc>
        <w:tc>
          <w:tcPr>
            <w:tcW w:w="1886" w:type="dxa"/>
            <w:vMerge/>
          </w:tcPr>
          <w:p w14:paraId="18572E61" w14:textId="77777777" w:rsidR="00AE770E" w:rsidRDefault="00AE770E" w:rsidP="00AE770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</w:rPr>
            </w:pPr>
          </w:p>
        </w:tc>
      </w:tr>
      <w:tr w:rsidR="00C4261E" w14:paraId="097D2A74" w14:textId="77777777" w:rsidTr="00B65CD3">
        <w:tc>
          <w:tcPr>
            <w:tcW w:w="562" w:type="dxa"/>
          </w:tcPr>
          <w:p w14:paraId="4B18FFBF" w14:textId="77777777" w:rsidR="00C4261E" w:rsidRPr="00AE770E" w:rsidRDefault="00C4261E" w:rsidP="00C4261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AE770E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2977" w:type="dxa"/>
          </w:tcPr>
          <w:p w14:paraId="19181C74" w14:textId="4D95CDAE" w:rsidR="00C4261E" w:rsidRPr="00A04EA4" w:rsidRDefault="00C4261E" w:rsidP="00A04E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Введение. Почему нужно изучать ОБЖ.</w:t>
            </w:r>
          </w:p>
        </w:tc>
        <w:tc>
          <w:tcPr>
            <w:tcW w:w="851" w:type="dxa"/>
          </w:tcPr>
          <w:p w14:paraId="4D084E5B" w14:textId="77777777" w:rsidR="00C4261E" w:rsidRPr="002A2359" w:rsidRDefault="00C4261E" w:rsidP="00C4261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2A2359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1275" w:type="dxa"/>
          </w:tcPr>
          <w:p w14:paraId="52B2C616" w14:textId="77777777" w:rsidR="00C4261E" w:rsidRPr="002A2359" w:rsidRDefault="00C4261E" w:rsidP="00C4261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2A2359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843" w:type="dxa"/>
          </w:tcPr>
          <w:p w14:paraId="2F660958" w14:textId="46D2E86D" w:rsidR="00C4261E" w:rsidRPr="002A2359" w:rsidRDefault="00C4261E" w:rsidP="00C4261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276" w:type="dxa"/>
          </w:tcPr>
          <w:p w14:paraId="78813627" w14:textId="7ABD0EBB" w:rsidR="00C4261E" w:rsidRPr="002A2359" w:rsidRDefault="00BC5FCF" w:rsidP="00C4261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08</w:t>
            </w:r>
            <w:r w:rsidR="00746AFE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.09.2023</w:t>
            </w:r>
          </w:p>
        </w:tc>
        <w:tc>
          <w:tcPr>
            <w:tcW w:w="1886" w:type="dxa"/>
          </w:tcPr>
          <w:p w14:paraId="1007776C" w14:textId="3FAA1DCD" w:rsidR="00C4261E" w:rsidRPr="002A2359" w:rsidRDefault="00C4261E" w:rsidP="00C4261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Устный опрос</w:t>
            </w:r>
          </w:p>
        </w:tc>
      </w:tr>
      <w:tr w:rsidR="00C4261E" w14:paraId="060EEDCC" w14:textId="77777777" w:rsidTr="00B65CD3">
        <w:tc>
          <w:tcPr>
            <w:tcW w:w="562" w:type="dxa"/>
          </w:tcPr>
          <w:p w14:paraId="21D24ACE" w14:textId="77777777" w:rsidR="00C4261E" w:rsidRPr="00AE770E" w:rsidRDefault="00C4261E" w:rsidP="00C4261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AE770E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2</w:t>
            </w:r>
          </w:p>
        </w:tc>
        <w:tc>
          <w:tcPr>
            <w:tcW w:w="2977" w:type="dxa"/>
          </w:tcPr>
          <w:p w14:paraId="1B8C9030" w14:textId="558122B7" w:rsidR="00C4261E" w:rsidRPr="00A04EA4" w:rsidRDefault="00C4261E" w:rsidP="00A04E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 что отвечают системы органов.</w:t>
            </w:r>
          </w:p>
        </w:tc>
        <w:tc>
          <w:tcPr>
            <w:tcW w:w="851" w:type="dxa"/>
          </w:tcPr>
          <w:p w14:paraId="7A84429F" w14:textId="77777777" w:rsidR="00C4261E" w:rsidRPr="002A2359" w:rsidRDefault="00C4261E" w:rsidP="00C4261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2A2359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1275" w:type="dxa"/>
          </w:tcPr>
          <w:p w14:paraId="3EFCCF03" w14:textId="77777777" w:rsidR="00C4261E" w:rsidRPr="002A2359" w:rsidRDefault="00C4261E" w:rsidP="00C4261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2A2359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843" w:type="dxa"/>
          </w:tcPr>
          <w:p w14:paraId="039E8CAC" w14:textId="5EDEAEE2" w:rsidR="00C4261E" w:rsidRPr="002A2359" w:rsidRDefault="00C4261E" w:rsidP="00C4261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276" w:type="dxa"/>
          </w:tcPr>
          <w:p w14:paraId="74874925" w14:textId="505D5385" w:rsidR="00C4261E" w:rsidRPr="002A2359" w:rsidRDefault="00BC5FCF" w:rsidP="00C4261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15</w:t>
            </w:r>
            <w:r w:rsidR="00746AFE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.09.2023</w:t>
            </w:r>
          </w:p>
        </w:tc>
        <w:tc>
          <w:tcPr>
            <w:tcW w:w="1886" w:type="dxa"/>
          </w:tcPr>
          <w:p w14:paraId="050E0628" w14:textId="7986BCB5" w:rsidR="00C4261E" w:rsidRPr="002A2359" w:rsidRDefault="00C4261E" w:rsidP="00C4261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Устный опрос</w:t>
            </w:r>
          </w:p>
        </w:tc>
      </w:tr>
      <w:tr w:rsidR="00C4261E" w14:paraId="26209792" w14:textId="77777777" w:rsidTr="00B65CD3">
        <w:tc>
          <w:tcPr>
            <w:tcW w:w="562" w:type="dxa"/>
          </w:tcPr>
          <w:p w14:paraId="05C5669B" w14:textId="77777777" w:rsidR="00C4261E" w:rsidRPr="00AE770E" w:rsidRDefault="00C4261E" w:rsidP="00C4261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AE770E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3</w:t>
            </w:r>
          </w:p>
        </w:tc>
        <w:tc>
          <w:tcPr>
            <w:tcW w:w="2977" w:type="dxa"/>
          </w:tcPr>
          <w:p w14:paraId="00FE0455" w14:textId="497B4AB5" w:rsidR="00C4261E" w:rsidRPr="00A04EA4" w:rsidRDefault="00C4261E" w:rsidP="00A04E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 что отвечают системы органов.</w:t>
            </w:r>
          </w:p>
        </w:tc>
        <w:tc>
          <w:tcPr>
            <w:tcW w:w="851" w:type="dxa"/>
          </w:tcPr>
          <w:p w14:paraId="2BF8D0F3" w14:textId="77777777" w:rsidR="00C4261E" w:rsidRPr="008F2C07" w:rsidRDefault="00C4261E" w:rsidP="00C4261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1275" w:type="dxa"/>
          </w:tcPr>
          <w:p w14:paraId="0374CA3B" w14:textId="77777777" w:rsidR="00C4261E" w:rsidRPr="008F2C07" w:rsidRDefault="00C4261E" w:rsidP="00C4261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843" w:type="dxa"/>
          </w:tcPr>
          <w:p w14:paraId="327EF125" w14:textId="6A481675" w:rsidR="00C4261E" w:rsidRPr="008F2C07" w:rsidRDefault="00C4261E" w:rsidP="00C4261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276" w:type="dxa"/>
          </w:tcPr>
          <w:p w14:paraId="4AF5E102" w14:textId="65A68C27" w:rsidR="00C4261E" w:rsidRPr="00B54990" w:rsidRDefault="00BC5FCF" w:rsidP="00C4261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lang w:val="ru-RU"/>
              </w:rPr>
              <w:t>22</w:t>
            </w:r>
            <w:r w:rsidR="00746AFE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lang w:val="ru-RU"/>
              </w:rPr>
              <w:t>.09.2023</w:t>
            </w:r>
          </w:p>
        </w:tc>
        <w:tc>
          <w:tcPr>
            <w:tcW w:w="1886" w:type="dxa"/>
          </w:tcPr>
          <w:p w14:paraId="55C5F3A3" w14:textId="16029B99" w:rsidR="00C4261E" w:rsidRPr="002A2359" w:rsidRDefault="00C4261E" w:rsidP="00C4261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Устный опрос</w:t>
            </w:r>
          </w:p>
        </w:tc>
      </w:tr>
      <w:tr w:rsidR="00C4261E" w14:paraId="0B53EB8F" w14:textId="77777777" w:rsidTr="00B65CD3">
        <w:tc>
          <w:tcPr>
            <w:tcW w:w="562" w:type="dxa"/>
          </w:tcPr>
          <w:p w14:paraId="4B639055" w14:textId="77777777" w:rsidR="00C4261E" w:rsidRPr="00AE770E" w:rsidRDefault="00C4261E" w:rsidP="00C4261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AE770E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4</w:t>
            </w:r>
          </w:p>
        </w:tc>
        <w:tc>
          <w:tcPr>
            <w:tcW w:w="2977" w:type="dxa"/>
          </w:tcPr>
          <w:p w14:paraId="45A4F3FB" w14:textId="6FB78046" w:rsidR="00C4261E" w:rsidRPr="00A04EA4" w:rsidRDefault="00F30360" w:rsidP="00A04E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Укрепляем</w:t>
            </w:r>
            <w:proofErr w:type="spellEnd"/>
            <w:r w:rsidR="00C4261E"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4261E"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нервную</w:t>
            </w:r>
            <w:proofErr w:type="spellEnd"/>
            <w:r w:rsidR="00C4261E"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4261E"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систему</w:t>
            </w:r>
            <w:proofErr w:type="spellEnd"/>
            <w:r w:rsidR="00C4261E"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14:paraId="6430BB9F" w14:textId="77777777" w:rsidR="00C4261E" w:rsidRPr="008F2C07" w:rsidRDefault="00C4261E" w:rsidP="00C4261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1275" w:type="dxa"/>
          </w:tcPr>
          <w:p w14:paraId="3C9AC1FE" w14:textId="77777777" w:rsidR="00C4261E" w:rsidRPr="008F2C07" w:rsidRDefault="00C4261E" w:rsidP="00C4261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843" w:type="dxa"/>
          </w:tcPr>
          <w:p w14:paraId="1810F116" w14:textId="09F8E0A5" w:rsidR="00C4261E" w:rsidRPr="008F2C07" w:rsidRDefault="00C4261E" w:rsidP="00C4261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276" w:type="dxa"/>
          </w:tcPr>
          <w:p w14:paraId="5CFD9B3A" w14:textId="493DA5C9" w:rsidR="00C4261E" w:rsidRPr="002A2359" w:rsidRDefault="00BC5FCF" w:rsidP="00C4261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lang w:val="ru-RU"/>
              </w:rPr>
              <w:t>29</w:t>
            </w:r>
            <w:r w:rsidR="00746AFE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lang w:val="ru-RU"/>
              </w:rPr>
              <w:t>.09.2023</w:t>
            </w:r>
          </w:p>
        </w:tc>
        <w:tc>
          <w:tcPr>
            <w:tcW w:w="1886" w:type="dxa"/>
          </w:tcPr>
          <w:p w14:paraId="0838EFCB" w14:textId="1ACB9C57" w:rsidR="00C4261E" w:rsidRPr="002A2359" w:rsidRDefault="00C4261E" w:rsidP="00C4261E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Устный опрос</w:t>
            </w:r>
          </w:p>
        </w:tc>
      </w:tr>
      <w:tr w:rsidR="00913248" w14:paraId="6A17E974" w14:textId="77777777" w:rsidTr="00B65CD3">
        <w:tc>
          <w:tcPr>
            <w:tcW w:w="562" w:type="dxa"/>
          </w:tcPr>
          <w:p w14:paraId="5D5167F0" w14:textId="77730A96" w:rsidR="00913248" w:rsidRPr="00F30360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5</w:t>
            </w:r>
          </w:p>
        </w:tc>
        <w:tc>
          <w:tcPr>
            <w:tcW w:w="2977" w:type="dxa"/>
          </w:tcPr>
          <w:p w14:paraId="170D3E21" w14:textId="1F0E6A31" w:rsidR="00913248" w:rsidRPr="004A298E" w:rsidRDefault="00913248" w:rsidP="0091324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Укрепляем</w:t>
            </w:r>
            <w:proofErr w:type="spellEnd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нервную</w:t>
            </w:r>
            <w:proofErr w:type="spellEnd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систему</w:t>
            </w:r>
            <w:proofErr w:type="spellEnd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14:paraId="72152697" w14:textId="299B32D3" w:rsidR="00913248" w:rsidRPr="008F2C07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1275" w:type="dxa"/>
          </w:tcPr>
          <w:p w14:paraId="30766E4F" w14:textId="41F9A125" w:rsidR="00913248" w:rsidRPr="008F2C07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843" w:type="dxa"/>
          </w:tcPr>
          <w:p w14:paraId="4A72A57D" w14:textId="20A7CFC6" w:rsidR="00913248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276" w:type="dxa"/>
          </w:tcPr>
          <w:p w14:paraId="2B438F9E" w14:textId="25F191FB" w:rsidR="00913248" w:rsidRDefault="00BC5FCF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lang w:val="ru-RU"/>
              </w:rPr>
              <w:t>06</w:t>
            </w:r>
            <w:r w:rsidR="00746AFE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lang w:val="ru-RU"/>
              </w:rPr>
              <w:t>.10.2023</w:t>
            </w:r>
          </w:p>
        </w:tc>
        <w:tc>
          <w:tcPr>
            <w:tcW w:w="1886" w:type="dxa"/>
          </w:tcPr>
          <w:p w14:paraId="59E966C1" w14:textId="417C3469" w:rsidR="00913248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 xml:space="preserve"> Устный опрос</w:t>
            </w:r>
          </w:p>
        </w:tc>
      </w:tr>
      <w:tr w:rsidR="00913248" w14:paraId="06BB4E58" w14:textId="77777777" w:rsidTr="00B65CD3">
        <w:tc>
          <w:tcPr>
            <w:tcW w:w="562" w:type="dxa"/>
          </w:tcPr>
          <w:p w14:paraId="2D8071E4" w14:textId="366BC71E" w:rsidR="00913248" w:rsidRPr="00AE770E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6</w:t>
            </w:r>
          </w:p>
        </w:tc>
        <w:tc>
          <w:tcPr>
            <w:tcW w:w="2977" w:type="dxa"/>
          </w:tcPr>
          <w:p w14:paraId="339E005C" w14:textId="0D09C37C" w:rsidR="00913248" w:rsidRPr="00A04EA4" w:rsidRDefault="00913248" w:rsidP="0091324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Тренируем</w:t>
            </w:r>
            <w:proofErr w:type="spellEnd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сердце</w:t>
            </w:r>
            <w:proofErr w:type="spellEnd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14:paraId="4F809CAB" w14:textId="74CAD605" w:rsidR="00913248" w:rsidRPr="008F2C07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1275" w:type="dxa"/>
          </w:tcPr>
          <w:p w14:paraId="14071E65" w14:textId="24817B79" w:rsidR="00913248" w:rsidRPr="008F2C07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843" w:type="dxa"/>
          </w:tcPr>
          <w:p w14:paraId="7025CD19" w14:textId="166A9BF7" w:rsidR="00913248" w:rsidRPr="008F2C07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276" w:type="dxa"/>
          </w:tcPr>
          <w:p w14:paraId="753A3210" w14:textId="0F3E414D" w:rsidR="00913248" w:rsidRPr="003302F4" w:rsidRDefault="00BC5FCF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lang w:val="ru-RU"/>
              </w:rPr>
              <w:t>13</w:t>
            </w:r>
            <w:r w:rsidR="00746AFE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lang w:val="ru-RU"/>
              </w:rPr>
              <w:t>.10.2023</w:t>
            </w:r>
          </w:p>
        </w:tc>
        <w:tc>
          <w:tcPr>
            <w:tcW w:w="1886" w:type="dxa"/>
          </w:tcPr>
          <w:p w14:paraId="549F84ED" w14:textId="39EC254B" w:rsidR="00913248" w:rsidRPr="002A2359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Устный опрос</w:t>
            </w:r>
          </w:p>
        </w:tc>
      </w:tr>
      <w:tr w:rsidR="00913248" w14:paraId="57B74C1B" w14:textId="77777777" w:rsidTr="00B65CD3">
        <w:tc>
          <w:tcPr>
            <w:tcW w:w="562" w:type="dxa"/>
          </w:tcPr>
          <w:p w14:paraId="3F2AC566" w14:textId="5FC28850" w:rsidR="00913248" w:rsidRPr="00F30360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7</w:t>
            </w:r>
          </w:p>
        </w:tc>
        <w:tc>
          <w:tcPr>
            <w:tcW w:w="2977" w:type="dxa"/>
          </w:tcPr>
          <w:p w14:paraId="66E3A595" w14:textId="00B694B1" w:rsidR="00913248" w:rsidRDefault="00913248" w:rsidP="0091324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Тренируем</w:t>
            </w:r>
            <w:proofErr w:type="spellEnd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сердце</w:t>
            </w:r>
            <w:proofErr w:type="spellEnd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14:paraId="46542290" w14:textId="20D3EF9B" w:rsidR="00913248" w:rsidRPr="008F2C07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1275" w:type="dxa"/>
          </w:tcPr>
          <w:p w14:paraId="24BEDB8F" w14:textId="7D9BD22A" w:rsidR="00913248" w:rsidRPr="008F2C07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843" w:type="dxa"/>
          </w:tcPr>
          <w:p w14:paraId="48F9D058" w14:textId="5DDA92B0" w:rsidR="00913248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276" w:type="dxa"/>
          </w:tcPr>
          <w:p w14:paraId="32BAA02E" w14:textId="05415FB8" w:rsidR="00913248" w:rsidRPr="003302F4" w:rsidRDefault="00BC5FCF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lang w:val="ru-RU"/>
              </w:rPr>
              <w:t>20</w:t>
            </w:r>
            <w:r w:rsidR="00746AFE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lang w:val="ru-RU"/>
              </w:rPr>
              <w:t>.10.2023</w:t>
            </w:r>
          </w:p>
        </w:tc>
        <w:tc>
          <w:tcPr>
            <w:tcW w:w="1886" w:type="dxa"/>
          </w:tcPr>
          <w:p w14:paraId="3C9FC0E1" w14:textId="47AE764F" w:rsidR="00913248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Устный опрос</w:t>
            </w:r>
          </w:p>
        </w:tc>
      </w:tr>
      <w:tr w:rsidR="00913248" w14:paraId="23937029" w14:textId="77777777" w:rsidTr="00B65CD3">
        <w:tc>
          <w:tcPr>
            <w:tcW w:w="562" w:type="dxa"/>
          </w:tcPr>
          <w:p w14:paraId="5AB93C11" w14:textId="1DDEBC91" w:rsidR="00913248" w:rsidRPr="00AE770E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8</w:t>
            </w:r>
          </w:p>
        </w:tc>
        <w:tc>
          <w:tcPr>
            <w:tcW w:w="2977" w:type="dxa"/>
          </w:tcPr>
          <w:p w14:paraId="0F423790" w14:textId="67F70CC0" w:rsidR="00913248" w:rsidRPr="00E67C67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spellStart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Развиваем</w:t>
            </w:r>
            <w:proofErr w:type="spellEnd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дыхательную</w:t>
            </w:r>
            <w:proofErr w:type="spellEnd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851" w:type="dxa"/>
          </w:tcPr>
          <w:p w14:paraId="7A5A4B8D" w14:textId="0AFD9330" w:rsidR="00913248" w:rsidRPr="008F2C07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1275" w:type="dxa"/>
          </w:tcPr>
          <w:p w14:paraId="751161EC" w14:textId="3D044DC9" w:rsidR="00913248" w:rsidRPr="008F2C07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843" w:type="dxa"/>
          </w:tcPr>
          <w:p w14:paraId="36E684C2" w14:textId="5F65EAF9" w:rsidR="00913248" w:rsidRPr="008F2C07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276" w:type="dxa"/>
          </w:tcPr>
          <w:p w14:paraId="447FE137" w14:textId="3D8D10F3" w:rsidR="00913248" w:rsidRPr="002A2359" w:rsidRDefault="00BC5FCF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lang w:val="ru-RU"/>
              </w:rPr>
              <w:t>27.10</w:t>
            </w:r>
            <w:r w:rsidR="00746AFE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lang w:val="ru-RU"/>
              </w:rPr>
              <w:t>.2023</w:t>
            </w:r>
          </w:p>
        </w:tc>
        <w:tc>
          <w:tcPr>
            <w:tcW w:w="1886" w:type="dxa"/>
          </w:tcPr>
          <w:p w14:paraId="78EFD38B" w14:textId="3EE35C3D" w:rsidR="00913248" w:rsidRPr="008F2C07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Устный опрос</w:t>
            </w:r>
          </w:p>
        </w:tc>
      </w:tr>
      <w:tr w:rsidR="00913248" w14:paraId="10E2F754" w14:textId="77777777" w:rsidTr="00B65CD3">
        <w:tc>
          <w:tcPr>
            <w:tcW w:w="562" w:type="dxa"/>
          </w:tcPr>
          <w:p w14:paraId="3EBE8A25" w14:textId="3E26CC0E" w:rsidR="00913248" w:rsidRPr="00913248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9</w:t>
            </w:r>
          </w:p>
        </w:tc>
        <w:tc>
          <w:tcPr>
            <w:tcW w:w="2977" w:type="dxa"/>
          </w:tcPr>
          <w:p w14:paraId="2EC683E9" w14:textId="65D63196" w:rsidR="00913248" w:rsidRPr="004A298E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Развиваем</w:t>
            </w:r>
            <w:proofErr w:type="spellEnd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дыхательную</w:t>
            </w:r>
            <w:proofErr w:type="spellEnd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851" w:type="dxa"/>
          </w:tcPr>
          <w:p w14:paraId="10BF4CA7" w14:textId="335676F6" w:rsidR="00913248" w:rsidRPr="008F2C07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1275" w:type="dxa"/>
          </w:tcPr>
          <w:p w14:paraId="15EC4F54" w14:textId="171E9D4D" w:rsidR="00913248" w:rsidRPr="008F2C07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843" w:type="dxa"/>
          </w:tcPr>
          <w:p w14:paraId="25AC06E2" w14:textId="0C8555F6" w:rsidR="00913248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276" w:type="dxa"/>
          </w:tcPr>
          <w:p w14:paraId="5390DCE0" w14:textId="468424D2" w:rsidR="00913248" w:rsidRDefault="00BC5FCF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lang w:val="ru-RU"/>
              </w:rPr>
              <w:t>10</w:t>
            </w:r>
            <w:r w:rsidR="00746AFE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lang w:val="ru-RU"/>
              </w:rPr>
              <w:t>.11.2023</w:t>
            </w:r>
          </w:p>
        </w:tc>
        <w:tc>
          <w:tcPr>
            <w:tcW w:w="1886" w:type="dxa"/>
          </w:tcPr>
          <w:p w14:paraId="77764FDE" w14:textId="0938638A" w:rsidR="00913248" w:rsidRPr="008F2C07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Устный опрос</w:t>
            </w:r>
          </w:p>
        </w:tc>
      </w:tr>
      <w:tr w:rsidR="00913248" w14:paraId="0F93080F" w14:textId="77777777" w:rsidTr="00B65CD3">
        <w:tc>
          <w:tcPr>
            <w:tcW w:w="562" w:type="dxa"/>
          </w:tcPr>
          <w:p w14:paraId="6A42A7B0" w14:textId="429B3A54" w:rsidR="00913248" w:rsidRPr="00AE770E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10</w:t>
            </w:r>
          </w:p>
        </w:tc>
        <w:tc>
          <w:tcPr>
            <w:tcW w:w="2977" w:type="dxa"/>
          </w:tcPr>
          <w:p w14:paraId="1A280021" w14:textId="5ADEF3E3" w:rsidR="00913248" w:rsidRPr="00A04EA4" w:rsidRDefault="00913248" w:rsidP="0091324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Питаемся</w:t>
            </w:r>
            <w:proofErr w:type="spellEnd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851" w:type="dxa"/>
          </w:tcPr>
          <w:p w14:paraId="0B99A8C4" w14:textId="77777777" w:rsidR="00913248" w:rsidRPr="008F2C07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1275" w:type="dxa"/>
          </w:tcPr>
          <w:p w14:paraId="20EC1237" w14:textId="77777777" w:rsidR="00913248" w:rsidRPr="008F2C07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843" w:type="dxa"/>
          </w:tcPr>
          <w:p w14:paraId="1B838580" w14:textId="78F3B032" w:rsidR="00913248" w:rsidRPr="008F2C07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276" w:type="dxa"/>
          </w:tcPr>
          <w:p w14:paraId="1FA537D9" w14:textId="67573CB0" w:rsidR="00913248" w:rsidRPr="00BC5FCF" w:rsidRDefault="00746AFE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17.11.2023</w:t>
            </w:r>
          </w:p>
        </w:tc>
        <w:tc>
          <w:tcPr>
            <w:tcW w:w="1886" w:type="dxa"/>
          </w:tcPr>
          <w:p w14:paraId="205C4A17" w14:textId="2610AE84" w:rsidR="00913248" w:rsidRPr="008F2C07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Устный опрос</w:t>
            </w:r>
          </w:p>
        </w:tc>
      </w:tr>
      <w:tr w:rsidR="00913248" w14:paraId="0A213C14" w14:textId="77777777" w:rsidTr="00B65CD3">
        <w:tc>
          <w:tcPr>
            <w:tcW w:w="562" w:type="dxa"/>
          </w:tcPr>
          <w:p w14:paraId="16A8E7AA" w14:textId="1AE3AD35" w:rsidR="00913248" w:rsidRPr="00AE770E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11</w:t>
            </w:r>
          </w:p>
        </w:tc>
        <w:tc>
          <w:tcPr>
            <w:tcW w:w="2977" w:type="dxa"/>
          </w:tcPr>
          <w:p w14:paraId="68CC31C8" w14:textId="32EDEBD3" w:rsidR="00913248" w:rsidRPr="008F2C07" w:rsidRDefault="00913248" w:rsidP="0091324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Питаемся</w:t>
            </w:r>
            <w:proofErr w:type="spellEnd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851" w:type="dxa"/>
          </w:tcPr>
          <w:p w14:paraId="7C9EBB5D" w14:textId="77777777" w:rsidR="00913248" w:rsidRPr="008F2C07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1275" w:type="dxa"/>
          </w:tcPr>
          <w:p w14:paraId="7086ECB2" w14:textId="77777777" w:rsidR="00913248" w:rsidRPr="008F2C07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843" w:type="dxa"/>
          </w:tcPr>
          <w:p w14:paraId="03336A12" w14:textId="46FC2BD9" w:rsidR="00913248" w:rsidRPr="008F2C07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276" w:type="dxa"/>
          </w:tcPr>
          <w:p w14:paraId="6678DC53" w14:textId="0D485AA0" w:rsidR="00913248" w:rsidRPr="003302F4" w:rsidRDefault="00746AFE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lang w:val="ru-RU"/>
              </w:rPr>
              <w:t>24.11.2023</w:t>
            </w:r>
          </w:p>
        </w:tc>
        <w:tc>
          <w:tcPr>
            <w:tcW w:w="1886" w:type="dxa"/>
          </w:tcPr>
          <w:p w14:paraId="45A9474D" w14:textId="50107FBB" w:rsidR="00913248" w:rsidRPr="008F2C07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Устный опрос</w:t>
            </w:r>
          </w:p>
        </w:tc>
      </w:tr>
      <w:tr w:rsidR="00913248" w14:paraId="1AF39774" w14:textId="77777777" w:rsidTr="00B65CD3">
        <w:tc>
          <w:tcPr>
            <w:tcW w:w="562" w:type="dxa"/>
          </w:tcPr>
          <w:p w14:paraId="380A7C58" w14:textId="77989C7D" w:rsidR="00913248" w:rsidRPr="00AE770E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12</w:t>
            </w:r>
          </w:p>
        </w:tc>
        <w:tc>
          <w:tcPr>
            <w:tcW w:w="2977" w:type="dxa"/>
          </w:tcPr>
          <w:p w14:paraId="055114D6" w14:textId="092AD391" w:rsidR="00913248" w:rsidRPr="00A04EA4" w:rsidRDefault="00913248" w:rsidP="0091324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</w:t>
            </w:r>
            <w:proofErr w:type="spellEnd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органов</w:t>
            </w:r>
            <w:proofErr w:type="spellEnd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чувств</w:t>
            </w:r>
            <w:proofErr w:type="spellEnd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14:paraId="1299198E" w14:textId="77777777" w:rsidR="00913248" w:rsidRPr="008F2C07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1275" w:type="dxa"/>
          </w:tcPr>
          <w:p w14:paraId="16761ED3" w14:textId="77777777" w:rsidR="00913248" w:rsidRPr="008F2C07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843" w:type="dxa"/>
          </w:tcPr>
          <w:p w14:paraId="4C894E02" w14:textId="71AD1290" w:rsidR="00913248" w:rsidRPr="008F2C07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276" w:type="dxa"/>
          </w:tcPr>
          <w:p w14:paraId="4A8275E6" w14:textId="5A35D128" w:rsidR="00913248" w:rsidRPr="00271957" w:rsidRDefault="00746AFE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01.12.2023</w:t>
            </w:r>
          </w:p>
        </w:tc>
        <w:tc>
          <w:tcPr>
            <w:tcW w:w="1886" w:type="dxa"/>
          </w:tcPr>
          <w:p w14:paraId="09F1C3DC" w14:textId="5988CCEC" w:rsidR="00913248" w:rsidRPr="008F2C07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Устный опрос</w:t>
            </w:r>
          </w:p>
        </w:tc>
      </w:tr>
      <w:tr w:rsidR="00BC5FCF" w14:paraId="1382047D" w14:textId="77777777" w:rsidTr="00B65CD3">
        <w:tc>
          <w:tcPr>
            <w:tcW w:w="562" w:type="dxa"/>
          </w:tcPr>
          <w:p w14:paraId="1042829F" w14:textId="705510F2" w:rsidR="00BC5FCF" w:rsidRPr="00913248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13</w:t>
            </w:r>
          </w:p>
        </w:tc>
        <w:tc>
          <w:tcPr>
            <w:tcW w:w="2977" w:type="dxa"/>
          </w:tcPr>
          <w:p w14:paraId="6299C7AE" w14:textId="212C86A1" w:rsidR="00BC5FCF" w:rsidRPr="004A298E" w:rsidRDefault="00BC5FCF" w:rsidP="00BC5F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</w:t>
            </w:r>
            <w:proofErr w:type="spellEnd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органов</w:t>
            </w:r>
            <w:proofErr w:type="spellEnd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чувств</w:t>
            </w:r>
            <w:proofErr w:type="spellEnd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14:paraId="408E47B6" w14:textId="11768AB8" w:rsidR="00BC5FCF" w:rsidRPr="008F2C07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1275" w:type="dxa"/>
          </w:tcPr>
          <w:p w14:paraId="2D61E15E" w14:textId="0BB46F4B" w:rsidR="00BC5FCF" w:rsidRPr="008F2C07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843" w:type="dxa"/>
          </w:tcPr>
          <w:p w14:paraId="1F0F9B3B" w14:textId="241E3770" w:rsidR="00BC5FCF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276" w:type="dxa"/>
          </w:tcPr>
          <w:p w14:paraId="34C2F63C" w14:textId="5A8EA64B" w:rsidR="00BC5FCF" w:rsidRPr="00271957" w:rsidRDefault="00746AFE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08.12.2023</w:t>
            </w:r>
          </w:p>
        </w:tc>
        <w:tc>
          <w:tcPr>
            <w:tcW w:w="1886" w:type="dxa"/>
          </w:tcPr>
          <w:p w14:paraId="366D206F" w14:textId="4AB23CB5" w:rsidR="00BC5FCF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 w:rsidRPr="00E940CF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Устный опрос</w:t>
            </w:r>
          </w:p>
        </w:tc>
      </w:tr>
      <w:tr w:rsidR="00BC5FCF" w14:paraId="38EADDA8" w14:textId="77777777" w:rsidTr="00B65CD3">
        <w:tc>
          <w:tcPr>
            <w:tcW w:w="562" w:type="dxa"/>
          </w:tcPr>
          <w:p w14:paraId="0BA677AE" w14:textId="3C270EF5" w:rsidR="00BC5FCF" w:rsidRPr="00913248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14</w:t>
            </w:r>
          </w:p>
        </w:tc>
        <w:tc>
          <w:tcPr>
            <w:tcW w:w="2977" w:type="dxa"/>
          </w:tcPr>
          <w:p w14:paraId="0C49F793" w14:textId="1544CFAE" w:rsidR="00BC5FCF" w:rsidRPr="00913248" w:rsidRDefault="00BC5FCF" w:rsidP="00BC5F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Психическое здоровье человека</w:t>
            </w:r>
          </w:p>
        </w:tc>
        <w:tc>
          <w:tcPr>
            <w:tcW w:w="851" w:type="dxa"/>
          </w:tcPr>
          <w:p w14:paraId="0CAB8012" w14:textId="36417717" w:rsidR="00BC5FCF" w:rsidRPr="008F2C07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1275" w:type="dxa"/>
          </w:tcPr>
          <w:p w14:paraId="2A5CF8D3" w14:textId="08827810" w:rsidR="00BC5FCF" w:rsidRPr="008F2C07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843" w:type="dxa"/>
          </w:tcPr>
          <w:p w14:paraId="4BC278AA" w14:textId="1044B4F7" w:rsidR="00BC5FCF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276" w:type="dxa"/>
          </w:tcPr>
          <w:p w14:paraId="7E9BEC91" w14:textId="45ED063E" w:rsidR="00BC5FCF" w:rsidRPr="00271957" w:rsidRDefault="00746AFE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15.12.2023</w:t>
            </w:r>
          </w:p>
        </w:tc>
        <w:tc>
          <w:tcPr>
            <w:tcW w:w="1886" w:type="dxa"/>
          </w:tcPr>
          <w:p w14:paraId="3ECF7C93" w14:textId="32CFD8B3" w:rsidR="00BC5FCF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 w:rsidRPr="00E940CF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Устный опрос</w:t>
            </w:r>
          </w:p>
        </w:tc>
      </w:tr>
      <w:tr w:rsidR="00BC5FCF" w14:paraId="2BDE3D08" w14:textId="77777777" w:rsidTr="00B65CD3">
        <w:tc>
          <w:tcPr>
            <w:tcW w:w="562" w:type="dxa"/>
          </w:tcPr>
          <w:p w14:paraId="23099278" w14:textId="565B42FF" w:rsidR="00BC5FCF" w:rsidRPr="00913248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15</w:t>
            </w:r>
          </w:p>
        </w:tc>
        <w:tc>
          <w:tcPr>
            <w:tcW w:w="2977" w:type="dxa"/>
          </w:tcPr>
          <w:p w14:paraId="4144D910" w14:textId="647C95C5" w:rsidR="00BC5FCF" w:rsidRPr="00913248" w:rsidRDefault="00BC5FCF" w:rsidP="00BC5F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Психическое здоровье человека</w:t>
            </w:r>
          </w:p>
        </w:tc>
        <w:tc>
          <w:tcPr>
            <w:tcW w:w="851" w:type="dxa"/>
          </w:tcPr>
          <w:p w14:paraId="094821FE" w14:textId="36DF0F38" w:rsidR="00BC5FCF" w:rsidRPr="008F2C07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1275" w:type="dxa"/>
          </w:tcPr>
          <w:p w14:paraId="2F4CC552" w14:textId="2657A69F" w:rsidR="00BC5FCF" w:rsidRPr="008F2C07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843" w:type="dxa"/>
          </w:tcPr>
          <w:p w14:paraId="2F3AAF89" w14:textId="0B9FDBFC" w:rsidR="00BC5FCF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276" w:type="dxa"/>
          </w:tcPr>
          <w:p w14:paraId="796CDEF3" w14:textId="1361154F" w:rsidR="00BC5FCF" w:rsidRPr="00271957" w:rsidRDefault="00746AFE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22.12.2023</w:t>
            </w:r>
          </w:p>
        </w:tc>
        <w:tc>
          <w:tcPr>
            <w:tcW w:w="1886" w:type="dxa"/>
          </w:tcPr>
          <w:p w14:paraId="60B21BB8" w14:textId="6AB928E9" w:rsidR="00BC5FCF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 w:rsidRPr="00E940CF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Устный опрос</w:t>
            </w:r>
          </w:p>
        </w:tc>
      </w:tr>
      <w:tr w:rsidR="00BC5FCF" w14:paraId="763B318E" w14:textId="77777777" w:rsidTr="00B65CD3">
        <w:tc>
          <w:tcPr>
            <w:tcW w:w="562" w:type="dxa"/>
          </w:tcPr>
          <w:p w14:paraId="6D89A866" w14:textId="7FE4F407" w:rsidR="00BC5FCF" w:rsidRPr="00913248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16</w:t>
            </w:r>
          </w:p>
        </w:tc>
        <w:tc>
          <w:tcPr>
            <w:tcW w:w="2977" w:type="dxa"/>
          </w:tcPr>
          <w:p w14:paraId="550E3BE7" w14:textId="0B486790" w:rsidR="00BC5FCF" w:rsidRPr="00913248" w:rsidRDefault="00BC5FCF" w:rsidP="00BC5F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Социальное здоровье человека</w:t>
            </w:r>
          </w:p>
        </w:tc>
        <w:tc>
          <w:tcPr>
            <w:tcW w:w="851" w:type="dxa"/>
          </w:tcPr>
          <w:p w14:paraId="1E1CE7A9" w14:textId="0EC70B32" w:rsidR="00BC5FCF" w:rsidRPr="008F2C07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1275" w:type="dxa"/>
          </w:tcPr>
          <w:p w14:paraId="55EFF098" w14:textId="05053CEF" w:rsidR="00BC5FCF" w:rsidRPr="008F2C07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843" w:type="dxa"/>
          </w:tcPr>
          <w:p w14:paraId="70EDEBE1" w14:textId="34FF400B" w:rsidR="00BC5FCF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276" w:type="dxa"/>
          </w:tcPr>
          <w:p w14:paraId="727F0FD2" w14:textId="14E7ED49" w:rsidR="00BC5FCF" w:rsidRPr="00271957" w:rsidRDefault="00746AFE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12.01.2024</w:t>
            </w:r>
          </w:p>
        </w:tc>
        <w:tc>
          <w:tcPr>
            <w:tcW w:w="1886" w:type="dxa"/>
          </w:tcPr>
          <w:p w14:paraId="0F8ED983" w14:textId="5C636356" w:rsidR="00BC5FCF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 w:rsidRPr="00E940CF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Устный опрос</w:t>
            </w:r>
          </w:p>
        </w:tc>
      </w:tr>
      <w:tr w:rsidR="00BC5FCF" w14:paraId="4F6CE55F" w14:textId="77777777" w:rsidTr="00B65CD3">
        <w:tc>
          <w:tcPr>
            <w:tcW w:w="562" w:type="dxa"/>
          </w:tcPr>
          <w:p w14:paraId="5E1DB514" w14:textId="02C58ECB" w:rsidR="00BC5FCF" w:rsidRPr="00913248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17</w:t>
            </w:r>
          </w:p>
        </w:tc>
        <w:tc>
          <w:tcPr>
            <w:tcW w:w="2977" w:type="dxa"/>
          </w:tcPr>
          <w:p w14:paraId="34B89A68" w14:textId="6182BAA0" w:rsidR="00BC5FCF" w:rsidRDefault="00BC5FCF" w:rsidP="00BC5F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Социальное здоровье человека</w:t>
            </w:r>
          </w:p>
        </w:tc>
        <w:tc>
          <w:tcPr>
            <w:tcW w:w="851" w:type="dxa"/>
          </w:tcPr>
          <w:p w14:paraId="29084EF7" w14:textId="3F48A7B5" w:rsidR="00BC5FCF" w:rsidRPr="008F2C07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1275" w:type="dxa"/>
          </w:tcPr>
          <w:p w14:paraId="3ECA22A3" w14:textId="6156B00E" w:rsidR="00BC5FCF" w:rsidRPr="008F2C07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843" w:type="dxa"/>
          </w:tcPr>
          <w:p w14:paraId="6B9F96F0" w14:textId="55ACF91A" w:rsidR="00BC5FCF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276" w:type="dxa"/>
          </w:tcPr>
          <w:p w14:paraId="646E5937" w14:textId="2CE3045C" w:rsidR="00BC5FCF" w:rsidRPr="00271957" w:rsidRDefault="00746AFE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19.01.2024</w:t>
            </w:r>
          </w:p>
        </w:tc>
        <w:tc>
          <w:tcPr>
            <w:tcW w:w="1886" w:type="dxa"/>
          </w:tcPr>
          <w:p w14:paraId="78617FB3" w14:textId="6BE6BB46" w:rsidR="00BC5FCF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 w:rsidRPr="00E940CF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Устный опрос</w:t>
            </w:r>
          </w:p>
        </w:tc>
      </w:tr>
      <w:tr w:rsidR="00913248" w14:paraId="4AB92B2E" w14:textId="77777777" w:rsidTr="00B65CD3">
        <w:tc>
          <w:tcPr>
            <w:tcW w:w="562" w:type="dxa"/>
          </w:tcPr>
          <w:p w14:paraId="2A753B58" w14:textId="572CD5D3" w:rsidR="00913248" w:rsidRPr="00AE770E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18</w:t>
            </w:r>
          </w:p>
        </w:tc>
        <w:tc>
          <w:tcPr>
            <w:tcW w:w="2977" w:type="dxa"/>
          </w:tcPr>
          <w:p w14:paraId="6E725D15" w14:textId="3A32F1D1" w:rsidR="00913248" w:rsidRPr="00913248" w:rsidRDefault="00913248" w:rsidP="009132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2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вести здоровый образ жизни.</w:t>
            </w:r>
          </w:p>
        </w:tc>
        <w:tc>
          <w:tcPr>
            <w:tcW w:w="851" w:type="dxa"/>
          </w:tcPr>
          <w:p w14:paraId="3469DEB9" w14:textId="4F73A9C7" w:rsidR="00913248" w:rsidRPr="008F2C07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1275" w:type="dxa"/>
          </w:tcPr>
          <w:p w14:paraId="5C922EDB" w14:textId="234522BE" w:rsidR="00913248" w:rsidRPr="001E3E74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1E3E74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843" w:type="dxa"/>
          </w:tcPr>
          <w:p w14:paraId="6F1C649E" w14:textId="2E5298A2" w:rsidR="00913248" w:rsidRPr="001E3E74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276" w:type="dxa"/>
          </w:tcPr>
          <w:p w14:paraId="2F4CF22B" w14:textId="29504789" w:rsidR="00913248" w:rsidRPr="00271957" w:rsidRDefault="00746AFE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26.01.2024</w:t>
            </w:r>
          </w:p>
        </w:tc>
        <w:tc>
          <w:tcPr>
            <w:tcW w:w="1886" w:type="dxa"/>
          </w:tcPr>
          <w:p w14:paraId="35F31D56" w14:textId="39FCC0EA" w:rsidR="00913248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Устный опрос</w:t>
            </w:r>
          </w:p>
        </w:tc>
      </w:tr>
      <w:tr w:rsidR="00913248" w14:paraId="7DB84E35" w14:textId="77777777" w:rsidTr="00B65CD3">
        <w:tc>
          <w:tcPr>
            <w:tcW w:w="562" w:type="dxa"/>
          </w:tcPr>
          <w:p w14:paraId="3CBA73BB" w14:textId="06972D14" w:rsidR="00913248" w:rsidRPr="00AE770E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19</w:t>
            </w:r>
          </w:p>
        </w:tc>
        <w:tc>
          <w:tcPr>
            <w:tcW w:w="2977" w:type="dxa"/>
          </w:tcPr>
          <w:p w14:paraId="57F6959D" w14:textId="3E48451F" w:rsidR="00913248" w:rsidRPr="00913248" w:rsidRDefault="00913248" w:rsidP="0091324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24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вести здоровый образ жизни.</w:t>
            </w:r>
          </w:p>
        </w:tc>
        <w:tc>
          <w:tcPr>
            <w:tcW w:w="851" w:type="dxa"/>
          </w:tcPr>
          <w:p w14:paraId="29D68938" w14:textId="77777777" w:rsidR="00913248" w:rsidRPr="008F2C07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1275" w:type="dxa"/>
          </w:tcPr>
          <w:p w14:paraId="265AF360" w14:textId="77777777" w:rsidR="00913248" w:rsidRPr="001E3E74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1E3E74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843" w:type="dxa"/>
          </w:tcPr>
          <w:p w14:paraId="0A376F0A" w14:textId="2587C5A9" w:rsidR="00913248" w:rsidRPr="001E3E74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276" w:type="dxa"/>
          </w:tcPr>
          <w:p w14:paraId="0BAB78DA" w14:textId="30FE329E" w:rsidR="00913248" w:rsidRPr="003302F4" w:rsidRDefault="00746AFE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lang w:val="ru-RU"/>
              </w:rPr>
              <w:t>02.02.2024</w:t>
            </w:r>
          </w:p>
        </w:tc>
        <w:tc>
          <w:tcPr>
            <w:tcW w:w="1886" w:type="dxa"/>
          </w:tcPr>
          <w:p w14:paraId="4C47E8BC" w14:textId="5DACC3F1" w:rsidR="00913248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Устный опрос</w:t>
            </w:r>
          </w:p>
        </w:tc>
      </w:tr>
      <w:tr w:rsidR="00913248" w14:paraId="7B7E1663" w14:textId="77777777" w:rsidTr="00B65CD3">
        <w:tc>
          <w:tcPr>
            <w:tcW w:w="562" w:type="dxa"/>
          </w:tcPr>
          <w:p w14:paraId="229D4642" w14:textId="591B36E3" w:rsidR="00913248" w:rsidRPr="00AE770E" w:rsidRDefault="0018227D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20</w:t>
            </w:r>
          </w:p>
        </w:tc>
        <w:tc>
          <w:tcPr>
            <w:tcW w:w="2977" w:type="dxa"/>
          </w:tcPr>
          <w:p w14:paraId="069D2753" w14:textId="07B73828" w:rsidR="00913248" w:rsidRPr="006B140A" w:rsidRDefault="00913248" w:rsidP="0091324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Чистота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здоровья</w:t>
            </w:r>
            <w:proofErr w:type="spellEnd"/>
          </w:p>
        </w:tc>
        <w:tc>
          <w:tcPr>
            <w:tcW w:w="851" w:type="dxa"/>
          </w:tcPr>
          <w:p w14:paraId="55FA4A5B" w14:textId="77777777" w:rsidR="00913248" w:rsidRPr="008F2C07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1275" w:type="dxa"/>
          </w:tcPr>
          <w:p w14:paraId="7E036F87" w14:textId="745A227A" w:rsidR="00913248" w:rsidRPr="001E3E74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843" w:type="dxa"/>
          </w:tcPr>
          <w:p w14:paraId="64DA9284" w14:textId="77777777" w:rsidR="00913248" w:rsidRPr="001E3E74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1E3E74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276" w:type="dxa"/>
          </w:tcPr>
          <w:p w14:paraId="3033B130" w14:textId="443A720A" w:rsidR="00913248" w:rsidRPr="00271957" w:rsidRDefault="00746AFE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09.02.2024</w:t>
            </w:r>
          </w:p>
        </w:tc>
        <w:tc>
          <w:tcPr>
            <w:tcW w:w="1886" w:type="dxa"/>
          </w:tcPr>
          <w:p w14:paraId="4A21531B" w14:textId="5AB20FE1" w:rsidR="00913248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Устный опрос</w:t>
            </w:r>
          </w:p>
        </w:tc>
      </w:tr>
      <w:tr w:rsidR="00913248" w14:paraId="51DF7A8B" w14:textId="77777777" w:rsidTr="00B65CD3">
        <w:tc>
          <w:tcPr>
            <w:tcW w:w="562" w:type="dxa"/>
          </w:tcPr>
          <w:p w14:paraId="2F2DBD2A" w14:textId="3F6A5365" w:rsidR="00913248" w:rsidRPr="00AE770E" w:rsidRDefault="0018227D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lastRenderedPageBreak/>
              <w:t>21</w:t>
            </w:r>
          </w:p>
        </w:tc>
        <w:tc>
          <w:tcPr>
            <w:tcW w:w="2977" w:type="dxa"/>
          </w:tcPr>
          <w:p w14:paraId="08BECF00" w14:textId="5276C066" w:rsidR="00913248" w:rsidRPr="006B140A" w:rsidRDefault="00913248" w:rsidP="0091324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Чистота</w:t>
            </w:r>
            <w:proofErr w:type="spellEnd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</w:t>
            </w:r>
            <w:proofErr w:type="spellStart"/>
            <w:r w:rsidRPr="004A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здоровья</w:t>
            </w:r>
            <w:proofErr w:type="spellEnd"/>
          </w:p>
        </w:tc>
        <w:tc>
          <w:tcPr>
            <w:tcW w:w="851" w:type="dxa"/>
          </w:tcPr>
          <w:p w14:paraId="1B17E534" w14:textId="77777777" w:rsidR="00913248" w:rsidRPr="008F2C07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1275" w:type="dxa"/>
          </w:tcPr>
          <w:p w14:paraId="7EC0CA30" w14:textId="77777777" w:rsidR="00913248" w:rsidRPr="001E3E74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1E3E74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843" w:type="dxa"/>
          </w:tcPr>
          <w:p w14:paraId="45198C86" w14:textId="141E807C" w:rsidR="00913248" w:rsidRPr="001E3E74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276" w:type="dxa"/>
          </w:tcPr>
          <w:p w14:paraId="0030B88A" w14:textId="2328173D" w:rsidR="00913248" w:rsidRPr="00271957" w:rsidRDefault="00746AFE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16.02.2024</w:t>
            </w:r>
          </w:p>
        </w:tc>
        <w:tc>
          <w:tcPr>
            <w:tcW w:w="1886" w:type="dxa"/>
          </w:tcPr>
          <w:p w14:paraId="68244106" w14:textId="4476A545" w:rsidR="00913248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Устный опрос</w:t>
            </w:r>
          </w:p>
        </w:tc>
      </w:tr>
      <w:tr w:rsidR="00913248" w14:paraId="1E78DA27" w14:textId="77777777" w:rsidTr="00B65CD3">
        <w:tc>
          <w:tcPr>
            <w:tcW w:w="562" w:type="dxa"/>
          </w:tcPr>
          <w:p w14:paraId="056CF5ED" w14:textId="3B917A19" w:rsidR="00913248" w:rsidRPr="00AE770E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2</w:t>
            </w:r>
            <w:r w:rsidR="0018227D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2</w:t>
            </w:r>
          </w:p>
        </w:tc>
        <w:tc>
          <w:tcPr>
            <w:tcW w:w="2977" w:type="dxa"/>
          </w:tcPr>
          <w:p w14:paraId="402326E4" w14:textId="2B7182C5" w:rsidR="00913248" w:rsidRPr="006B140A" w:rsidRDefault="00913248" w:rsidP="0091324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жизнь</w:t>
            </w:r>
            <w:proofErr w:type="spellEnd"/>
          </w:p>
        </w:tc>
        <w:tc>
          <w:tcPr>
            <w:tcW w:w="851" w:type="dxa"/>
          </w:tcPr>
          <w:p w14:paraId="1F97CF99" w14:textId="77777777" w:rsidR="00913248" w:rsidRPr="008F2C07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1275" w:type="dxa"/>
          </w:tcPr>
          <w:p w14:paraId="1E03E119" w14:textId="562A5E0C" w:rsidR="00913248" w:rsidRPr="001E3E74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843" w:type="dxa"/>
          </w:tcPr>
          <w:p w14:paraId="15DF3E9F" w14:textId="77777777" w:rsidR="00913248" w:rsidRPr="001E3E74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1E3E74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276" w:type="dxa"/>
          </w:tcPr>
          <w:p w14:paraId="307218A1" w14:textId="0159F99D" w:rsidR="00913248" w:rsidRPr="003302F4" w:rsidRDefault="00746AFE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lang w:val="ru-RU"/>
              </w:rPr>
              <w:t>02.03.2024</w:t>
            </w:r>
          </w:p>
        </w:tc>
        <w:tc>
          <w:tcPr>
            <w:tcW w:w="1886" w:type="dxa"/>
          </w:tcPr>
          <w:p w14:paraId="24279B2D" w14:textId="55A3AAC0" w:rsidR="00913248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Устный опрос</w:t>
            </w:r>
          </w:p>
        </w:tc>
      </w:tr>
      <w:tr w:rsidR="00BC5FCF" w14:paraId="5E801064" w14:textId="77777777" w:rsidTr="00B65CD3">
        <w:tc>
          <w:tcPr>
            <w:tcW w:w="562" w:type="dxa"/>
          </w:tcPr>
          <w:p w14:paraId="09FDD603" w14:textId="71F723BF" w:rsidR="00BC5FCF" w:rsidRPr="00913248" w:rsidRDefault="0018227D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23</w:t>
            </w:r>
          </w:p>
        </w:tc>
        <w:tc>
          <w:tcPr>
            <w:tcW w:w="2977" w:type="dxa"/>
          </w:tcPr>
          <w:p w14:paraId="6A07EBD5" w14:textId="262AB0B4" w:rsidR="00BC5FCF" w:rsidRPr="00913248" w:rsidRDefault="00BC5FCF" w:rsidP="00BC5F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Движение - это жизнь</w:t>
            </w:r>
          </w:p>
        </w:tc>
        <w:tc>
          <w:tcPr>
            <w:tcW w:w="851" w:type="dxa"/>
          </w:tcPr>
          <w:p w14:paraId="4CEF33CD" w14:textId="37A235BF" w:rsidR="00BC5FCF" w:rsidRPr="008F2C07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1275" w:type="dxa"/>
          </w:tcPr>
          <w:p w14:paraId="0FA32F1E" w14:textId="64F4B6DA" w:rsidR="00BC5FCF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 w:rsidRPr="001E3E74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843" w:type="dxa"/>
          </w:tcPr>
          <w:p w14:paraId="02535E1B" w14:textId="1B17BA90" w:rsidR="00BC5FCF" w:rsidRPr="001E3E74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276" w:type="dxa"/>
          </w:tcPr>
          <w:p w14:paraId="534DDADE" w14:textId="1011DB0C" w:rsidR="00BC5FCF" w:rsidRPr="00BC5FCF" w:rsidRDefault="00746AFE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lang w:val="ru-RU"/>
              </w:rPr>
              <w:t>09.03.2024</w:t>
            </w:r>
          </w:p>
        </w:tc>
        <w:tc>
          <w:tcPr>
            <w:tcW w:w="1886" w:type="dxa"/>
          </w:tcPr>
          <w:p w14:paraId="6CD2652B" w14:textId="62677499" w:rsidR="00BC5FCF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 w:rsidRPr="008A58F0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Устный опрос</w:t>
            </w:r>
          </w:p>
        </w:tc>
      </w:tr>
      <w:tr w:rsidR="00BC5FCF" w14:paraId="2CCD7E51" w14:textId="77777777" w:rsidTr="00B65CD3">
        <w:tc>
          <w:tcPr>
            <w:tcW w:w="562" w:type="dxa"/>
          </w:tcPr>
          <w:p w14:paraId="0613A1E5" w14:textId="72674D21" w:rsidR="00BC5FCF" w:rsidRPr="00BC5FCF" w:rsidRDefault="0018227D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24</w:t>
            </w:r>
          </w:p>
        </w:tc>
        <w:tc>
          <w:tcPr>
            <w:tcW w:w="2977" w:type="dxa"/>
          </w:tcPr>
          <w:p w14:paraId="3A367082" w14:textId="422F337E" w:rsidR="00BC5FCF" w:rsidRDefault="0018227D" w:rsidP="00BC5F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Закаливание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14:paraId="55870C68" w14:textId="785CF954" w:rsidR="00BC5FCF" w:rsidRPr="008F2C07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1275" w:type="dxa"/>
          </w:tcPr>
          <w:p w14:paraId="38F3E22D" w14:textId="21D6159C" w:rsidR="00BC5FCF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 w:rsidRPr="001E3E74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843" w:type="dxa"/>
          </w:tcPr>
          <w:p w14:paraId="7F389D81" w14:textId="2D07D285" w:rsidR="00BC5FCF" w:rsidRPr="001E3E74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276" w:type="dxa"/>
          </w:tcPr>
          <w:p w14:paraId="39FF50CE" w14:textId="76783DB8" w:rsidR="00BC5FCF" w:rsidRPr="00BC5FCF" w:rsidRDefault="00746AFE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lang w:val="ru-RU"/>
              </w:rPr>
              <w:t>16.03.2024</w:t>
            </w:r>
          </w:p>
        </w:tc>
        <w:tc>
          <w:tcPr>
            <w:tcW w:w="1886" w:type="dxa"/>
          </w:tcPr>
          <w:p w14:paraId="12CBBAE4" w14:textId="35F0F1F1" w:rsidR="00BC5FCF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 w:rsidRPr="008A58F0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Устный опрос</w:t>
            </w:r>
          </w:p>
        </w:tc>
      </w:tr>
      <w:tr w:rsidR="00913248" w14:paraId="4C44378C" w14:textId="77777777" w:rsidTr="00B65CD3">
        <w:tc>
          <w:tcPr>
            <w:tcW w:w="562" w:type="dxa"/>
          </w:tcPr>
          <w:p w14:paraId="1D55C49D" w14:textId="13289267" w:rsidR="00913248" w:rsidRPr="00AE770E" w:rsidRDefault="0018227D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25</w:t>
            </w:r>
          </w:p>
        </w:tc>
        <w:tc>
          <w:tcPr>
            <w:tcW w:w="2977" w:type="dxa"/>
          </w:tcPr>
          <w:p w14:paraId="7E648895" w14:textId="4C5EFDA4" w:rsidR="00913248" w:rsidRPr="006B140A" w:rsidRDefault="00913248" w:rsidP="0091324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Закаливание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14:paraId="71D8BC41" w14:textId="77777777" w:rsidR="00913248" w:rsidRPr="008F2C07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1275" w:type="dxa"/>
          </w:tcPr>
          <w:p w14:paraId="22BAFAD5" w14:textId="77777777" w:rsidR="00913248" w:rsidRPr="001E3E74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1E3E74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843" w:type="dxa"/>
          </w:tcPr>
          <w:p w14:paraId="7A358289" w14:textId="30AD0B9C" w:rsidR="00913248" w:rsidRPr="001E3E74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276" w:type="dxa"/>
          </w:tcPr>
          <w:p w14:paraId="71DDB4B5" w14:textId="2442D955" w:rsidR="00913248" w:rsidRPr="00271957" w:rsidRDefault="00746AFE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30.03.2024</w:t>
            </w:r>
          </w:p>
        </w:tc>
        <w:tc>
          <w:tcPr>
            <w:tcW w:w="1886" w:type="dxa"/>
          </w:tcPr>
          <w:p w14:paraId="616A762B" w14:textId="0754F793" w:rsidR="00913248" w:rsidRDefault="00913248" w:rsidP="00913248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Устный опрос</w:t>
            </w:r>
          </w:p>
        </w:tc>
      </w:tr>
      <w:tr w:rsidR="00BC5FCF" w14:paraId="3CDBAA7E" w14:textId="77777777" w:rsidTr="00B65CD3">
        <w:tc>
          <w:tcPr>
            <w:tcW w:w="562" w:type="dxa"/>
          </w:tcPr>
          <w:p w14:paraId="13024C65" w14:textId="3CCA64AC" w:rsidR="00BC5FCF" w:rsidRPr="00BC5FCF" w:rsidRDefault="0018227D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26</w:t>
            </w:r>
          </w:p>
        </w:tc>
        <w:tc>
          <w:tcPr>
            <w:tcW w:w="2977" w:type="dxa"/>
          </w:tcPr>
          <w:p w14:paraId="5A397803" w14:textId="373E440F" w:rsidR="00BC5FCF" w:rsidRDefault="0018227D" w:rsidP="00BC5F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здоровье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14:paraId="69BDE334" w14:textId="24BF589E" w:rsidR="00BC5FCF" w:rsidRPr="008F2C07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1275" w:type="dxa"/>
          </w:tcPr>
          <w:p w14:paraId="34C2331C" w14:textId="5BB76C94" w:rsidR="00BC5FCF" w:rsidRPr="001E3E74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 w:rsidRPr="001E3E74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843" w:type="dxa"/>
          </w:tcPr>
          <w:p w14:paraId="192F7E42" w14:textId="26CD5909" w:rsidR="00BC5FCF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276" w:type="dxa"/>
          </w:tcPr>
          <w:p w14:paraId="4E0B6F96" w14:textId="432BF299" w:rsidR="00BC5FCF" w:rsidRPr="00271957" w:rsidRDefault="00746AFE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lang w:val="ru-RU"/>
              </w:rPr>
              <w:t>06.04.2024</w:t>
            </w:r>
          </w:p>
        </w:tc>
        <w:tc>
          <w:tcPr>
            <w:tcW w:w="1886" w:type="dxa"/>
          </w:tcPr>
          <w:p w14:paraId="27C49D84" w14:textId="777E74A7" w:rsidR="00BC5FCF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Устный опрос</w:t>
            </w:r>
          </w:p>
        </w:tc>
      </w:tr>
      <w:tr w:rsidR="00BC5FCF" w14:paraId="48896C9C" w14:textId="77777777" w:rsidTr="00B65CD3">
        <w:tc>
          <w:tcPr>
            <w:tcW w:w="562" w:type="dxa"/>
          </w:tcPr>
          <w:p w14:paraId="7013CD39" w14:textId="12B3F700" w:rsidR="00BC5FCF" w:rsidRPr="00AE770E" w:rsidRDefault="0018227D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27</w:t>
            </w:r>
          </w:p>
        </w:tc>
        <w:tc>
          <w:tcPr>
            <w:tcW w:w="2977" w:type="dxa"/>
          </w:tcPr>
          <w:p w14:paraId="42B4FBF8" w14:textId="255D14BA" w:rsidR="00BC5FCF" w:rsidRPr="006B140A" w:rsidRDefault="00BC5FCF" w:rsidP="00BC5F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здоровье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14:paraId="3433211A" w14:textId="77777777" w:rsidR="00BC5FCF" w:rsidRPr="008F2C07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1275" w:type="dxa"/>
          </w:tcPr>
          <w:p w14:paraId="2889AB47" w14:textId="77777777" w:rsidR="00BC5FCF" w:rsidRPr="001E3E74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1E3E74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843" w:type="dxa"/>
          </w:tcPr>
          <w:p w14:paraId="447C8B8C" w14:textId="3CCD2BD8" w:rsidR="00BC5FCF" w:rsidRPr="001E3E74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276" w:type="dxa"/>
          </w:tcPr>
          <w:p w14:paraId="79026202" w14:textId="6E5888BA" w:rsidR="00BC5FCF" w:rsidRPr="00271957" w:rsidRDefault="00746AFE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13.04.2024</w:t>
            </w:r>
          </w:p>
        </w:tc>
        <w:tc>
          <w:tcPr>
            <w:tcW w:w="1886" w:type="dxa"/>
          </w:tcPr>
          <w:p w14:paraId="6B76D2FF" w14:textId="2A04DFA6" w:rsidR="00BC5FCF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Устный опрос</w:t>
            </w:r>
          </w:p>
        </w:tc>
      </w:tr>
      <w:tr w:rsidR="00BC5FCF" w14:paraId="00EB44D9" w14:textId="77777777" w:rsidTr="00B65CD3">
        <w:tc>
          <w:tcPr>
            <w:tcW w:w="562" w:type="dxa"/>
          </w:tcPr>
          <w:p w14:paraId="44AE12E8" w14:textId="119D992B" w:rsidR="00BC5FCF" w:rsidRPr="00BC5FCF" w:rsidRDefault="0018227D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28</w:t>
            </w:r>
          </w:p>
        </w:tc>
        <w:tc>
          <w:tcPr>
            <w:tcW w:w="2977" w:type="dxa"/>
          </w:tcPr>
          <w:p w14:paraId="6518195C" w14:textId="7E343BF1" w:rsidR="00BC5FCF" w:rsidRDefault="0018227D" w:rsidP="00BC5F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Инфекционные заболевания</w:t>
            </w:r>
          </w:p>
        </w:tc>
        <w:tc>
          <w:tcPr>
            <w:tcW w:w="851" w:type="dxa"/>
          </w:tcPr>
          <w:p w14:paraId="6891B869" w14:textId="76D0F4EA" w:rsidR="00BC5FCF" w:rsidRPr="008F2C07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1275" w:type="dxa"/>
          </w:tcPr>
          <w:p w14:paraId="395C73C1" w14:textId="4950BD9A" w:rsidR="00BC5FCF" w:rsidRPr="001E3E74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 w:rsidRPr="001E3E74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843" w:type="dxa"/>
          </w:tcPr>
          <w:p w14:paraId="2AD18443" w14:textId="39869BE1" w:rsidR="00BC5FCF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276" w:type="dxa"/>
          </w:tcPr>
          <w:p w14:paraId="42CBCD50" w14:textId="37F6D2C4" w:rsidR="00BC5FCF" w:rsidRPr="00271957" w:rsidRDefault="00746AFE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lang w:val="ru-RU"/>
              </w:rPr>
              <w:t>20.04.2024</w:t>
            </w:r>
          </w:p>
        </w:tc>
        <w:tc>
          <w:tcPr>
            <w:tcW w:w="1886" w:type="dxa"/>
          </w:tcPr>
          <w:p w14:paraId="1F906123" w14:textId="494E1D28" w:rsidR="00BC5FCF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Устный опрос</w:t>
            </w:r>
          </w:p>
        </w:tc>
      </w:tr>
      <w:tr w:rsidR="00BC5FCF" w14:paraId="3D1B9C91" w14:textId="77777777" w:rsidTr="00B65CD3">
        <w:tc>
          <w:tcPr>
            <w:tcW w:w="562" w:type="dxa"/>
          </w:tcPr>
          <w:p w14:paraId="5B186CC5" w14:textId="64FA3335" w:rsidR="00BC5FCF" w:rsidRPr="00AE770E" w:rsidRDefault="0018227D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29</w:t>
            </w:r>
          </w:p>
        </w:tc>
        <w:tc>
          <w:tcPr>
            <w:tcW w:w="2977" w:type="dxa"/>
          </w:tcPr>
          <w:p w14:paraId="7E0E8325" w14:textId="3904E8AF" w:rsidR="00BC5FCF" w:rsidRPr="00913248" w:rsidRDefault="0018227D" w:rsidP="00BC5F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Наводим в доме чистоту</w:t>
            </w:r>
          </w:p>
        </w:tc>
        <w:tc>
          <w:tcPr>
            <w:tcW w:w="851" w:type="dxa"/>
          </w:tcPr>
          <w:p w14:paraId="0DCA2319" w14:textId="77777777" w:rsidR="00BC5FCF" w:rsidRPr="008F2C07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1275" w:type="dxa"/>
          </w:tcPr>
          <w:p w14:paraId="1EB124EA" w14:textId="0A7B12A0" w:rsidR="00BC5FCF" w:rsidRPr="001E3E74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843" w:type="dxa"/>
          </w:tcPr>
          <w:p w14:paraId="0CE1ECA5" w14:textId="0B2197ED" w:rsidR="00BC5FCF" w:rsidRPr="001E3E74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276" w:type="dxa"/>
          </w:tcPr>
          <w:p w14:paraId="52401BEE" w14:textId="1C57CDD0" w:rsidR="00BC5FCF" w:rsidRPr="00271957" w:rsidRDefault="00746AFE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27.04.2024</w:t>
            </w:r>
          </w:p>
        </w:tc>
        <w:tc>
          <w:tcPr>
            <w:tcW w:w="1886" w:type="dxa"/>
          </w:tcPr>
          <w:p w14:paraId="007C56D3" w14:textId="1CE626FA" w:rsidR="00BC5FCF" w:rsidRPr="002925EE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Устный опрос</w:t>
            </w:r>
          </w:p>
        </w:tc>
      </w:tr>
      <w:tr w:rsidR="00BC5FCF" w14:paraId="13CCD6E9" w14:textId="77777777" w:rsidTr="00B65CD3">
        <w:tc>
          <w:tcPr>
            <w:tcW w:w="562" w:type="dxa"/>
          </w:tcPr>
          <w:p w14:paraId="67523E31" w14:textId="49A7E092" w:rsidR="00BC5FCF" w:rsidRPr="00AE770E" w:rsidRDefault="0018227D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30</w:t>
            </w:r>
          </w:p>
        </w:tc>
        <w:tc>
          <w:tcPr>
            <w:tcW w:w="2977" w:type="dxa"/>
          </w:tcPr>
          <w:p w14:paraId="0CB7A21F" w14:textId="7BBF101B" w:rsidR="00BC5FCF" w:rsidRPr="00913248" w:rsidRDefault="00BC5FCF" w:rsidP="00BC5F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Наводим в доме чистоту</w:t>
            </w:r>
          </w:p>
        </w:tc>
        <w:tc>
          <w:tcPr>
            <w:tcW w:w="851" w:type="dxa"/>
          </w:tcPr>
          <w:p w14:paraId="7BD33129" w14:textId="77777777" w:rsidR="00BC5FCF" w:rsidRPr="008F2C07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1275" w:type="dxa"/>
          </w:tcPr>
          <w:p w14:paraId="7011F10C" w14:textId="77777777" w:rsidR="00BC5FCF" w:rsidRPr="001E3E74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1E3E74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843" w:type="dxa"/>
          </w:tcPr>
          <w:p w14:paraId="7B593CA3" w14:textId="2584EF1B" w:rsidR="00BC5FCF" w:rsidRPr="001E3E74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276" w:type="dxa"/>
          </w:tcPr>
          <w:p w14:paraId="29782CFB" w14:textId="06FB46B2" w:rsidR="00BC5FCF" w:rsidRPr="00271957" w:rsidRDefault="00746AFE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04.05.2024</w:t>
            </w:r>
          </w:p>
        </w:tc>
        <w:tc>
          <w:tcPr>
            <w:tcW w:w="1886" w:type="dxa"/>
          </w:tcPr>
          <w:p w14:paraId="02626517" w14:textId="1B2E6804" w:rsidR="00BC5FCF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Устный опрос</w:t>
            </w:r>
          </w:p>
        </w:tc>
      </w:tr>
      <w:tr w:rsidR="00BC5FCF" w14:paraId="56874870" w14:textId="77777777" w:rsidTr="00B65CD3">
        <w:tc>
          <w:tcPr>
            <w:tcW w:w="562" w:type="dxa"/>
          </w:tcPr>
          <w:p w14:paraId="345D5AED" w14:textId="11A1A9D3" w:rsidR="00BC5FCF" w:rsidRPr="00AE770E" w:rsidRDefault="0018227D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31</w:t>
            </w:r>
          </w:p>
        </w:tc>
        <w:tc>
          <w:tcPr>
            <w:tcW w:w="2977" w:type="dxa"/>
          </w:tcPr>
          <w:p w14:paraId="55519E42" w14:textId="5659E629" w:rsidR="00BC5FCF" w:rsidRPr="006B140A" w:rsidRDefault="0018227D" w:rsidP="00BC5F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безопасности</w:t>
            </w:r>
            <w:proofErr w:type="spellEnd"/>
          </w:p>
        </w:tc>
        <w:tc>
          <w:tcPr>
            <w:tcW w:w="851" w:type="dxa"/>
          </w:tcPr>
          <w:p w14:paraId="37313965" w14:textId="77777777" w:rsidR="00BC5FCF" w:rsidRPr="008F2C07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1275" w:type="dxa"/>
          </w:tcPr>
          <w:p w14:paraId="7673B559" w14:textId="77777777" w:rsidR="00BC5FCF" w:rsidRPr="001E3E74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1E3E74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843" w:type="dxa"/>
          </w:tcPr>
          <w:p w14:paraId="5001197B" w14:textId="06AE554D" w:rsidR="00BC5FCF" w:rsidRPr="001E3E74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276" w:type="dxa"/>
          </w:tcPr>
          <w:p w14:paraId="553B7127" w14:textId="5D6B1CE5" w:rsidR="00BC5FCF" w:rsidRPr="00271957" w:rsidRDefault="00746AFE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04.05.2024</w:t>
            </w:r>
          </w:p>
        </w:tc>
        <w:tc>
          <w:tcPr>
            <w:tcW w:w="1886" w:type="dxa"/>
          </w:tcPr>
          <w:p w14:paraId="6470CD77" w14:textId="27C81572" w:rsidR="00BC5FCF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Устный опрос</w:t>
            </w:r>
          </w:p>
        </w:tc>
      </w:tr>
      <w:tr w:rsidR="00BC5FCF" w14:paraId="7916A2D7" w14:textId="77777777" w:rsidTr="00B65CD3">
        <w:tc>
          <w:tcPr>
            <w:tcW w:w="562" w:type="dxa"/>
          </w:tcPr>
          <w:p w14:paraId="1EF2D458" w14:textId="5FB6A462" w:rsidR="00BC5FCF" w:rsidRPr="00AE770E" w:rsidRDefault="0018227D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32</w:t>
            </w:r>
          </w:p>
        </w:tc>
        <w:tc>
          <w:tcPr>
            <w:tcW w:w="2977" w:type="dxa"/>
          </w:tcPr>
          <w:p w14:paraId="0DBC6B8D" w14:textId="4F787511" w:rsidR="00BC5FCF" w:rsidRPr="006B140A" w:rsidRDefault="00BC5FCF" w:rsidP="00BC5F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безопасности</w:t>
            </w:r>
            <w:proofErr w:type="spellEnd"/>
          </w:p>
        </w:tc>
        <w:tc>
          <w:tcPr>
            <w:tcW w:w="851" w:type="dxa"/>
          </w:tcPr>
          <w:p w14:paraId="1076B2CD" w14:textId="77777777" w:rsidR="00BC5FCF" w:rsidRPr="008F2C07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1275" w:type="dxa"/>
          </w:tcPr>
          <w:p w14:paraId="34B62D41" w14:textId="0E4FB416" w:rsidR="00BC5FCF" w:rsidRPr="001E3E74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843" w:type="dxa"/>
          </w:tcPr>
          <w:p w14:paraId="4BF2D4BA" w14:textId="77777777" w:rsidR="00BC5FCF" w:rsidRPr="001E3E74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1E3E74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276" w:type="dxa"/>
          </w:tcPr>
          <w:p w14:paraId="3DD7D3AA" w14:textId="600E3D61" w:rsidR="00BC5FCF" w:rsidRPr="00271957" w:rsidRDefault="00746AFE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11.05.2024</w:t>
            </w:r>
          </w:p>
        </w:tc>
        <w:tc>
          <w:tcPr>
            <w:tcW w:w="1886" w:type="dxa"/>
          </w:tcPr>
          <w:p w14:paraId="1BDFF069" w14:textId="01AB8616" w:rsidR="00BC5FCF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Устный опрос</w:t>
            </w:r>
          </w:p>
        </w:tc>
      </w:tr>
      <w:tr w:rsidR="00BC5FCF" w14:paraId="7EA5931F" w14:textId="77777777" w:rsidTr="00271957">
        <w:trPr>
          <w:trHeight w:val="3370"/>
        </w:trPr>
        <w:tc>
          <w:tcPr>
            <w:tcW w:w="562" w:type="dxa"/>
          </w:tcPr>
          <w:p w14:paraId="03E28135" w14:textId="2886DDE3" w:rsidR="00BC5FCF" w:rsidRPr="00AE770E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33</w:t>
            </w:r>
          </w:p>
        </w:tc>
        <w:tc>
          <w:tcPr>
            <w:tcW w:w="2977" w:type="dxa"/>
          </w:tcPr>
          <w:p w14:paraId="5C32A8BE" w14:textId="77777777" w:rsidR="00BC5FCF" w:rsidRPr="00C4261E" w:rsidRDefault="00BC5FCF" w:rsidP="00BC5F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Проектная деятельность.</w:t>
            </w:r>
          </w:p>
          <w:p w14:paraId="1E805EFC" w14:textId="77777777" w:rsidR="00BC5FCF" w:rsidRPr="00C4261E" w:rsidRDefault="00BC5FCF" w:rsidP="00BC5F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Исследовательская деятельность по темам:</w:t>
            </w:r>
          </w:p>
          <w:p w14:paraId="1FD8321F" w14:textId="77777777" w:rsidR="00BC5FCF" w:rsidRDefault="00BC5FCF" w:rsidP="00BC5F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261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«Слух человека и животных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Сравнительная характеристика»</w:t>
            </w:r>
          </w:p>
          <w:p w14:paraId="238379A4" w14:textId="6B8422A1" w:rsidR="00BC5FCF" w:rsidRPr="00913248" w:rsidRDefault="00010FB6" w:rsidP="00BC5F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«Как сохранить </w:t>
            </w:r>
            <w:r w:rsidR="00BC5FCF" w:rsidRPr="00C4261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обоняние?», «Богатство вкусовых ощущений. </w:t>
            </w:r>
            <w:r w:rsidR="00BC5FCF" w:rsidRPr="00010F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сохранить его»</w:t>
            </w:r>
          </w:p>
        </w:tc>
        <w:tc>
          <w:tcPr>
            <w:tcW w:w="851" w:type="dxa"/>
          </w:tcPr>
          <w:p w14:paraId="05DE4294" w14:textId="58B4CD61" w:rsidR="00BC5FCF" w:rsidRPr="00316092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1275" w:type="dxa"/>
          </w:tcPr>
          <w:p w14:paraId="3AACCB82" w14:textId="2B37E512" w:rsidR="00BC5FCF" w:rsidRPr="00316092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1E3E74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843" w:type="dxa"/>
          </w:tcPr>
          <w:p w14:paraId="1208065B" w14:textId="13667E2B" w:rsidR="00BC5FCF" w:rsidRPr="00316092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276" w:type="dxa"/>
          </w:tcPr>
          <w:p w14:paraId="58E89983" w14:textId="440F570F" w:rsidR="00BC5FCF" w:rsidRPr="00CF7697" w:rsidRDefault="00746AFE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lang w:val="ru-RU"/>
              </w:rPr>
              <w:t>18.05.2024</w:t>
            </w:r>
          </w:p>
        </w:tc>
        <w:tc>
          <w:tcPr>
            <w:tcW w:w="1886" w:type="dxa"/>
          </w:tcPr>
          <w:p w14:paraId="7A7892D3" w14:textId="3275C053" w:rsidR="00BC5FCF" w:rsidRPr="00010FB6" w:rsidRDefault="00BC5FCF" w:rsidP="00BC5FCF">
            <w:pP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Устный опрос</w:t>
            </w:r>
            <w:r w:rsidRPr="00010FB6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val="ru-RU" w:eastAsia="ru-RU"/>
              </w:rPr>
              <w:br/>
            </w:r>
          </w:p>
        </w:tc>
      </w:tr>
      <w:tr w:rsidR="00BC5FCF" w14:paraId="4E5BC076" w14:textId="77777777" w:rsidTr="00B65CD3">
        <w:tc>
          <w:tcPr>
            <w:tcW w:w="562" w:type="dxa"/>
          </w:tcPr>
          <w:p w14:paraId="310A10D0" w14:textId="3D7AADB4" w:rsidR="00BC5FCF" w:rsidRPr="00AE770E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34</w:t>
            </w:r>
          </w:p>
        </w:tc>
        <w:tc>
          <w:tcPr>
            <w:tcW w:w="2977" w:type="dxa"/>
          </w:tcPr>
          <w:p w14:paraId="6A33BB79" w14:textId="2D93E446" w:rsidR="00BC5FCF" w:rsidRPr="00010FB6" w:rsidRDefault="00BC5FCF" w:rsidP="00BC5F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Итоговый урок</w:t>
            </w:r>
          </w:p>
        </w:tc>
        <w:tc>
          <w:tcPr>
            <w:tcW w:w="851" w:type="dxa"/>
          </w:tcPr>
          <w:p w14:paraId="5DAC0ED6" w14:textId="0FC875E6" w:rsidR="00BC5FCF" w:rsidRPr="00316092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 w:rsidRPr="008F2C07"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1275" w:type="dxa"/>
          </w:tcPr>
          <w:p w14:paraId="2CC20794" w14:textId="3EAC5A2B" w:rsidR="00BC5FCF" w:rsidRPr="00316092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1</w:t>
            </w:r>
          </w:p>
        </w:tc>
        <w:tc>
          <w:tcPr>
            <w:tcW w:w="1843" w:type="dxa"/>
          </w:tcPr>
          <w:p w14:paraId="2AA97875" w14:textId="260F16E0" w:rsidR="00BC5FCF" w:rsidRPr="00316092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0</w:t>
            </w:r>
          </w:p>
        </w:tc>
        <w:tc>
          <w:tcPr>
            <w:tcW w:w="1276" w:type="dxa"/>
          </w:tcPr>
          <w:p w14:paraId="427EE31E" w14:textId="09A49C5C" w:rsidR="00BC5FCF" w:rsidRPr="00010FB6" w:rsidRDefault="00746AFE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b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lang w:val="ru-RU"/>
              </w:rPr>
              <w:t>25.05.2024</w:t>
            </w:r>
          </w:p>
        </w:tc>
        <w:tc>
          <w:tcPr>
            <w:tcW w:w="1886" w:type="dxa"/>
          </w:tcPr>
          <w:p w14:paraId="40BDD9DD" w14:textId="344B1576" w:rsidR="00BC5FCF" w:rsidRPr="00010FB6" w:rsidRDefault="00BC5FCF" w:rsidP="00BC5FCF">
            <w:pP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Тестирование</w:t>
            </w:r>
            <w:r w:rsidRPr="00010FB6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val="ru-RU" w:eastAsia="ru-RU"/>
              </w:rPr>
              <w:br/>
            </w:r>
          </w:p>
        </w:tc>
      </w:tr>
      <w:tr w:rsidR="00BC5FCF" w14:paraId="151B00F5" w14:textId="77777777" w:rsidTr="00C4261E">
        <w:trPr>
          <w:trHeight w:val="259"/>
        </w:trPr>
        <w:tc>
          <w:tcPr>
            <w:tcW w:w="3539" w:type="dxa"/>
            <w:gridSpan w:val="2"/>
          </w:tcPr>
          <w:p w14:paraId="122B06CD" w14:textId="77777777" w:rsidR="00BC5FCF" w:rsidRPr="009B2B4E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2B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851" w:type="dxa"/>
          </w:tcPr>
          <w:p w14:paraId="17B09D06" w14:textId="77777777" w:rsidR="00BC5FCF" w:rsidRPr="009B2B4E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34</w:t>
            </w:r>
          </w:p>
        </w:tc>
        <w:tc>
          <w:tcPr>
            <w:tcW w:w="1275" w:type="dxa"/>
          </w:tcPr>
          <w:p w14:paraId="6D84ABA5" w14:textId="77777777" w:rsidR="00BC5FCF" w:rsidRPr="009B2B4E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5</w:t>
            </w:r>
          </w:p>
        </w:tc>
        <w:tc>
          <w:tcPr>
            <w:tcW w:w="1843" w:type="dxa"/>
          </w:tcPr>
          <w:p w14:paraId="15B9C930" w14:textId="77777777" w:rsidR="00BC5FCF" w:rsidRPr="009B2B4E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  <w:t>29</w:t>
            </w:r>
          </w:p>
        </w:tc>
        <w:tc>
          <w:tcPr>
            <w:tcW w:w="3162" w:type="dxa"/>
            <w:gridSpan w:val="2"/>
          </w:tcPr>
          <w:p w14:paraId="1367EDD0" w14:textId="77777777" w:rsidR="00BC5FCF" w:rsidRPr="009B2B4E" w:rsidRDefault="00BC5FCF" w:rsidP="00BC5FCF">
            <w:pPr>
              <w:autoSpaceDE w:val="0"/>
              <w:autoSpaceDN w:val="0"/>
              <w:spacing w:after="316" w:line="230" w:lineRule="auto"/>
              <w:rPr>
                <w:rFonts w:ascii="Times New Roman" w:eastAsia="Times New Roman" w:hAnsi="Times New Roman" w:cs="Times New Roman"/>
                <w:color w:val="000000"/>
                <w:w w:val="98"/>
                <w:sz w:val="24"/>
                <w:lang w:val="ru-RU"/>
              </w:rPr>
            </w:pPr>
          </w:p>
        </w:tc>
      </w:tr>
    </w:tbl>
    <w:p w14:paraId="01BC404D" w14:textId="4F5F07C9" w:rsidR="00C4261E" w:rsidRDefault="00C4261E" w:rsidP="00C50DF8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</w:p>
    <w:p w14:paraId="0BBA8DAD" w14:textId="3C5CA587" w:rsidR="00BB42B2" w:rsidRDefault="00BB42B2" w:rsidP="00C50DF8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</w:p>
    <w:p w14:paraId="4946EFC7" w14:textId="416986ED" w:rsidR="00010FB6" w:rsidRDefault="00010FB6" w:rsidP="00C50DF8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</w:p>
    <w:p w14:paraId="0869FF94" w14:textId="657E7D32" w:rsidR="00010FB6" w:rsidRDefault="00010FB6" w:rsidP="00C50DF8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</w:p>
    <w:p w14:paraId="4095DC5A" w14:textId="77777777" w:rsidR="00010FB6" w:rsidRDefault="00010FB6" w:rsidP="00C50DF8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</w:p>
    <w:p w14:paraId="682EB14A" w14:textId="77777777" w:rsidR="00EC0EA5" w:rsidRDefault="00EC0EA5" w:rsidP="00C50DF8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</w:p>
    <w:p w14:paraId="5551E7B7" w14:textId="77777777" w:rsidR="00C50DF8" w:rsidRPr="008A11C7" w:rsidRDefault="009B2B4E" w:rsidP="00C50DF8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  <w:r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t>Уч</w:t>
      </w:r>
      <w:r w:rsidR="00C50DF8" w:rsidRPr="008A11C7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t>ЕБНО-МЕТОДИЧЕСКОЕ ОБЕСПЕЧЕНИЕ ОБРАЗОВАТЕЛЬНОГО ПРОЦЕССА </w:t>
      </w:r>
    </w:p>
    <w:p w14:paraId="42332BED" w14:textId="77777777" w:rsidR="00C50DF8" w:rsidRPr="008A11C7" w:rsidRDefault="00C50DF8" w:rsidP="00C50DF8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  <w:r w:rsidRPr="008A11C7">
        <w:rPr>
          <w:rFonts w:ascii="LiberationSerif" w:eastAsia="Times New Roman" w:hAnsi="LiberationSerif" w:cs="Times New Roman"/>
          <w:b/>
          <w:bCs/>
          <w:caps/>
          <w:lang w:eastAsia="ru-RU"/>
        </w:rPr>
        <w:t>ОБЯЗАТЕЛЬНЫЕ УЧЕБНЫЕ МАТЕРИАЛЫ ДЛЯ УЧЕНИКА</w:t>
      </w:r>
    </w:p>
    <w:p w14:paraId="4028F1C6" w14:textId="77777777" w:rsidR="00C50DF8" w:rsidRPr="008A11C7" w:rsidRDefault="00C50DF8" w:rsidP="00C50DF8">
      <w:pPr>
        <w:shd w:val="clear" w:color="auto" w:fill="F7FDF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DFC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Учебник «Основы б</w:t>
      </w:r>
      <w:r w:rsidR="009B2B4E" w:rsidRPr="00216DFC">
        <w:rPr>
          <w:rFonts w:ascii="Times New Roman" w:eastAsia="Times New Roman" w:hAnsi="Times New Roman" w:cs="Times New Roman"/>
          <w:sz w:val="24"/>
          <w:szCs w:val="24"/>
          <w:lang w:eastAsia="ru-RU"/>
        </w:rPr>
        <w:t>езопасности жизнедеятельности. 5 класс»;</w:t>
      </w:r>
      <w:r w:rsidR="009B2B4E" w:rsidRPr="00216D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М.П. Фролов; В.П. </w:t>
      </w:r>
      <w:proofErr w:type="spellStart"/>
      <w:r w:rsidR="009B2B4E" w:rsidRPr="00216DFC">
        <w:rPr>
          <w:rFonts w:ascii="Times New Roman" w:eastAsia="Times New Roman" w:hAnsi="Times New Roman" w:cs="Times New Roman"/>
          <w:sz w:val="24"/>
          <w:szCs w:val="24"/>
          <w:lang w:eastAsia="ru-RU"/>
        </w:rPr>
        <w:t>Шолох</w:t>
      </w:r>
      <w:proofErr w:type="spellEnd"/>
      <w:r w:rsidR="009B2B4E" w:rsidRPr="00216D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М.В. Юрьева; </w:t>
      </w:r>
      <w:r w:rsidRPr="00216DFC">
        <w:rPr>
          <w:rFonts w:ascii="Times New Roman" w:eastAsia="Times New Roman" w:hAnsi="Times New Roman" w:cs="Times New Roman"/>
          <w:sz w:val="24"/>
          <w:szCs w:val="24"/>
          <w:lang w:eastAsia="ru-RU"/>
        </w:rPr>
        <w:t>Б.И. Мишин;</w:t>
      </w:r>
      <w:r w:rsidRPr="00216D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общей редакцией Ю.Л. Вор</w:t>
      </w:r>
      <w:r w:rsidR="009B2B4E" w:rsidRPr="00216D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обьева .- Москва: АСТ: </w:t>
      </w:r>
      <w:proofErr w:type="spellStart"/>
      <w:r w:rsidR="009B2B4E" w:rsidRPr="00216DFC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Астрель</w:t>
      </w:r>
      <w:proofErr w:type="spellEnd"/>
      <w:r w:rsidR="009B2B4E" w:rsidRPr="00216D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216DFC">
        <w:rPr>
          <w:rFonts w:ascii="Times New Roman" w:eastAsia="Times New Roman" w:hAnsi="Times New Roman" w:cs="Times New Roman"/>
          <w:sz w:val="24"/>
          <w:szCs w:val="24"/>
          <w:lang w:eastAsia="ru-RU"/>
        </w:rPr>
        <w:t>2019 г.;</w:t>
      </w:r>
    </w:p>
    <w:p w14:paraId="7DD00820" w14:textId="77777777" w:rsidR="009B2B4E" w:rsidRDefault="009B2B4E" w:rsidP="009B2B4E">
      <w:pPr>
        <w:shd w:val="clear" w:color="auto" w:fill="F7FDF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0D4B39B" w14:textId="77777777" w:rsidR="0018498C" w:rsidRDefault="0018498C" w:rsidP="009B2B4E">
      <w:pPr>
        <w:shd w:val="clear" w:color="auto" w:fill="F7FDF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FAFE13" w14:textId="77777777" w:rsidR="00C50DF8" w:rsidRPr="009B2B4E" w:rsidRDefault="00C50DF8" w:rsidP="009B2B4E">
      <w:pPr>
        <w:shd w:val="clear" w:color="auto" w:fill="F7FDF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1C7">
        <w:rPr>
          <w:rFonts w:ascii="LiberationSerif" w:eastAsia="Times New Roman" w:hAnsi="LiberationSerif" w:cs="Times New Roman"/>
          <w:b/>
          <w:bCs/>
          <w:caps/>
          <w:lang w:eastAsia="ru-RU"/>
        </w:rPr>
        <w:t>МЕТОДИЧЕСКИЕ МАТЕРИАЛЫ ДЛЯ УЧИТЕЛЯ</w:t>
      </w:r>
    </w:p>
    <w:p w14:paraId="39F204A8" w14:textId="77777777" w:rsidR="00C50DF8" w:rsidRPr="008A11C7" w:rsidRDefault="00C50DF8" w:rsidP="00C50DF8">
      <w:pPr>
        <w:shd w:val="clear" w:color="auto" w:fill="F7FDF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1C7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Нормативно-правовые документы</w:t>
      </w:r>
      <w:r w:rsidRPr="008A11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Закон «Об образовании» (последняя редакция).</w:t>
      </w:r>
      <w:r w:rsidRPr="008A11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Конституция Российской Федерации (последняя редакция).</w:t>
      </w:r>
      <w:r w:rsidRPr="008A11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Концепция противодействия терроризму в Российской Федерации (утв. Презид</w:t>
      </w:r>
      <w:r w:rsidR="000326D9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ентом Российской Федерации 5 ок</w:t>
      </w:r>
      <w:r w:rsidRPr="008A11C7">
        <w:rPr>
          <w:rFonts w:ascii="Times New Roman" w:eastAsia="Times New Roman" w:hAnsi="Times New Roman" w:cs="Times New Roman"/>
          <w:sz w:val="24"/>
          <w:szCs w:val="24"/>
          <w:lang w:eastAsia="ru-RU"/>
        </w:rPr>
        <w:t>тября 2009 г.).</w:t>
      </w:r>
      <w:r w:rsidRPr="008A11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Положение о Национа</w:t>
      </w:r>
      <w:r w:rsidR="009B2B4E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льном антитеррористическом коми</w:t>
      </w:r>
      <w:r w:rsidRPr="008A11C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тете (утв. Указом Президента Российской Федерации от 15 февраля 2006 г. № 116).</w:t>
      </w:r>
      <w:r w:rsidRPr="008A11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Постановление Правительства Российской Федерации -О единой государственн</w:t>
      </w:r>
      <w:r w:rsidR="000326D9">
        <w:rPr>
          <w:rFonts w:ascii="Times New Roman" w:eastAsia="Times New Roman" w:hAnsi="Times New Roman" w:cs="Times New Roman"/>
          <w:sz w:val="24"/>
          <w:szCs w:val="24"/>
          <w:lang w:eastAsia="ru-RU"/>
        </w:rPr>
        <w:t>ой системе предупреждения и лик</w:t>
      </w:r>
      <w:r w:rsidRPr="008A11C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видации чрезвычайных ситуаций» (последняя редакция).</w:t>
      </w:r>
      <w:r w:rsidRPr="008A11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Постановление Правительства Российской Федерации «О классификации чрезвычайных сит</w:t>
      </w:r>
      <w:r w:rsidR="000326D9">
        <w:rPr>
          <w:rFonts w:ascii="Times New Roman" w:eastAsia="Times New Roman" w:hAnsi="Times New Roman" w:cs="Times New Roman"/>
          <w:sz w:val="24"/>
          <w:szCs w:val="24"/>
          <w:lang w:eastAsia="ru-RU"/>
        </w:rPr>
        <w:t>уаций природного и тех</w:t>
      </w:r>
      <w:r w:rsidRPr="008A11C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ногенного характера* (от 21 мая 2007 г. № 304).</w:t>
      </w:r>
      <w:r w:rsidRPr="008A11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Правила дорожного движения Российской Федерации (последняя редакция).</w:t>
      </w:r>
      <w:r w:rsidRPr="008A11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Семейный кодекс Рос</w:t>
      </w:r>
      <w:r w:rsidR="009B2B4E">
        <w:rPr>
          <w:rFonts w:ascii="Times New Roman" w:eastAsia="Times New Roman" w:hAnsi="Times New Roman" w:cs="Times New Roman"/>
          <w:sz w:val="24"/>
          <w:szCs w:val="24"/>
          <w:lang w:eastAsia="ru-RU"/>
        </w:rPr>
        <w:t>сийской Федерации (последняя ре</w:t>
      </w:r>
      <w:r w:rsidRPr="008A11C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дакция).</w:t>
      </w:r>
      <w:r w:rsidRPr="008A11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Стратегия национальной безопасности Российской </w:t>
      </w:r>
      <w:proofErr w:type="spellStart"/>
      <w:r w:rsidRPr="008A11C7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Феде¬рации</w:t>
      </w:r>
      <w:proofErr w:type="spellEnd"/>
      <w:r w:rsidRPr="008A11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2020 г. (утв. Ук</w:t>
      </w:r>
      <w:r w:rsidR="000326D9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азом Президента Российской Феде</w:t>
      </w:r>
      <w:r w:rsidRPr="008A11C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рации от 12 мая 2009 г. № 537).</w:t>
      </w:r>
      <w:r w:rsidRPr="008A11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Стратегия государственной антинаркотической политики Российской Федерации до 2020 г. (утв. Указом Президента Российской Федерации от 9 июня 2010 г. № 690).</w:t>
      </w:r>
      <w:r w:rsidRPr="008A11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Уголовный кодекс Рос</w:t>
      </w:r>
      <w:r w:rsidR="000326D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сийской Федерации (последняя ре</w:t>
      </w:r>
      <w:r w:rsidRPr="008A11C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дакции).</w:t>
      </w:r>
      <w:r w:rsidRPr="008A11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Указ Президента Росси</w:t>
      </w:r>
      <w:r w:rsidR="000326D9">
        <w:rPr>
          <w:rFonts w:ascii="Times New Roman" w:eastAsia="Times New Roman" w:hAnsi="Times New Roman" w:cs="Times New Roman"/>
          <w:sz w:val="24"/>
          <w:szCs w:val="24"/>
          <w:lang w:eastAsia="ru-RU"/>
        </w:rPr>
        <w:t>йской Федерации «О мерах по про</w:t>
      </w:r>
      <w:r w:rsidRPr="008A11C7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тиводействию терроризму» (от 15 февраля 2006 г. № 116).</w:t>
      </w:r>
      <w:r w:rsidRPr="008A11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«Об аварийно-спасательных службах и статусе спасателя» (последняя редакция).</w:t>
      </w:r>
      <w:r w:rsidRPr="008A11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«О безопасности» (последняя редакция)</w:t>
      </w:r>
      <w:r w:rsidRPr="008A11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«О гражданской обороне» (последняя редакция).</w:t>
      </w:r>
      <w:r w:rsidRPr="008A11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«О защите населения и территорий от чрезвычайных ситуаций пр</w:t>
      </w:r>
      <w:r w:rsidR="000326D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иродного и техногенного характе</w:t>
      </w:r>
      <w:r w:rsidRPr="008A11C7">
        <w:rPr>
          <w:rFonts w:ascii="Times New Roman" w:eastAsia="Times New Roman" w:hAnsi="Times New Roman" w:cs="Times New Roman"/>
          <w:sz w:val="24"/>
          <w:szCs w:val="24"/>
          <w:lang w:eastAsia="ru-RU"/>
        </w:rPr>
        <w:t>ра» (последняя редакция)</w:t>
      </w:r>
      <w:r w:rsidRPr="008A11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Федеральный закон «О </w:t>
      </w:r>
      <w:r w:rsidR="009B2B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наркотических средствах и психо</w:t>
      </w:r>
      <w:r w:rsidRPr="008A11C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тропных веществах* (последняя редакция).</w:t>
      </w:r>
      <w:r w:rsidRPr="008A11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*0</w:t>
      </w:r>
      <w:r w:rsidR="009B2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пожарной безопасности» (послед</w:t>
      </w:r>
      <w:r w:rsidRPr="008A11C7">
        <w:rPr>
          <w:rFonts w:ascii="Times New Roman" w:eastAsia="Times New Roman" w:hAnsi="Times New Roman" w:cs="Times New Roman"/>
          <w:sz w:val="24"/>
          <w:szCs w:val="24"/>
          <w:lang w:eastAsia="ru-RU"/>
        </w:rPr>
        <w:t>няя редакция)</w:t>
      </w:r>
      <w:r w:rsidRPr="008A11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*0 противодействии терроризму» (последняя редакция).</w:t>
      </w:r>
      <w:r w:rsidRPr="008A11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«О противодействии экстремистской деятельности» (последняя редакция).</w:t>
      </w:r>
      <w:r w:rsidRPr="008A11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»0 физической культуре и спорте в Российской Федерации» (последняя редакция).</w:t>
      </w:r>
    </w:p>
    <w:p w14:paraId="14A96E49" w14:textId="77777777" w:rsidR="00C50DF8" w:rsidRPr="008A11C7" w:rsidRDefault="00C50DF8" w:rsidP="00C50DF8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  <w:r w:rsidRPr="008A11C7">
        <w:rPr>
          <w:rFonts w:ascii="LiberationSerif" w:eastAsia="Times New Roman" w:hAnsi="LiberationSerif" w:cs="Times New Roman"/>
          <w:b/>
          <w:bCs/>
          <w:caps/>
          <w:lang w:eastAsia="ru-RU"/>
        </w:rPr>
        <w:t>ЦИФРОВЫЕ ОБРАЗОВАТЕЛЬНЫЕ РЕСУРСЫ И РЕСУРСЫ СЕТИ ИНТЕРНЕТ</w:t>
      </w:r>
    </w:p>
    <w:p w14:paraId="748B33B2" w14:textId="13DF04BB" w:rsidR="007C6537" w:rsidRDefault="009E1AF4" w:rsidP="0018498C">
      <w:pPr>
        <w:shd w:val="clear" w:color="auto" w:fill="F7FDF7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7" w:history="1">
        <w:r w:rsidR="007C6537" w:rsidRPr="00D86A08">
          <w:rPr>
            <w:rStyle w:val="aff8"/>
            <w:rFonts w:ascii="Times New Roman" w:eastAsia="Times New Roman" w:hAnsi="Times New Roman" w:cs="Times New Roman"/>
            <w:sz w:val="24"/>
            <w:szCs w:val="24"/>
            <w:lang w:eastAsia="ru-RU"/>
          </w:rPr>
          <w:t>https://testedu.ru/test/obzh/5-klass/</w:t>
        </w:r>
      </w:hyperlink>
    </w:p>
    <w:p w14:paraId="779644C8" w14:textId="6D4E22E7" w:rsidR="007C6537" w:rsidRDefault="009E1AF4" w:rsidP="0018498C">
      <w:pPr>
        <w:shd w:val="clear" w:color="auto" w:fill="F7FDF7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8" w:history="1">
        <w:r w:rsidR="007C6537" w:rsidRPr="00D86A08">
          <w:rPr>
            <w:rStyle w:val="aff8"/>
            <w:rFonts w:ascii="Times New Roman" w:eastAsia="Times New Roman" w:hAnsi="Times New Roman" w:cs="Times New Roman"/>
            <w:sz w:val="24"/>
            <w:szCs w:val="24"/>
            <w:lang w:eastAsia="ru-RU"/>
          </w:rPr>
          <w:t>https://10.mchs.gov.ru/</w:t>
        </w:r>
      </w:hyperlink>
    </w:p>
    <w:p w14:paraId="20E44EA2" w14:textId="710F8C27" w:rsidR="007C6537" w:rsidRDefault="009E1AF4" w:rsidP="0018498C">
      <w:pPr>
        <w:shd w:val="clear" w:color="auto" w:fill="F7FDF7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9" w:history="1">
        <w:r w:rsidR="007C6537" w:rsidRPr="00D86A08">
          <w:rPr>
            <w:rStyle w:val="aff8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https://multiurok.ru</w:t>
        </w:r>
      </w:hyperlink>
    </w:p>
    <w:p w14:paraId="7C80A3BC" w14:textId="3511A827" w:rsidR="007C6537" w:rsidRDefault="009E1AF4" w:rsidP="0018498C">
      <w:pPr>
        <w:shd w:val="clear" w:color="auto" w:fill="F7FDF7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0" w:history="1">
        <w:r w:rsidR="007C6537" w:rsidRPr="00D86A08">
          <w:rPr>
            <w:rStyle w:val="aff8"/>
            <w:rFonts w:ascii="Times New Roman" w:eastAsia="Times New Roman" w:hAnsi="Times New Roman" w:cs="Times New Roman"/>
            <w:sz w:val="24"/>
            <w:szCs w:val="24"/>
            <w:lang w:eastAsia="ru-RU"/>
          </w:rPr>
          <w:t>https://interneturok.ru</w:t>
        </w:r>
      </w:hyperlink>
    </w:p>
    <w:p w14:paraId="0203B648" w14:textId="77777777" w:rsidR="007C6537" w:rsidRDefault="007C6537" w:rsidP="0018498C">
      <w:pPr>
        <w:shd w:val="clear" w:color="auto" w:fill="F7FDF7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6BECE5" w14:textId="77777777" w:rsidR="00EC0EA5" w:rsidRDefault="00EC0EA5" w:rsidP="007C6537">
      <w:pPr>
        <w:shd w:val="clear" w:color="auto" w:fill="F7FDF7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9EE32A" w14:textId="77777777" w:rsidR="00EC0EA5" w:rsidRDefault="00EC0EA5" w:rsidP="007C6537">
      <w:pPr>
        <w:shd w:val="clear" w:color="auto" w:fill="F7FDF7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C82B55" w14:textId="286BEE3A" w:rsidR="00C50DF8" w:rsidRPr="007C6537" w:rsidRDefault="00C50DF8" w:rsidP="007C6537">
      <w:pPr>
        <w:shd w:val="clear" w:color="auto" w:fill="F7FDF7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hyperlink r:id="rId31" w:history="1"/>
      <w:r w:rsidRPr="008A11C7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  <w:t>МАТЕРИАЛЬНО-ТЕХНИЧЕСКОЕ ОБЕСПЕЧЕНИЕ ОБРАЗОВАТЕЛЬНОГО ПРОЦЕССА</w:t>
      </w:r>
    </w:p>
    <w:p w14:paraId="353337E4" w14:textId="77777777" w:rsidR="00C50DF8" w:rsidRPr="008A11C7" w:rsidRDefault="00C50DF8" w:rsidP="00C50DF8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8A11C7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УЧЕБНОЕ ОБОРУДОВАНИЕ</w:t>
      </w:r>
    </w:p>
    <w:p w14:paraId="08F401C5" w14:textId="77777777" w:rsidR="00C50DF8" w:rsidRPr="008A11C7" w:rsidRDefault="00C50DF8" w:rsidP="00C50DF8">
      <w:pPr>
        <w:shd w:val="clear" w:color="auto" w:fill="F7FDF7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1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Бинт.</w:t>
      </w:r>
      <w:r w:rsidRPr="008A11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Компас.</w:t>
      </w:r>
      <w:r w:rsidRPr="008A11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Кровоостанавливающий жгут</w:t>
      </w:r>
      <w:r w:rsidRPr="008A11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4. Носилки. </w:t>
      </w:r>
    </w:p>
    <w:p w14:paraId="6AC696A5" w14:textId="69FF03F3" w:rsidR="007C6537" w:rsidRDefault="00C50DF8" w:rsidP="00C50DF8">
      <w:pPr>
        <w:shd w:val="clear" w:color="auto" w:fill="F7FDF7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1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Плакаты по ОБЖ.</w:t>
      </w:r>
      <w:r w:rsidRPr="008A11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C6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8A11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Противогазы.</w:t>
      </w:r>
      <w:r w:rsidRPr="008A11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C6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8A11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Флаг России.</w:t>
      </w:r>
    </w:p>
    <w:p w14:paraId="13F4912D" w14:textId="083FF6E9" w:rsidR="00C50DF8" w:rsidRPr="008A11C7" w:rsidRDefault="007C6537" w:rsidP="00C50DF8">
      <w:pPr>
        <w:shd w:val="clear" w:color="auto" w:fill="F7FDF7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C50DF8" w:rsidRPr="008A11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Шина</w:t>
      </w:r>
      <w:r w:rsidR="00C50DF8" w:rsidRPr="008A11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27DD64A3" w14:textId="487750A4" w:rsidR="00C50DF8" w:rsidRPr="008A11C7" w:rsidRDefault="00C50DF8" w:rsidP="00C50DF8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8A11C7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ОБОРУДОВАНИЕ ДЛЯ ПРОВЕДЕНИЯ ПРАКТИЧЕСКИХ РАБОТ</w:t>
      </w:r>
    </w:p>
    <w:p w14:paraId="69A9B3DD" w14:textId="0365EFFA" w:rsidR="00C50DF8" w:rsidRPr="005E0D72" w:rsidRDefault="00C50DF8" w:rsidP="007C6537">
      <w:pPr>
        <w:shd w:val="clear" w:color="auto" w:fill="F7FDF7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C50DF8" w:rsidRPr="005E0D72">
          <w:pgSz w:w="11900" w:h="16840"/>
          <w:pgMar w:top="284" w:right="556" w:bottom="1440" w:left="664" w:header="720" w:footer="720" w:gutter="0"/>
          <w:cols w:space="720" w:equalWidth="0">
            <w:col w:w="10680" w:space="0"/>
          </w:cols>
          <w:docGrid w:linePitch="360"/>
        </w:sectPr>
      </w:pPr>
      <w:r w:rsidRPr="008A11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1.Персональный компьютер</w:t>
      </w:r>
      <w:r w:rsidRPr="008A11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2.Принтер лазерный</w:t>
      </w:r>
      <w:r w:rsidRPr="008A11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3.Мультимедийный проектор</w:t>
      </w:r>
      <w:r w:rsidRPr="008A11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Конституция Российской Федерации</w:t>
      </w:r>
      <w:r w:rsidRPr="008A11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 ФЗ «О воинской обязанности и военной службе»</w:t>
      </w:r>
      <w:r w:rsidRPr="008A11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6. ФЗ «О пожарной безопасности»</w:t>
      </w:r>
      <w:r w:rsidRPr="008A11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7. Брошюра «Действия населения по предупреждению террористических акций»</w:t>
      </w:r>
      <w:r w:rsidRPr="008A11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8. Брошюра «Первая медицинская помощь в чрезвычайных ситуациях»</w:t>
      </w:r>
      <w:r w:rsidRPr="008A11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9. Брошюра «Первичная профилактика курения табака»</w:t>
      </w:r>
      <w:r w:rsidRPr="008A11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10.Брошюра «Средства защиты органов дыхания и кожи (противогазы, респираторы и защитная одежда)»</w:t>
      </w:r>
      <w:r w:rsidRPr="008A11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11. Брошюра «Школа выживания. Обеспечение жизнедеятельности в экстремальных си</w:t>
      </w:r>
      <w:r w:rsidR="005E0D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туациях»</w:t>
      </w:r>
      <w:r w:rsidR="005E0D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12. Видеофильмы по ОБЖ</w:t>
      </w:r>
    </w:p>
    <w:p w14:paraId="015778D9" w14:textId="1D1CB654" w:rsidR="00AE770E" w:rsidRPr="007C6537" w:rsidRDefault="00AE770E" w:rsidP="005E0D72">
      <w:pPr>
        <w:autoSpaceDE w:val="0"/>
        <w:autoSpaceDN w:val="0"/>
        <w:spacing w:before="166" w:after="0" w:line="290" w:lineRule="auto"/>
        <w:ind w:right="4320"/>
        <w:rPr>
          <w:rFonts w:ascii="Times New Roman" w:eastAsia="Times New Roman" w:hAnsi="Times New Roman" w:cs="Times New Roman"/>
          <w:color w:val="000000"/>
          <w:sz w:val="24"/>
        </w:rPr>
      </w:pPr>
    </w:p>
    <w:sectPr w:rsidR="00AE770E" w:rsidRPr="007C6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LiberationSerif">
    <w:altName w:val="Cambria"/>
    <w:panose1 w:val="00000000000000000000"/>
    <w:charset w:val="00"/>
    <w:family w:val="roman"/>
    <w:notTrueType/>
    <w:pitch w:val="default"/>
  </w:font>
  <w:font w:name="Journal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0000403"/>
    <w:multiLevelType w:val="multilevel"/>
    <w:tmpl w:val="00000886"/>
    <w:lvl w:ilvl="0">
      <w:numFmt w:val="bullet"/>
      <w:lvlText w:val=""/>
      <w:lvlJc w:val="left"/>
      <w:pPr>
        <w:ind w:left="462" w:hanging="1080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462" w:hanging="1080"/>
      </w:pPr>
    </w:lvl>
    <w:lvl w:ilvl="2">
      <w:numFmt w:val="bullet"/>
      <w:lvlText w:val="•"/>
      <w:lvlJc w:val="left"/>
      <w:pPr>
        <w:ind w:left="1487" w:hanging="1080"/>
      </w:pPr>
    </w:lvl>
    <w:lvl w:ilvl="3">
      <w:numFmt w:val="bullet"/>
      <w:lvlText w:val="•"/>
      <w:lvlJc w:val="left"/>
      <w:pPr>
        <w:ind w:left="2511" w:hanging="1080"/>
      </w:pPr>
    </w:lvl>
    <w:lvl w:ilvl="4">
      <w:numFmt w:val="bullet"/>
      <w:lvlText w:val="•"/>
      <w:lvlJc w:val="left"/>
      <w:pPr>
        <w:ind w:left="3536" w:hanging="1080"/>
      </w:pPr>
    </w:lvl>
    <w:lvl w:ilvl="5">
      <w:numFmt w:val="bullet"/>
      <w:lvlText w:val="•"/>
      <w:lvlJc w:val="left"/>
      <w:pPr>
        <w:ind w:left="4561" w:hanging="1080"/>
      </w:pPr>
    </w:lvl>
    <w:lvl w:ilvl="6">
      <w:numFmt w:val="bullet"/>
      <w:lvlText w:val="•"/>
      <w:lvlJc w:val="left"/>
      <w:pPr>
        <w:ind w:left="5586" w:hanging="1080"/>
      </w:pPr>
    </w:lvl>
    <w:lvl w:ilvl="7">
      <w:numFmt w:val="bullet"/>
      <w:lvlText w:val="•"/>
      <w:lvlJc w:val="left"/>
      <w:pPr>
        <w:ind w:left="6611" w:hanging="1080"/>
      </w:pPr>
    </w:lvl>
    <w:lvl w:ilvl="8">
      <w:numFmt w:val="bullet"/>
      <w:lvlText w:val="•"/>
      <w:lvlJc w:val="left"/>
      <w:pPr>
        <w:ind w:left="7636" w:hanging="1080"/>
      </w:pPr>
    </w:lvl>
  </w:abstractNum>
  <w:abstractNum w:abstractNumId="10">
    <w:nsid w:val="00000404"/>
    <w:multiLevelType w:val="multilevel"/>
    <w:tmpl w:val="00000887"/>
    <w:lvl w:ilvl="0">
      <w:numFmt w:val="bullet"/>
      <w:lvlText w:val="-"/>
      <w:lvlJc w:val="left"/>
      <w:pPr>
        <w:ind w:left="462" w:hanging="164"/>
      </w:pPr>
      <w:rPr>
        <w:rFonts w:ascii="Times New Roman" w:hAnsi="Times New Roman"/>
        <w:b w:val="0"/>
        <w:sz w:val="28"/>
      </w:rPr>
    </w:lvl>
    <w:lvl w:ilvl="1">
      <w:numFmt w:val="bullet"/>
      <w:lvlText w:val="•"/>
      <w:lvlJc w:val="left"/>
      <w:pPr>
        <w:ind w:left="1408" w:hanging="164"/>
      </w:pPr>
    </w:lvl>
    <w:lvl w:ilvl="2">
      <w:numFmt w:val="bullet"/>
      <w:lvlText w:val="•"/>
      <w:lvlJc w:val="left"/>
      <w:pPr>
        <w:ind w:left="2354" w:hanging="164"/>
      </w:pPr>
    </w:lvl>
    <w:lvl w:ilvl="3">
      <w:numFmt w:val="bullet"/>
      <w:lvlText w:val="•"/>
      <w:lvlJc w:val="left"/>
      <w:pPr>
        <w:ind w:left="3301" w:hanging="164"/>
      </w:pPr>
    </w:lvl>
    <w:lvl w:ilvl="4">
      <w:numFmt w:val="bullet"/>
      <w:lvlText w:val="•"/>
      <w:lvlJc w:val="left"/>
      <w:pPr>
        <w:ind w:left="4247" w:hanging="164"/>
      </w:pPr>
    </w:lvl>
    <w:lvl w:ilvl="5">
      <w:numFmt w:val="bullet"/>
      <w:lvlText w:val="•"/>
      <w:lvlJc w:val="left"/>
      <w:pPr>
        <w:ind w:left="5194" w:hanging="164"/>
      </w:pPr>
    </w:lvl>
    <w:lvl w:ilvl="6">
      <w:numFmt w:val="bullet"/>
      <w:lvlText w:val="•"/>
      <w:lvlJc w:val="left"/>
      <w:pPr>
        <w:ind w:left="6140" w:hanging="164"/>
      </w:pPr>
    </w:lvl>
    <w:lvl w:ilvl="7">
      <w:numFmt w:val="bullet"/>
      <w:lvlText w:val="•"/>
      <w:lvlJc w:val="left"/>
      <w:pPr>
        <w:ind w:left="7087" w:hanging="164"/>
      </w:pPr>
    </w:lvl>
    <w:lvl w:ilvl="8">
      <w:numFmt w:val="bullet"/>
      <w:lvlText w:val="•"/>
      <w:lvlJc w:val="left"/>
      <w:pPr>
        <w:ind w:left="8033" w:hanging="164"/>
      </w:pPr>
    </w:lvl>
  </w:abstractNum>
  <w:abstractNum w:abstractNumId="11">
    <w:nsid w:val="01497F2C"/>
    <w:multiLevelType w:val="hybridMultilevel"/>
    <w:tmpl w:val="06983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8E726E1"/>
    <w:multiLevelType w:val="multilevel"/>
    <w:tmpl w:val="5EC64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CBD535C"/>
    <w:multiLevelType w:val="multilevel"/>
    <w:tmpl w:val="829E4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EAE688E"/>
    <w:multiLevelType w:val="multilevel"/>
    <w:tmpl w:val="AAC61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054154E"/>
    <w:multiLevelType w:val="hybridMultilevel"/>
    <w:tmpl w:val="23143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8760B72"/>
    <w:multiLevelType w:val="hybridMultilevel"/>
    <w:tmpl w:val="B19E8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9760B5E"/>
    <w:multiLevelType w:val="hybridMultilevel"/>
    <w:tmpl w:val="A358D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13059E6"/>
    <w:multiLevelType w:val="hybridMultilevel"/>
    <w:tmpl w:val="46DE3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047345"/>
    <w:multiLevelType w:val="hybridMultilevel"/>
    <w:tmpl w:val="BD086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AD5821"/>
    <w:multiLevelType w:val="hybridMultilevel"/>
    <w:tmpl w:val="756E5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E511F86"/>
    <w:multiLevelType w:val="hybridMultilevel"/>
    <w:tmpl w:val="41F48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0B95CCD"/>
    <w:multiLevelType w:val="multilevel"/>
    <w:tmpl w:val="B6F20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1E722AE"/>
    <w:multiLevelType w:val="hybridMultilevel"/>
    <w:tmpl w:val="2E584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69A5DC9"/>
    <w:multiLevelType w:val="multilevel"/>
    <w:tmpl w:val="6C4C2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AAF7AB6"/>
    <w:multiLevelType w:val="hybridMultilevel"/>
    <w:tmpl w:val="C0609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D72877"/>
    <w:multiLevelType w:val="hybridMultilevel"/>
    <w:tmpl w:val="27FEC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921312"/>
    <w:multiLevelType w:val="hybridMultilevel"/>
    <w:tmpl w:val="93000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B72BDA"/>
    <w:multiLevelType w:val="hybridMultilevel"/>
    <w:tmpl w:val="0E1EF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6114A31"/>
    <w:multiLevelType w:val="hybridMultilevel"/>
    <w:tmpl w:val="224E7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816446B"/>
    <w:multiLevelType w:val="hybridMultilevel"/>
    <w:tmpl w:val="2536EC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333C54"/>
    <w:multiLevelType w:val="multilevel"/>
    <w:tmpl w:val="5CFC8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C535DFF"/>
    <w:multiLevelType w:val="hybridMultilevel"/>
    <w:tmpl w:val="963C1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CAC26D0"/>
    <w:multiLevelType w:val="hybridMultilevel"/>
    <w:tmpl w:val="5AB08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1E575A1"/>
    <w:multiLevelType w:val="hybridMultilevel"/>
    <w:tmpl w:val="C624DB5C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5">
    <w:nsid w:val="57F47C21"/>
    <w:multiLevelType w:val="hybridMultilevel"/>
    <w:tmpl w:val="84F42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CA17BE"/>
    <w:multiLevelType w:val="hybridMultilevel"/>
    <w:tmpl w:val="17209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581995"/>
    <w:multiLevelType w:val="hybridMultilevel"/>
    <w:tmpl w:val="38CE8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FA10A9"/>
    <w:multiLevelType w:val="hybridMultilevel"/>
    <w:tmpl w:val="CCA21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A77694"/>
    <w:multiLevelType w:val="hybridMultilevel"/>
    <w:tmpl w:val="953CA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9E6753"/>
    <w:multiLevelType w:val="multilevel"/>
    <w:tmpl w:val="73CCB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6BA02D6"/>
    <w:multiLevelType w:val="hybridMultilevel"/>
    <w:tmpl w:val="FBE05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C41511"/>
    <w:multiLevelType w:val="hybridMultilevel"/>
    <w:tmpl w:val="E5464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840282"/>
    <w:multiLevelType w:val="hybridMultilevel"/>
    <w:tmpl w:val="2F2CF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31"/>
  </w:num>
  <w:num w:numId="11">
    <w:abstractNumId w:val="40"/>
  </w:num>
  <w:num w:numId="12">
    <w:abstractNumId w:val="13"/>
  </w:num>
  <w:num w:numId="13">
    <w:abstractNumId w:val="28"/>
  </w:num>
  <w:num w:numId="14">
    <w:abstractNumId w:val="39"/>
  </w:num>
  <w:num w:numId="15">
    <w:abstractNumId w:val="38"/>
  </w:num>
  <w:num w:numId="16">
    <w:abstractNumId w:val="32"/>
  </w:num>
  <w:num w:numId="17">
    <w:abstractNumId w:val="11"/>
  </w:num>
  <w:num w:numId="18">
    <w:abstractNumId w:val="21"/>
  </w:num>
  <w:num w:numId="19">
    <w:abstractNumId w:val="30"/>
  </w:num>
  <w:num w:numId="20">
    <w:abstractNumId w:val="36"/>
  </w:num>
  <w:num w:numId="21">
    <w:abstractNumId w:val="26"/>
  </w:num>
  <w:num w:numId="22">
    <w:abstractNumId w:val="43"/>
  </w:num>
  <w:num w:numId="23">
    <w:abstractNumId w:val="15"/>
  </w:num>
  <w:num w:numId="24">
    <w:abstractNumId w:val="42"/>
  </w:num>
  <w:num w:numId="25">
    <w:abstractNumId w:val="25"/>
  </w:num>
  <w:num w:numId="26">
    <w:abstractNumId w:val="37"/>
  </w:num>
  <w:num w:numId="27">
    <w:abstractNumId w:val="23"/>
  </w:num>
  <w:num w:numId="28">
    <w:abstractNumId w:val="41"/>
  </w:num>
  <w:num w:numId="29">
    <w:abstractNumId w:val="18"/>
  </w:num>
  <w:num w:numId="30">
    <w:abstractNumId w:val="29"/>
  </w:num>
  <w:num w:numId="31">
    <w:abstractNumId w:val="20"/>
  </w:num>
  <w:num w:numId="32">
    <w:abstractNumId w:val="35"/>
  </w:num>
  <w:num w:numId="33">
    <w:abstractNumId w:val="16"/>
  </w:num>
  <w:num w:numId="34">
    <w:abstractNumId w:val="17"/>
  </w:num>
  <w:num w:numId="35">
    <w:abstractNumId w:val="34"/>
  </w:num>
  <w:num w:numId="36">
    <w:abstractNumId w:val="19"/>
  </w:num>
  <w:num w:numId="37">
    <w:abstractNumId w:val="27"/>
  </w:num>
  <w:num w:numId="38">
    <w:abstractNumId w:val="24"/>
  </w:num>
  <w:num w:numId="39">
    <w:abstractNumId w:val="22"/>
  </w:num>
  <w:num w:numId="40">
    <w:abstractNumId w:val="14"/>
  </w:num>
  <w:num w:numId="41">
    <w:abstractNumId w:val="9"/>
  </w:num>
  <w:num w:numId="42">
    <w:abstractNumId w:val="9"/>
  </w:num>
  <w:num w:numId="43">
    <w:abstractNumId w:val="10"/>
  </w:num>
  <w:num w:numId="44">
    <w:abstractNumId w:val="10"/>
  </w:num>
  <w:num w:numId="45">
    <w:abstractNumId w:val="12"/>
  </w:num>
  <w:num w:numId="4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972"/>
    <w:rsid w:val="00010FB6"/>
    <w:rsid w:val="000326D9"/>
    <w:rsid w:val="0009689E"/>
    <w:rsid w:val="000B4B09"/>
    <w:rsid w:val="00175046"/>
    <w:rsid w:val="0018227D"/>
    <w:rsid w:val="0018498C"/>
    <w:rsid w:val="001975E2"/>
    <w:rsid w:val="001C3421"/>
    <w:rsid w:val="001E3E74"/>
    <w:rsid w:val="00216DFC"/>
    <w:rsid w:val="00271957"/>
    <w:rsid w:val="00287C4B"/>
    <w:rsid w:val="002925EE"/>
    <w:rsid w:val="002A2359"/>
    <w:rsid w:val="00316092"/>
    <w:rsid w:val="00320DD3"/>
    <w:rsid w:val="003302F4"/>
    <w:rsid w:val="00330A32"/>
    <w:rsid w:val="00335975"/>
    <w:rsid w:val="0038184D"/>
    <w:rsid w:val="003930C0"/>
    <w:rsid w:val="003C1972"/>
    <w:rsid w:val="004972A0"/>
    <w:rsid w:val="004E3D00"/>
    <w:rsid w:val="00582B23"/>
    <w:rsid w:val="005A5CB8"/>
    <w:rsid w:val="005E0D72"/>
    <w:rsid w:val="00625BDC"/>
    <w:rsid w:val="006360DC"/>
    <w:rsid w:val="006607A5"/>
    <w:rsid w:val="006A5E35"/>
    <w:rsid w:val="006B140A"/>
    <w:rsid w:val="006C7298"/>
    <w:rsid w:val="007425F0"/>
    <w:rsid w:val="00746AFE"/>
    <w:rsid w:val="007C6537"/>
    <w:rsid w:val="00885AB1"/>
    <w:rsid w:val="008F2C07"/>
    <w:rsid w:val="009040A0"/>
    <w:rsid w:val="00910BF2"/>
    <w:rsid w:val="00913248"/>
    <w:rsid w:val="009B2B4E"/>
    <w:rsid w:val="009E1AF4"/>
    <w:rsid w:val="00A04EA4"/>
    <w:rsid w:val="00A8526D"/>
    <w:rsid w:val="00AC1394"/>
    <w:rsid w:val="00AC2CD8"/>
    <w:rsid w:val="00AE770E"/>
    <w:rsid w:val="00B05DF8"/>
    <w:rsid w:val="00B37BD9"/>
    <w:rsid w:val="00B54990"/>
    <w:rsid w:val="00B65CD3"/>
    <w:rsid w:val="00BB2E94"/>
    <w:rsid w:val="00BB42B2"/>
    <w:rsid w:val="00BC5FCF"/>
    <w:rsid w:val="00BF1E90"/>
    <w:rsid w:val="00C4261E"/>
    <w:rsid w:val="00C50DF8"/>
    <w:rsid w:val="00C67FDA"/>
    <w:rsid w:val="00CF7697"/>
    <w:rsid w:val="00D556A3"/>
    <w:rsid w:val="00D81162"/>
    <w:rsid w:val="00D91650"/>
    <w:rsid w:val="00E010AA"/>
    <w:rsid w:val="00E67C67"/>
    <w:rsid w:val="00E8777E"/>
    <w:rsid w:val="00EB15B7"/>
    <w:rsid w:val="00EC0EA5"/>
    <w:rsid w:val="00EC3FF1"/>
    <w:rsid w:val="00F1194A"/>
    <w:rsid w:val="00F30360"/>
    <w:rsid w:val="00FC5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241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65CD3"/>
  </w:style>
  <w:style w:type="paragraph" w:styleId="1">
    <w:name w:val="heading 1"/>
    <w:basedOn w:val="a1"/>
    <w:next w:val="a1"/>
    <w:link w:val="11"/>
    <w:uiPriority w:val="9"/>
    <w:qFormat/>
    <w:rsid w:val="00C50D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C50DF8"/>
    <w:pPr>
      <w:keepNext/>
      <w:keepLines/>
      <w:spacing w:before="40" w:after="0"/>
      <w:outlineLvl w:val="1"/>
    </w:pPr>
    <w:rPr>
      <w:rFonts w:ascii="Calibri" w:eastAsia="MS Gothic" w:hAnsi="Calibri" w:cs="Times New Roman"/>
      <w:b/>
      <w:bCs/>
      <w:color w:val="4F81BD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C50DF8"/>
    <w:pPr>
      <w:keepNext/>
      <w:keepLines/>
      <w:spacing w:before="40" w:after="0"/>
      <w:outlineLvl w:val="2"/>
    </w:pPr>
    <w:rPr>
      <w:rFonts w:ascii="Calibri" w:eastAsia="MS Gothic" w:hAnsi="Calibri" w:cs="Times New Roman"/>
      <w:b/>
      <w:bCs/>
      <w:color w:val="4F81BD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C50DF8"/>
    <w:pPr>
      <w:keepNext/>
      <w:keepLines/>
      <w:spacing w:before="40" w:after="0"/>
      <w:outlineLvl w:val="3"/>
    </w:pPr>
    <w:rPr>
      <w:rFonts w:ascii="Calibri" w:eastAsia="MS Gothic" w:hAnsi="Calibri" w:cs="Times New Roman"/>
      <w:b/>
      <w:bCs/>
      <w:i/>
      <w:iCs/>
      <w:color w:val="4F81BD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C50DF8"/>
    <w:pPr>
      <w:keepNext/>
      <w:keepLines/>
      <w:spacing w:before="40" w:after="0"/>
      <w:outlineLvl w:val="4"/>
    </w:pPr>
    <w:rPr>
      <w:rFonts w:ascii="Calibri" w:eastAsia="MS Gothic" w:hAnsi="Calibri" w:cs="Times New Roman"/>
      <w:color w:val="243F60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C50DF8"/>
    <w:pPr>
      <w:keepNext/>
      <w:keepLines/>
      <w:spacing w:before="40" w:after="0"/>
      <w:outlineLvl w:val="5"/>
    </w:pPr>
    <w:rPr>
      <w:rFonts w:ascii="Calibri" w:eastAsia="MS Gothic" w:hAnsi="Calibri" w:cs="Times New Roman"/>
      <w:i/>
      <w:iCs/>
      <w:color w:val="243F60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C50DF8"/>
    <w:pPr>
      <w:keepNext/>
      <w:keepLines/>
      <w:spacing w:before="40" w:after="0"/>
      <w:outlineLvl w:val="6"/>
    </w:pPr>
    <w:rPr>
      <w:rFonts w:ascii="Calibri" w:eastAsia="MS Gothic" w:hAnsi="Calibri" w:cs="Times New Roman"/>
      <w:i/>
      <w:iCs/>
      <w:color w:val="404040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C50DF8"/>
    <w:pPr>
      <w:keepNext/>
      <w:keepLines/>
      <w:spacing w:before="40" w:after="0"/>
      <w:outlineLvl w:val="7"/>
    </w:pPr>
    <w:rPr>
      <w:rFonts w:ascii="Calibri" w:eastAsia="MS Gothic" w:hAnsi="Calibri" w:cs="Times New Roman"/>
      <w:color w:val="4F81BD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C50DF8"/>
    <w:pPr>
      <w:keepNext/>
      <w:keepLines/>
      <w:spacing w:before="40" w:after="0"/>
      <w:outlineLvl w:val="8"/>
    </w:pPr>
    <w:rPr>
      <w:rFonts w:ascii="Calibri" w:eastAsia="MS Gothic" w:hAnsi="Calibri" w:cs="Times New Roman"/>
      <w:i/>
      <w:iCs/>
      <w:color w:val="404040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10"/>
    <w:uiPriority w:val="9"/>
    <w:rsid w:val="00C50DF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Заголовок 2 Знак"/>
    <w:basedOn w:val="a2"/>
    <w:link w:val="21"/>
    <w:uiPriority w:val="9"/>
    <w:semiHidden/>
    <w:rsid w:val="00C50DF8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semiHidden/>
    <w:rsid w:val="00C50DF8"/>
    <w:rPr>
      <w:rFonts w:ascii="Calibri" w:eastAsia="MS Gothic" w:hAnsi="Calibri" w:cs="Times New Roman"/>
      <w:b/>
      <w:bCs/>
      <w:color w:val="4F81BD"/>
    </w:rPr>
  </w:style>
  <w:style w:type="character" w:customStyle="1" w:styleId="40">
    <w:name w:val="Заголовок 4 Знак"/>
    <w:basedOn w:val="a2"/>
    <w:link w:val="4"/>
    <w:uiPriority w:val="9"/>
    <w:semiHidden/>
    <w:rsid w:val="00C50DF8"/>
    <w:rPr>
      <w:rFonts w:ascii="Calibri" w:eastAsia="MS Gothic" w:hAnsi="Calibri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2"/>
    <w:link w:val="5"/>
    <w:uiPriority w:val="9"/>
    <w:semiHidden/>
    <w:rsid w:val="00C50DF8"/>
    <w:rPr>
      <w:rFonts w:ascii="Calibri" w:eastAsia="MS Gothic" w:hAnsi="Calibri" w:cs="Times New Roman"/>
      <w:color w:val="243F60"/>
    </w:rPr>
  </w:style>
  <w:style w:type="character" w:customStyle="1" w:styleId="60">
    <w:name w:val="Заголовок 6 Знак"/>
    <w:basedOn w:val="a2"/>
    <w:link w:val="6"/>
    <w:uiPriority w:val="9"/>
    <w:semiHidden/>
    <w:rsid w:val="00C50DF8"/>
    <w:rPr>
      <w:rFonts w:ascii="Calibri" w:eastAsia="MS Gothic" w:hAnsi="Calibri" w:cs="Times New Roman"/>
      <w:i/>
      <w:iCs/>
      <w:color w:val="243F60"/>
    </w:rPr>
  </w:style>
  <w:style w:type="character" w:customStyle="1" w:styleId="70">
    <w:name w:val="Заголовок 7 Знак"/>
    <w:basedOn w:val="a2"/>
    <w:link w:val="7"/>
    <w:uiPriority w:val="9"/>
    <w:semiHidden/>
    <w:rsid w:val="00C50DF8"/>
    <w:rPr>
      <w:rFonts w:ascii="Calibri" w:eastAsia="MS Gothic" w:hAnsi="Calibri" w:cs="Times New Roman"/>
      <w:i/>
      <w:iCs/>
      <w:color w:val="404040"/>
    </w:rPr>
  </w:style>
  <w:style w:type="character" w:customStyle="1" w:styleId="80">
    <w:name w:val="Заголовок 8 Знак"/>
    <w:basedOn w:val="a2"/>
    <w:link w:val="8"/>
    <w:uiPriority w:val="9"/>
    <w:semiHidden/>
    <w:rsid w:val="00C50DF8"/>
    <w:rPr>
      <w:rFonts w:ascii="Calibri" w:eastAsia="MS Gothic" w:hAnsi="Calibri" w:cs="Times New Roman"/>
      <w:color w:val="4F81BD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C50DF8"/>
    <w:rPr>
      <w:rFonts w:ascii="Calibri" w:eastAsia="MS Gothic" w:hAnsi="Calibri" w:cs="Times New Roman"/>
      <w:i/>
      <w:iCs/>
      <w:color w:val="404040"/>
      <w:sz w:val="20"/>
      <w:szCs w:val="20"/>
    </w:rPr>
  </w:style>
  <w:style w:type="paragraph" w:customStyle="1" w:styleId="110">
    <w:name w:val="Заголовок 11"/>
    <w:basedOn w:val="a1"/>
    <w:next w:val="a1"/>
    <w:link w:val="10"/>
    <w:uiPriority w:val="9"/>
    <w:qFormat/>
    <w:rsid w:val="00C50DF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210">
    <w:name w:val="Заголовок 21"/>
    <w:basedOn w:val="a1"/>
    <w:next w:val="a1"/>
    <w:uiPriority w:val="9"/>
    <w:unhideWhenUsed/>
    <w:qFormat/>
    <w:rsid w:val="00C50DF8"/>
    <w:pPr>
      <w:keepNext/>
      <w:keepLines/>
      <w:spacing w:before="200" w:after="0" w:line="276" w:lineRule="auto"/>
      <w:outlineLvl w:val="1"/>
    </w:pPr>
    <w:rPr>
      <w:rFonts w:ascii="Calibri" w:eastAsia="MS Gothic" w:hAnsi="Calibri" w:cs="Times New Roman"/>
      <w:b/>
      <w:bCs/>
      <w:color w:val="4F81BD"/>
      <w:sz w:val="26"/>
      <w:szCs w:val="26"/>
      <w:lang w:val="en-US"/>
    </w:rPr>
  </w:style>
  <w:style w:type="paragraph" w:customStyle="1" w:styleId="310">
    <w:name w:val="Заголовок 31"/>
    <w:basedOn w:val="a1"/>
    <w:next w:val="a1"/>
    <w:uiPriority w:val="9"/>
    <w:unhideWhenUsed/>
    <w:qFormat/>
    <w:rsid w:val="00C50DF8"/>
    <w:pPr>
      <w:keepNext/>
      <w:keepLines/>
      <w:spacing w:before="200" w:after="0" w:line="276" w:lineRule="auto"/>
      <w:outlineLvl w:val="2"/>
    </w:pPr>
    <w:rPr>
      <w:rFonts w:ascii="Calibri" w:eastAsia="MS Gothic" w:hAnsi="Calibri" w:cs="Times New Roman"/>
      <w:b/>
      <w:bCs/>
      <w:color w:val="4F81BD"/>
      <w:lang w:val="en-US"/>
    </w:rPr>
  </w:style>
  <w:style w:type="paragraph" w:customStyle="1" w:styleId="41">
    <w:name w:val="Заголовок 41"/>
    <w:basedOn w:val="a1"/>
    <w:next w:val="a1"/>
    <w:uiPriority w:val="9"/>
    <w:semiHidden/>
    <w:unhideWhenUsed/>
    <w:qFormat/>
    <w:rsid w:val="00C50DF8"/>
    <w:pPr>
      <w:keepNext/>
      <w:keepLines/>
      <w:spacing w:before="200" w:after="0" w:line="276" w:lineRule="auto"/>
      <w:outlineLvl w:val="3"/>
    </w:pPr>
    <w:rPr>
      <w:rFonts w:ascii="Calibri" w:eastAsia="MS Gothic" w:hAnsi="Calibri" w:cs="Times New Roman"/>
      <w:b/>
      <w:bCs/>
      <w:i/>
      <w:iCs/>
      <w:color w:val="4F81BD"/>
      <w:lang w:val="en-US"/>
    </w:rPr>
  </w:style>
  <w:style w:type="paragraph" w:customStyle="1" w:styleId="51">
    <w:name w:val="Заголовок 51"/>
    <w:basedOn w:val="a1"/>
    <w:next w:val="a1"/>
    <w:uiPriority w:val="9"/>
    <w:semiHidden/>
    <w:unhideWhenUsed/>
    <w:qFormat/>
    <w:rsid w:val="00C50DF8"/>
    <w:pPr>
      <w:keepNext/>
      <w:keepLines/>
      <w:spacing w:before="200" w:after="0" w:line="276" w:lineRule="auto"/>
      <w:outlineLvl w:val="4"/>
    </w:pPr>
    <w:rPr>
      <w:rFonts w:ascii="Calibri" w:eastAsia="MS Gothic" w:hAnsi="Calibri" w:cs="Times New Roman"/>
      <w:color w:val="243F60"/>
      <w:lang w:val="en-US"/>
    </w:rPr>
  </w:style>
  <w:style w:type="paragraph" w:customStyle="1" w:styleId="61">
    <w:name w:val="Заголовок 61"/>
    <w:basedOn w:val="a1"/>
    <w:next w:val="a1"/>
    <w:uiPriority w:val="9"/>
    <w:semiHidden/>
    <w:unhideWhenUsed/>
    <w:qFormat/>
    <w:rsid w:val="00C50DF8"/>
    <w:pPr>
      <w:keepNext/>
      <w:keepLines/>
      <w:spacing w:before="200" w:after="0" w:line="276" w:lineRule="auto"/>
      <w:outlineLvl w:val="5"/>
    </w:pPr>
    <w:rPr>
      <w:rFonts w:ascii="Calibri" w:eastAsia="MS Gothic" w:hAnsi="Calibri" w:cs="Times New Roman"/>
      <w:i/>
      <w:iCs/>
      <w:color w:val="243F60"/>
      <w:lang w:val="en-US"/>
    </w:rPr>
  </w:style>
  <w:style w:type="paragraph" w:customStyle="1" w:styleId="71">
    <w:name w:val="Заголовок 71"/>
    <w:basedOn w:val="a1"/>
    <w:next w:val="a1"/>
    <w:uiPriority w:val="9"/>
    <w:semiHidden/>
    <w:unhideWhenUsed/>
    <w:qFormat/>
    <w:rsid w:val="00C50DF8"/>
    <w:pPr>
      <w:keepNext/>
      <w:keepLines/>
      <w:spacing w:before="200" w:after="0" w:line="276" w:lineRule="auto"/>
      <w:outlineLvl w:val="6"/>
    </w:pPr>
    <w:rPr>
      <w:rFonts w:ascii="Calibri" w:eastAsia="MS Gothic" w:hAnsi="Calibri" w:cs="Times New Roman"/>
      <w:i/>
      <w:iCs/>
      <w:color w:val="404040"/>
      <w:lang w:val="en-US"/>
    </w:rPr>
  </w:style>
  <w:style w:type="paragraph" w:customStyle="1" w:styleId="81">
    <w:name w:val="Заголовок 81"/>
    <w:basedOn w:val="a1"/>
    <w:next w:val="a1"/>
    <w:uiPriority w:val="9"/>
    <w:semiHidden/>
    <w:unhideWhenUsed/>
    <w:qFormat/>
    <w:rsid w:val="00C50DF8"/>
    <w:pPr>
      <w:keepNext/>
      <w:keepLines/>
      <w:spacing w:before="200" w:after="0" w:line="276" w:lineRule="auto"/>
      <w:outlineLvl w:val="7"/>
    </w:pPr>
    <w:rPr>
      <w:rFonts w:ascii="Calibri" w:eastAsia="MS Gothic" w:hAnsi="Calibri" w:cs="Times New Roman"/>
      <w:color w:val="4F81BD"/>
      <w:sz w:val="20"/>
      <w:szCs w:val="20"/>
      <w:lang w:val="en-US"/>
    </w:rPr>
  </w:style>
  <w:style w:type="paragraph" w:customStyle="1" w:styleId="91">
    <w:name w:val="Заголовок 91"/>
    <w:basedOn w:val="a1"/>
    <w:next w:val="a1"/>
    <w:uiPriority w:val="9"/>
    <w:semiHidden/>
    <w:unhideWhenUsed/>
    <w:qFormat/>
    <w:rsid w:val="00C50DF8"/>
    <w:pPr>
      <w:keepNext/>
      <w:keepLines/>
      <w:spacing w:before="200" w:after="0" w:line="276" w:lineRule="auto"/>
      <w:outlineLvl w:val="8"/>
    </w:pPr>
    <w:rPr>
      <w:rFonts w:ascii="Calibri" w:eastAsia="MS Gothic" w:hAnsi="Calibri" w:cs="Times New Roman"/>
      <w:i/>
      <w:iCs/>
      <w:color w:val="404040"/>
      <w:sz w:val="20"/>
      <w:szCs w:val="20"/>
      <w:lang w:val="en-US"/>
    </w:rPr>
  </w:style>
  <w:style w:type="numbering" w:customStyle="1" w:styleId="12">
    <w:name w:val="Нет списка1"/>
    <w:next w:val="a4"/>
    <w:uiPriority w:val="99"/>
    <w:semiHidden/>
    <w:unhideWhenUsed/>
    <w:rsid w:val="00C50DF8"/>
  </w:style>
  <w:style w:type="paragraph" w:styleId="a5">
    <w:name w:val="header"/>
    <w:basedOn w:val="a1"/>
    <w:link w:val="a6"/>
    <w:uiPriority w:val="99"/>
    <w:unhideWhenUsed/>
    <w:rsid w:val="00C50DF8"/>
    <w:pPr>
      <w:tabs>
        <w:tab w:val="center" w:pos="4680"/>
        <w:tab w:val="right" w:pos="9360"/>
      </w:tabs>
      <w:spacing w:after="0" w:line="240" w:lineRule="auto"/>
    </w:pPr>
    <w:rPr>
      <w:rFonts w:eastAsia="MS Mincho"/>
      <w:lang w:val="en-US"/>
    </w:rPr>
  </w:style>
  <w:style w:type="character" w:customStyle="1" w:styleId="a6">
    <w:name w:val="Верхний колонтитул Знак"/>
    <w:basedOn w:val="a2"/>
    <w:link w:val="a5"/>
    <w:uiPriority w:val="99"/>
    <w:rsid w:val="00C50DF8"/>
    <w:rPr>
      <w:rFonts w:eastAsia="MS Mincho"/>
      <w:lang w:val="en-US"/>
    </w:rPr>
  </w:style>
  <w:style w:type="paragraph" w:styleId="a7">
    <w:name w:val="footer"/>
    <w:basedOn w:val="a1"/>
    <w:link w:val="a8"/>
    <w:uiPriority w:val="99"/>
    <w:unhideWhenUsed/>
    <w:rsid w:val="00C50DF8"/>
    <w:pPr>
      <w:tabs>
        <w:tab w:val="center" w:pos="4680"/>
        <w:tab w:val="right" w:pos="9360"/>
      </w:tabs>
      <w:spacing w:after="0" w:line="240" w:lineRule="auto"/>
    </w:pPr>
    <w:rPr>
      <w:rFonts w:eastAsia="MS Mincho"/>
      <w:lang w:val="en-US"/>
    </w:rPr>
  </w:style>
  <w:style w:type="character" w:customStyle="1" w:styleId="a8">
    <w:name w:val="Нижний колонтитул Знак"/>
    <w:basedOn w:val="a2"/>
    <w:link w:val="a7"/>
    <w:uiPriority w:val="99"/>
    <w:rsid w:val="00C50DF8"/>
    <w:rPr>
      <w:rFonts w:eastAsia="MS Mincho"/>
      <w:lang w:val="en-US"/>
    </w:rPr>
  </w:style>
  <w:style w:type="paragraph" w:styleId="a9">
    <w:name w:val="No Spacing"/>
    <w:uiPriority w:val="1"/>
    <w:qFormat/>
    <w:rsid w:val="00C50DF8"/>
    <w:pPr>
      <w:spacing w:after="0" w:line="240" w:lineRule="auto"/>
    </w:pPr>
    <w:rPr>
      <w:rFonts w:eastAsia="MS Mincho"/>
      <w:lang w:val="en-US"/>
    </w:rPr>
  </w:style>
  <w:style w:type="paragraph" w:customStyle="1" w:styleId="13">
    <w:name w:val="Заголовок1"/>
    <w:basedOn w:val="a1"/>
    <w:next w:val="a1"/>
    <w:uiPriority w:val="10"/>
    <w:qFormat/>
    <w:rsid w:val="00C50DF8"/>
    <w:pPr>
      <w:pBdr>
        <w:bottom w:val="single" w:sz="8" w:space="4" w:color="4F81BD"/>
      </w:pBdr>
      <w:spacing w:after="300" w:line="240" w:lineRule="auto"/>
      <w:contextualSpacing/>
    </w:pPr>
    <w:rPr>
      <w:rFonts w:ascii="Calibri" w:eastAsia="MS Gothic" w:hAnsi="Calibri" w:cs="Times New Roman"/>
      <w:color w:val="17365D"/>
      <w:spacing w:val="5"/>
      <w:kern w:val="28"/>
      <w:sz w:val="52"/>
      <w:szCs w:val="52"/>
      <w:lang w:val="en-US"/>
    </w:rPr>
  </w:style>
  <w:style w:type="character" w:customStyle="1" w:styleId="aa">
    <w:name w:val="Название Знак"/>
    <w:basedOn w:val="a2"/>
    <w:link w:val="ab"/>
    <w:uiPriority w:val="10"/>
    <w:rsid w:val="00C50DF8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customStyle="1" w:styleId="14">
    <w:name w:val="Подзаголовок1"/>
    <w:basedOn w:val="a1"/>
    <w:next w:val="a1"/>
    <w:uiPriority w:val="11"/>
    <w:qFormat/>
    <w:rsid w:val="00C50DF8"/>
    <w:pPr>
      <w:numPr>
        <w:ilvl w:val="1"/>
      </w:numPr>
      <w:spacing w:after="200" w:line="276" w:lineRule="auto"/>
    </w:pPr>
    <w:rPr>
      <w:rFonts w:ascii="Calibri" w:eastAsia="MS Gothic" w:hAnsi="Calibri" w:cs="Times New Roman"/>
      <w:i/>
      <w:iCs/>
      <w:color w:val="4F81BD"/>
      <w:spacing w:val="15"/>
      <w:sz w:val="24"/>
      <w:szCs w:val="24"/>
      <w:lang w:val="en-US"/>
    </w:rPr>
  </w:style>
  <w:style w:type="character" w:customStyle="1" w:styleId="ac">
    <w:name w:val="Подзаголовок Знак"/>
    <w:basedOn w:val="a2"/>
    <w:link w:val="ad"/>
    <w:uiPriority w:val="11"/>
    <w:rsid w:val="00C50DF8"/>
    <w:rPr>
      <w:rFonts w:ascii="Calibri" w:eastAsia="MS Gothic" w:hAnsi="Calibri" w:cs="Times New Roman"/>
      <w:i/>
      <w:iCs/>
      <w:color w:val="4F81BD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C50DF8"/>
    <w:pPr>
      <w:spacing w:after="200" w:line="276" w:lineRule="auto"/>
      <w:ind w:left="720"/>
      <w:contextualSpacing/>
    </w:pPr>
    <w:rPr>
      <w:rFonts w:eastAsia="MS Mincho"/>
      <w:lang w:val="en-US"/>
    </w:rPr>
  </w:style>
  <w:style w:type="paragraph" w:styleId="af">
    <w:name w:val="Body Text"/>
    <w:basedOn w:val="a1"/>
    <w:link w:val="af0"/>
    <w:uiPriority w:val="99"/>
    <w:unhideWhenUsed/>
    <w:rsid w:val="00C50DF8"/>
    <w:pPr>
      <w:spacing w:after="120" w:line="276" w:lineRule="auto"/>
    </w:pPr>
    <w:rPr>
      <w:rFonts w:eastAsia="MS Mincho"/>
      <w:lang w:val="en-US"/>
    </w:rPr>
  </w:style>
  <w:style w:type="character" w:customStyle="1" w:styleId="af0">
    <w:name w:val="Основной текст Знак"/>
    <w:basedOn w:val="a2"/>
    <w:link w:val="af"/>
    <w:uiPriority w:val="99"/>
    <w:rsid w:val="00C50DF8"/>
    <w:rPr>
      <w:rFonts w:eastAsia="MS Mincho"/>
      <w:lang w:val="en-US"/>
    </w:rPr>
  </w:style>
  <w:style w:type="paragraph" w:styleId="23">
    <w:name w:val="Body Text 2"/>
    <w:basedOn w:val="a1"/>
    <w:link w:val="24"/>
    <w:uiPriority w:val="99"/>
    <w:unhideWhenUsed/>
    <w:rsid w:val="00C50DF8"/>
    <w:pPr>
      <w:spacing w:after="120" w:line="480" w:lineRule="auto"/>
    </w:pPr>
    <w:rPr>
      <w:rFonts w:eastAsia="MS Mincho"/>
      <w:lang w:val="en-US"/>
    </w:rPr>
  </w:style>
  <w:style w:type="character" w:customStyle="1" w:styleId="24">
    <w:name w:val="Основной текст 2 Знак"/>
    <w:basedOn w:val="a2"/>
    <w:link w:val="23"/>
    <w:uiPriority w:val="99"/>
    <w:rsid w:val="00C50DF8"/>
    <w:rPr>
      <w:rFonts w:eastAsia="MS Mincho"/>
      <w:lang w:val="en-US"/>
    </w:rPr>
  </w:style>
  <w:style w:type="paragraph" w:styleId="33">
    <w:name w:val="Body Text 3"/>
    <w:basedOn w:val="a1"/>
    <w:link w:val="34"/>
    <w:uiPriority w:val="99"/>
    <w:unhideWhenUsed/>
    <w:rsid w:val="00C50DF8"/>
    <w:pPr>
      <w:spacing w:after="120" w:line="276" w:lineRule="auto"/>
    </w:pPr>
    <w:rPr>
      <w:rFonts w:eastAsia="MS Mincho"/>
      <w:sz w:val="16"/>
      <w:szCs w:val="16"/>
      <w:lang w:val="en-US"/>
    </w:rPr>
  </w:style>
  <w:style w:type="character" w:customStyle="1" w:styleId="34">
    <w:name w:val="Основной текст 3 Знак"/>
    <w:basedOn w:val="a2"/>
    <w:link w:val="33"/>
    <w:uiPriority w:val="99"/>
    <w:rsid w:val="00C50DF8"/>
    <w:rPr>
      <w:rFonts w:eastAsia="MS Mincho"/>
      <w:sz w:val="16"/>
      <w:szCs w:val="16"/>
      <w:lang w:val="en-US"/>
    </w:rPr>
  </w:style>
  <w:style w:type="paragraph" w:styleId="af1">
    <w:name w:val="List"/>
    <w:basedOn w:val="a1"/>
    <w:uiPriority w:val="99"/>
    <w:unhideWhenUsed/>
    <w:rsid w:val="00C50DF8"/>
    <w:pPr>
      <w:spacing w:after="200" w:line="276" w:lineRule="auto"/>
      <w:ind w:left="360" w:hanging="360"/>
      <w:contextualSpacing/>
    </w:pPr>
    <w:rPr>
      <w:rFonts w:eastAsia="MS Mincho"/>
      <w:lang w:val="en-US"/>
    </w:rPr>
  </w:style>
  <w:style w:type="paragraph" w:styleId="25">
    <w:name w:val="List 2"/>
    <w:basedOn w:val="a1"/>
    <w:uiPriority w:val="99"/>
    <w:unhideWhenUsed/>
    <w:rsid w:val="00C50DF8"/>
    <w:pPr>
      <w:spacing w:after="200" w:line="276" w:lineRule="auto"/>
      <w:ind w:left="720" w:hanging="360"/>
      <w:contextualSpacing/>
    </w:pPr>
    <w:rPr>
      <w:rFonts w:eastAsia="MS Mincho"/>
      <w:lang w:val="en-US"/>
    </w:rPr>
  </w:style>
  <w:style w:type="paragraph" w:styleId="35">
    <w:name w:val="List 3"/>
    <w:basedOn w:val="a1"/>
    <w:uiPriority w:val="99"/>
    <w:unhideWhenUsed/>
    <w:rsid w:val="00C50DF8"/>
    <w:pPr>
      <w:spacing w:after="200" w:line="276" w:lineRule="auto"/>
      <w:ind w:left="1080" w:hanging="360"/>
      <w:contextualSpacing/>
    </w:pPr>
    <w:rPr>
      <w:rFonts w:eastAsia="MS Mincho"/>
      <w:lang w:val="en-US"/>
    </w:rPr>
  </w:style>
  <w:style w:type="paragraph" w:styleId="a0">
    <w:name w:val="List Bullet"/>
    <w:basedOn w:val="a1"/>
    <w:uiPriority w:val="99"/>
    <w:unhideWhenUsed/>
    <w:rsid w:val="00C50DF8"/>
    <w:pPr>
      <w:numPr>
        <w:numId w:val="1"/>
      </w:numPr>
      <w:spacing w:after="200" w:line="276" w:lineRule="auto"/>
      <w:contextualSpacing/>
    </w:pPr>
    <w:rPr>
      <w:rFonts w:eastAsia="MS Mincho"/>
      <w:lang w:val="en-US"/>
    </w:rPr>
  </w:style>
  <w:style w:type="paragraph" w:styleId="20">
    <w:name w:val="List Bullet 2"/>
    <w:basedOn w:val="a1"/>
    <w:uiPriority w:val="99"/>
    <w:unhideWhenUsed/>
    <w:rsid w:val="00C50DF8"/>
    <w:pPr>
      <w:numPr>
        <w:numId w:val="2"/>
      </w:numPr>
      <w:spacing w:after="200" w:line="276" w:lineRule="auto"/>
      <w:contextualSpacing/>
    </w:pPr>
    <w:rPr>
      <w:rFonts w:eastAsia="MS Mincho"/>
      <w:lang w:val="en-US"/>
    </w:rPr>
  </w:style>
  <w:style w:type="paragraph" w:styleId="30">
    <w:name w:val="List Bullet 3"/>
    <w:basedOn w:val="a1"/>
    <w:uiPriority w:val="99"/>
    <w:unhideWhenUsed/>
    <w:rsid w:val="00C50DF8"/>
    <w:pPr>
      <w:numPr>
        <w:numId w:val="3"/>
      </w:numPr>
      <w:spacing w:after="200" w:line="276" w:lineRule="auto"/>
      <w:contextualSpacing/>
    </w:pPr>
    <w:rPr>
      <w:rFonts w:eastAsia="MS Mincho"/>
      <w:lang w:val="en-US"/>
    </w:rPr>
  </w:style>
  <w:style w:type="paragraph" w:styleId="a">
    <w:name w:val="List Number"/>
    <w:basedOn w:val="a1"/>
    <w:uiPriority w:val="99"/>
    <w:unhideWhenUsed/>
    <w:rsid w:val="00C50DF8"/>
    <w:pPr>
      <w:numPr>
        <w:numId w:val="5"/>
      </w:numPr>
      <w:spacing w:after="200" w:line="276" w:lineRule="auto"/>
      <w:contextualSpacing/>
    </w:pPr>
    <w:rPr>
      <w:rFonts w:eastAsia="MS Mincho"/>
      <w:lang w:val="en-US"/>
    </w:rPr>
  </w:style>
  <w:style w:type="paragraph" w:styleId="2">
    <w:name w:val="List Number 2"/>
    <w:basedOn w:val="a1"/>
    <w:uiPriority w:val="99"/>
    <w:unhideWhenUsed/>
    <w:rsid w:val="00C50DF8"/>
    <w:pPr>
      <w:numPr>
        <w:numId w:val="6"/>
      </w:numPr>
      <w:spacing w:after="200" w:line="276" w:lineRule="auto"/>
      <w:contextualSpacing/>
    </w:pPr>
    <w:rPr>
      <w:rFonts w:eastAsia="MS Mincho"/>
      <w:lang w:val="en-US"/>
    </w:rPr>
  </w:style>
  <w:style w:type="paragraph" w:styleId="3">
    <w:name w:val="List Number 3"/>
    <w:basedOn w:val="a1"/>
    <w:uiPriority w:val="99"/>
    <w:unhideWhenUsed/>
    <w:rsid w:val="00C50DF8"/>
    <w:pPr>
      <w:numPr>
        <w:numId w:val="7"/>
      </w:numPr>
      <w:spacing w:after="200" w:line="276" w:lineRule="auto"/>
      <w:contextualSpacing/>
    </w:pPr>
    <w:rPr>
      <w:rFonts w:eastAsia="MS Mincho"/>
      <w:lang w:val="en-US"/>
    </w:rPr>
  </w:style>
  <w:style w:type="paragraph" w:styleId="af2">
    <w:name w:val="List Continue"/>
    <w:basedOn w:val="a1"/>
    <w:uiPriority w:val="99"/>
    <w:unhideWhenUsed/>
    <w:rsid w:val="00C50DF8"/>
    <w:pPr>
      <w:spacing w:after="120" w:line="276" w:lineRule="auto"/>
      <w:ind w:left="360"/>
      <w:contextualSpacing/>
    </w:pPr>
    <w:rPr>
      <w:rFonts w:eastAsia="MS Mincho"/>
      <w:lang w:val="en-US"/>
    </w:rPr>
  </w:style>
  <w:style w:type="paragraph" w:styleId="26">
    <w:name w:val="List Continue 2"/>
    <w:basedOn w:val="a1"/>
    <w:uiPriority w:val="99"/>
    <w:unhideWhenUsed/>
    <w:rsid w:val="00C50DF8"/>
    <w:pPr>
      <w:spacing w:after="120" w:line="276" w:lineRule="auto"/>
      <w:ind w:left="720"/>
      <w:contextualSpacing/>
    </w:pPr>
    <w:rPr>
      <w:rFonts w:eastAsia="MS Mincho"/>
      <w:lang w:val="en-US"/>
    </w:rPr>
  </w:style>
  <w:style w:type="paragraph" w:styleId="36">
    <w:name w:val="List Continue 3"/>
    <w:basedOn w:val="a1"/>
    <w:uiPriority w:val="99"/>
    <w:unhideWhenUsed/>
    <w:rsid w:val="00C50DF8"/>
    <w:pPr>
      <w:spacing w:after="120" w:line="276" w:lineRule="auto"/>
      <w:ind w:left="1080"/>
      <w:contextualSpacing/>
    </w:pPr>
    <w:rPr>
      <w:rFonts w:eastAsia="MS Mincho"/>
      <w:lang w:val="en-US"/>
    </w:rPr>
  </w:style>
  <w:style w:type="paragraph" w:styleId="af3">
    <w:name w:val="macro"/>
    <w:link w:val="af4"/>
    <w:uiPriority w:val="99"/>
    <w:unhideWhenUsed/>
    <w:rsid w:val="00C50DF8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eastAsia="MS Mincho" w:hAnsi="Courier"/>
      <w:sz w:val="20"/>
      <w:szCs w:val="20"/>
      <w:lang w:val="en-US"/>
    </w:rPr>
  </w:style>
  <w:style w:type="character" w:customStyle="1" w:styleId="af4">
    <w:name w:val="Текст макроса Знак"/>
    <w:basedOn w:val="a2"/>
    <w:link w:val="af3"/>
    <w:uiPriority w:val="99"/>
    <w:rsid w:val="00C50DF8"/>
    <w:rPr>
      <w:rFonts w:ascii="Courier" w:eastAsia="MS Mincho" w:hAnsi="Courier"/>
      <w:sz w:val="20"/>
      <w:szCs w:val="20"/>
      <w:lang w:val="en-US"/>
    </w:rPr>
  </w:style>
  <w:style w:type="paragraph" w:customStyle="1" w:styleId="211">
    <w:name w:val="Цитата 21"/>
    <w:basedOn w:val="a1"/>
    <w:next w:val="a1"/>
    <w:uiPriority w:val="29"/>
    <w:qFormat/>
    <w:rsid w:val="00C50DF8"/>
    <w:pPr>
      <w:spacing w:after="200" w:line="276" w:lineRule="auto"/>
    </w:pPr>
    <w:rPr>
      <w:rFonts w:eastAsia="MS Mincho"/>
      <w:i/>
      <w:iCs/>
      <w:color w:val="000000"/>
      <w:lang w:val="en-US"/>
    </w:rPr>
  </w:style>
  <w:style w:type="character" w:customStyle="1" w:styleId="27">
    <w:name w:val="Цитата 2 Знак"/>
    <w:basedOn w:val="a2"/>
    <w:link w:val="28"/>
    <w:uiPriority w:val="29"/>
    <w:rsid w:val="00C50DF8"/>
    <w:rPr>
      <w:i/>
      <w:iCs/>
      <w:color w:val="000000"/>
    </w:rPr>
  </w:style>
  <w:style w:type="paragraph" w:customStyle="1" w:styleId="15">
    <w:name w:val="Название объекта1"/>
    <w:basedOn w:val="a1"/>
    <w:next w:val="a1"/>
    <w:uiPriority w:val="35"/>
    <w:semiHidden/>
    <w:unhideWhenUsed/>
    <w:qFormat/>
    <w:rsid w:val="00C50DF8"/>
    <w:pPr>
      <w:spacing w:after="200" w:line="240" w:lineRule="auto"/>
    </w:pPr>
    <w:rPr>
      <w:rFonts w:eastAsia="MS Mincho"/>
      <w:b/>
      <w:bCs/>
      <w:color w:val="4F81BD"/>
      <w:sz w:val="18"/>
      <w:szCs w:val="18"/>
      <w:lang w:val="en-US"/>
    </w:rPr>
  </w:style>
  <w:style w:type="character" w:styleId="af5">
    <w:name w:val="Strong"/>
    <w:basedOn w:val="a2"/>
    <w:uiPriority w:val="22"/>
    <w:qFormat/>
    <w:rsid w:val="00C50DF8"/>
    <w:rPr>
      <w:b/>
      <w:bCs/>
    </w:rPr>
  </w:style>
  <w:style w:type="character" w:styleId="af6">
    <w:name w:val="Emphasis"/>
    <w:basedOn w:val="a2"/>
    <w:uiPriority w:val="20"/>
    <w:qFormat/>
    <w:rsid w:val="00C50DF8"/>
    <w:rPr>
      <w:i/>
      <w:iCs/>
    </w:rPr>
  </w:style>
  <w:style w:type="paragraph" w:customStyle="1" w:styleId="16">
    <w:name w:val="Выделенная цитата1"/>
    <w:basedOn w:val="a1"/>
    <w:next w:val="a1"/>
    <w:uiPriority w:val="30"/>
    <w:qFormat/>
    <w:rsid w:val="00C50DF8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eastAsia="MS Mincho"/>
      <w:b/>
      <w:bCs/>
      <w:i/>
      <w:iCs/>
      <w:color w:val="4F81BD"/>
      <w:lang w:val="en-US"/>
    </w:rPr>
  </w:style>
  <w:style w:type="character" w:customStyle="1" w:styleId="af7">
    <w:name w:val="Выделенная цитата Знак"/>
    <w:basedOn w:val="a2"/>
    <w:link w:val="af8"/>
    <w:uiPriority w:val="30"/>
    <w:rsid w:val="00C50DF8"/>
    <w:rPr>
      <w:b/>
      <w:bCs/>
      <w:i/>
      <w:iCs/>
      <w:color w:val="4F81BD"/>
    </w:rPr>
  </w:style>
  <w:style w:type="character" w:customStyle="1" w:styleId="17">
    <w:name w:val="Слабое выделение1"/>
    <w:basedOn w:val="a2"/>
    <w:uiPriority w:val="19"/>
    <w:qFormat/>
    <w:rsid w:val="00C50DF8"/>
    <w:rPr>
      <w:i/>
      <w:iCs/>
      <w:color w:val="808080"/>
    </w:rPr>
  </w:style>
  <w:style w:type="character" w:customStyle="1" w:styleId="18">
    <w:name w:val="Сильное выделение1"/>
    <w:basedOn w:val="a2"/>
    <w:uiPriority w:val="21"/>
    <w:qFormat/>
    <w:rsid w:val="00C50DF8"/>
    <w:rPr>
      <w:b/>
      <w:bCs/>
      <w:i/>
      <w:iCs/>
      <w:color w:val="4F81BD"/>
    </w:rPr>
  </w:style>
  <w:style w:type="character" w:customStyle="1" w:styleId="19">
    <w:name w:val="Слабая ссылка1"/>
    <w:basedOn w:val="a2"/>
    <w:uiPriority w:val="31"/>
    <w:qFormat/>
    <w:rsid w:val="00C50DF8"/>
    <w:rPr>
      <w:smallCaps/>
      <w:color w:val="C0504D"/>
      <w:u w:val="single"/>
    </w:rPr>
  </w:style>
  <w:style w:type="character" w:customStyle="1" w:styleId="1a">
    <w:name w:val="Сильная ссылка1"/>
    <w:basedOn w:val="a2"/>
    <w:uiPriority w:val="32"/>
    <w:qFormat/>
    <w:rsid w:val="00C50DF8"/>
    <w:rPr>
      <w:b/>
      <w:bCs/>
      <w:smallCaps/>
      <w:color w:val="C0504D"/>
      <w:spacing w:val="5"/>
      <w:u w:val="single"/>
    </w:rPr>
  </w:style>
  <w:style w:type="character" w:styleId="af9">
    <w:name w:val="Book Title"/>
    <w:basedOn w:val="a2"/>
    <w:uiPriority w:val="33"/>
    <w:qFormat/>
    <w:rsid w:val="00C50DF8"/>
    <w:rPr>
      <w:b/>
      <w:bCs/>
      <w:smallCaps/>
      <w:spacing w:val="5"/>
    </w:rPr>
  </w:style>
  <w:style w:type="character" w:customStyle="1" w:styleId="11">
    <w:name w:val="Заголовок 1 Знак1"/>
    <w:basedOn w:val="a2"/>
    <w:link w:val="1"/>
    <w:uiPriority w:val="9"/>
    <w:rsid w:val="00C50DF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TOC Heading"/>
    <w:basedOn w:val="1"/>
    <w:next w:val="a1"/>
    <w:uiPriority w:val="39"/>
    <w:semiHidden/>
    <w:unhideWhenUsed/>
    <w:qFormat/>
    <w:rsid w:val="00C50DF8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table" w:styleId="afb">
    <w:name w:val="Table Grid"/>
    <w:basedOn w:val="a3"/>
    <w:rsid w:val="00C50DF8"/>
    <w:pPr>
      <w:spacing w:after="0" w:line="240" w:lineRule="auto"/>
    </w:pPr>
    <w:rPr>
      <w:rFonts w:eastAsia="MS Minch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b">
    <w:name w:val="Светлая заливка1"/>
    <w:basedOn w:val="a3"/>
    <w:next w:val="afc"/>
    <w:uiPriority w:val="60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3"/>
    <w:next w:val="-1"/>
    <w:uiPriority w:val="60"/>
    <w:rsid w:val="00C50DF8"/>
    <w:pPr>
      <w:spacing w:after="0" w:line="240" w:lineRule="auto"/>
    </w:pPr>
    <w:rPr>
      <w:rFonts w:eastAsia="MS Mincho"/>
      <w:color w:val="365F91"/>
      <w:lang w:val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">
    <w:name w:val="Светлая заливка - Акцент 21"/>
    <w:basedOn w:val="a3"/>
    <w:next w:val="-2"/>
    <w:uiPriority w:val="60"/>
    <w:rsid w:val="00C50DF8"/>
    <w:pPr>
      <w:spacing w:after="0" w:line="240" w:lineRule="auto"/>
    </w:pPr>
    <w:rPr>
      <w:rFonts w:eastAsia="MS Mincho"/>
      <w:color w:val="943634"/>
      <w:lang w:val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31">
    <w:name w:val="Светлая заливка - Акцент 31"/>
    <w:basedOn w:val="a3"/>
    <w:next w:val="-3"/>
    <w:uiPriority w:val="60"/>
    <w:rsid w:val="00C50DF8"/>
    <w:pPr>
      <w:spacing w:after="0" w:line="240" w:lineRule="auto"/>
    </w:pPr>
    <w:rPr>
      <w:rFonts w:eastAsia="MS Mincho"/>
      <w:color w:val="76923C"/>
      <w:lang w:val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41">
    <w:name w:val="Светлая заливка - Акцент 41"/>
    <w:basedOn w:val="a3"/>
    <w:next w:val="-4"/>
    <w:uiPriority w:val="60"/>
    <w:rsid w:val="00C50DF8"/>
    <w:pPr>
      <w:spacing w:after="0" w:line="240" w:lineRule="auto"/>
    </w:pPr>
    <w:rPr>
      <w:rFonts w:eastAsia="MS Mincho"/>
      <w:color w:val="5F497A"/>
      <w:lang w:val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-51">
    <w:name w:val="Светлая заливка - Акцент 51"/>
    <w:basedOn w:val="a3"/>
    <w:next w:val="-5"/>
    <w:uiPriority w:val="60"/>
    <w:rsid w:val="00C50DF8"/>
    <w:pPr>
      <w:spacing w:after="0" w:line="240" w:lineRule="auto"/>
    </w:pPr>
    <w:rPr>
      <w:rFonts w:eastAsia="MS Mincho"/>
      <w:color w:val="31849B"/>
      <w:lang w:val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61">
    <w:name w:val="Светлая заливка - Акцент 61"/>
    <w:basedOn w:val="a3"/>
    <w:next w:val="-6"/>
    <w:uiPriority w:val="60"/>
    <w:rsid w:val="00C50DF8"/>
    <w:pPr>
      <w:spacing w:after="0" w:line="240" w:lineRule="auto"/>
    </w:pPr>
    <w:rPr>
      <w:rFonts w:eastAsia="MS Mincho"/>
      <w:color w:val="E36C0A"/>
      <w:lang w:val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c">
    <w:name w:val="Светлый список1"/>
    <w:basedOn w:val="a3"/>
    <w:next w:val="afd"/>
    <w:uiPriority w:val="61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3"/>
    <w:next w:val="-10"/>
    <w:uiPriority w:val="61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0">
    <w:name w:val="Светлый список - Акцент 21"/>
    <w:basedOn w:val="a3"/>
    <w:next w:val="-20"/>
    <w:uiPriority w:val="61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0">
    <w:name w:val="Светлый список - Акцент 31"/>
    <w:basedOn w:val="a3"/>
    <w:next w:val="-30"/>
    <w:uiPriority w:val="61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410">
    <w:name w:val="Светлый список - Акцент 41"/>
    <w:basedOn w:val="a3"/>
    <w:next w:val="-40"/>
    <w:uiPriority w:val="61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-510">
    <w:name w:val="Светлый список - Акцент 51"/>
    <w:basedOn w:val="a3"/>
    <w:next w:val="-50"/>
    <w:uiPriority w:val="61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-610">
    <w:name w:val="Светлый список - Акцент 61"/>
    <w:basedOn w:val="a3"/>
    <w:next w:val="-60"/>
    <w:uiPriority w:val="61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1d">
    <w:name w:val="Светлая сетка1"/>
    <w:basedOn w:val="a3"/>
    <w:next w:val="afe"/>
    <w:uiPriority w:val="62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-111">
    <w:name w:val="Светлая сетка - Акцент 11"/>
    <w:basedOn w:val="a3"/>
    <w:next w:val="-12"/>
    <w:uiPriority w:val="62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211">
    <w:name w:val="Светлая сетка - Акцент 21"/>
    <w:basedOn w:val="a3"/>
    <w:next w:val="-22"/>
    <w:uiPriority w:val="62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311">
    <w:name w:val="Светлая сетка - Акцент 31"/>
    <w:basedOn w:val="a3"/>
    <w:next w:val="-32"/>
    <w:uiPriority w:val="62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411">
    <w:name w:val="Светлая сетка - Акцент 41"/>
    <w:basedOn w:val="a3"/>
    <w:next w:val="-42"/>
    <w:uiPriority w:val="62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-511">
    <w:name w:val="Светлая сетка - Акцент 51"/>
    <w:basedOn w:val="a3"/>
    <w:next w:val="-52"/>
    <w:uiPriority w:val="62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-611">
    <w:name w:val="Светлая сетка - Акцент 61"/>
    <w:basedOn w:val="a3"/>
    <w:next w:val="-62"/>
    <w:uiPriority w:val="62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111">
    <w:name w:val="Средняя заливка 11"/>
    <w:basedOn w:val="a3"/>
    <w:next w:val="1e"/>
    <w:uiPriority w:val="63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3"/>
    <w:next w:val="1-1"/>
    <w:uiPriority w:val="63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21">
    <w:name w:val="Средняя заливка 1 - Акцент 21"/>
    <w:basedOn w:val="a3"/>
    <w:next w:val="1-2"/>
    <w:uiPriority w:val="63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31">
    <w:name w:val="Средняя заливка 1 - Акцент 31"/>
    <w:basedOn w:val="a3"/>
    <w:next w:val="1-3"/>
    <w:uiPriority w:val="63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41">
    <w:name w:val="Средняя заливка 1 - Акцент 41"/>
    <w:basedOn w:val="a3"/>
    <w:next w:val="1-4"/>
    <w:uiPriority w:val="63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51">
    <w:name w:val="Средняя заливка 1 - Акцент 51"/>
    <w:basedOn w:val="a3"/>
    <w:next w:val="1-5"/>
    <w:uiPriority w:val="63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61">
    <w:name w:val="Средняя заливка 1 - Акцент 61"/>
    <w:basedOn w:val="a3"/>
    <w:next w:val="1-6"/>
    <w:uiPriority w:val="63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2">
    <w:name w:val="Средняя заливка 21"/>
    <w:basedOn w:val="a3"/>
    <w:next w:val="29"/>
    <w:uiPriority w:val="64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3"/>
    <w:next w:val="2-1"/>
    <w:uiPriority w:val="64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21">
    <w:name w:val="Средняя заливка 2 - Акцент 21"/>
    <w:basedOn w:val="a3"/>
    <w:next w:val="2-2"/>
    <w:uiPriority w:val="64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1">
    <w:name w:val="Средняя заливка 2 - Акцент 31"/>
    <w:basedOn w:val="a3"/>
    <w:next w:val="2-3"/>
    <w:uiPriority w:val="64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41">
    <w:name w:val="Средняя заливка 2 - Акцент 41"/>
    <w:basedOn w:val="a3"/>
    <w:next w:val="2-4"/>
    <w:uiPriority w:val="64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51">
    <w:name w:val="Средняя заливка 2 - Акцент 51"/>
    <w:basedOn w:val="a3"/>
    <w:next w:val="2-5"/>
    <w:uiPriority w:val="64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61">
    <w:name w:val="Средняя заливка 2 - Акцент 61"/>
    <w:basedOn w:val="a3"/>
    <w:next w:val="2-6"/>
    <w:uiPriority w:val="64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2">
    <w:name w:val="Средний список 11"/>
    <w:basedOn w:val="a3"/>
    <w:next w:val="1f"/>
    <w:uiPriority w:val="65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0">
    <w:name w:val="Средний список 1 - Акцент 11"/>
    <w:basedOn w:val="a3"/>
    <w:next w:val="1-10"/>
    <w:uiPriority w:val="65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-210">
    <w:name w:val="Средний список 1 - Акцент 21"/>
    <w:basedOn w:val="a3"/>
    <w:next w:val="1-20"/>
    <w:uiPriority w:val="65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customStyle="1" w:styleId="1-310">
    <w:name w:val="Средний список 1 - Акцент 31"/>
    <w:basedOn w:val="a3"/>
    <w:next w:val="1-30"/>
    <w:uiPriority w:val="65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customStyle="1" w:styleId="1-410">
    <w:name w:val="Средний список 1 - Акцент 41"/>
    <w:basedOn w:val="a3"/>
    <w:next w:val="1-40"/>
    <w:uiPriority w:val="65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customStyle="1" w:styleId="1-510">
    <w:name w:val="Средний список 1 - Акцент 51"/>
    <w:basedOn w:val="a3"/>
    <w:next w:val="1-50"/>
    <w:uiPriority w:val="65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1-610">
    <w:name w:val="Средний список 1 - Акцент 61"/>
    <w:basedOn w:val="a3"/>
    <w:next w:val="1-60"/>
    <w:uiPriority w:val="65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213">
    <w:name w:val="Средний список 21"/>
    <w:basedOn w:val="a3"/>
    <w:next w:val="2a"/>
    <w:uiPriority w:val="66"/>
    <w:rsid w:val="00C50DF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110">
    <w:name w:val="Средний список 2 - Акцент 11"/>
    <w:basedOn w:val="a3"/>
    <w:next w:val="2-10"/>
    <w:uiPriority w:val="66"/>
    <w:rsid w:val="00C50DF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210">
    <w:name w:val="Средний список 2 - Акцент 21"/>
    <w:basedOn w:val="a3"/>
    <w:next w:val="2-20"/>
    <w:uiPriority w:val="66"/>
    <w:rsid w:val="00C50DF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310">
    <w:name w:val="Средний список 2 - Акцент 31"/>
    <w:basedOn w:val="a3"/>
    <w:next w:val="2-30"/>
    <w:uiPriority w:val="66"/>
    <w:rsid w:val="00C50DF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410">
    <w:name w:val="Средний список 2 - Акцент 41"/>
    <w:basedOn w:val="a3"/>
    <w:next w:val="2-40"/>
    <w:uiPriority w:val="66"/>
    <w:rsid w:val="00C50DF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510">
    <w:name w:val="Средний список 2 - Акцент 51"/>
    <w:basedOn w:val="a3"/>
    <w:next w:val="2-50"/>
    <w:uiPriority w:val="66"/>
    <w:rsid w:val="00C50DF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610">
    <w:name w:val="Средний список 2 - Акцент 61"/>
    <w:basedOn w:val="a3"/>
    <w:next w:val="2-60"/>
    <w:uiPriority w:val="66"/>
    <w:rsid w:val="00C50DF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3">
    <w:name w:val="Средняя сетка 11"/>
    <w:basedOn w:val="a3"/>
    <w:next w:val="1f0"/>
    <w:uiPriority w:val="67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1-111">
    <w:name w:val="Средняя сетка 1 - Акцент 11"/>
    <w:basedOn w:val="a3"/>
    <w:next w:val="1-12"/>
    <w:uiPriority w:val="67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1-211">
    <w:name w:val="Средняя сетка 1 - Акцент 21"/>
    <w:basedOn w:val="a3"/>
    <w:next w:val="1-22"/>
    <w:uiPriority w:val="67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1-311">
    <w:name w:val="Средняя сетка 1 - Акцент 31"/>
    <w:basedOn w:val="a3"/>
    <w:next w:val="1-32"/>
    <w:uiPriority w:val="67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1-411">
    <w:name w:val="Средняя сетка 1 - Акцент 41"/>
    <w:basedOn w:val="a3"/>
    <w:next w:val="1-42"/>
    <w:uiPriority w:val="67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1-511">
    <w:name w:val="Средняя сетка 1 - Акцент 51"/>
    <w:basedOn w:val="a3"/>
    <w:next w:val="1-52"/>
    <w:uiPriority w:val="67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1-611">
    <w:name w:val="Средняя сетка 1 - Акцент 61"/>
    <w:basedOn w:val="a3"/>
    <w:next w:val="1-62"/>
    <w:uiPriority w:val="67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214">
    <w:name w:val="Средняя сетка 21"/>
    <w:basedOn w:val="a3"/>
    <w:next w:val="2b"/>
    <w:uiPriority w:val="68"/>
    <w:rsid w:val="00C50DF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2-111">
    <w:name w:val="Средняя сетка 2 - Акцент 11"/>
    <w:basedOn w:val="a3"/>
    <w:next w:val="2-12"/>
    <w:uiPriority w:val="68"/>
    <w:rsid w:val="00C50DF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2-211">
    <w:name w:val="Средняя сетка 2 - Акцент 21"/>
    <w:basedOn w:val="a3"/>
    <w:next w:val="2-22"/>
    <w:uiPriority w:val="68"/>
    <w:rsid w:val="00C50DF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customStyle="1" w:styleId="2-311">
    <w:name w:val="Средняя сетка 2 - Акцент 31"/>
    <w:basedOn w:val="a3"/>
    <w:next w:val="2-32"/>
    <w:uiPriority w:val="68"/>
    <w:rsid w:val="00C50DF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2-411">
    <w:name w:val="Средняя сетка 2 - Акцент 41"/>
    <w:basedOn w:val="a3"/>
    <w:next w:val="2-42"/>
    <w:uiPriority w:val="68"/>
    <w:rsid w:val="00C50DF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customStyle="1" w:styleId="2-511">
    <w:name w:val="Средняя сетка 2 - Акцент 51"/>
    <w:basedOn w:val="a3"/>
    <w:next w:val="2-52"/>
    <w:uiPriority w:val="68"/>
    <w:rsid w:val="00C50DF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customStyle="1" w:styleId="2-611">
    <w:name w:val="Средняя сетка 2 - Акцент 61"/>
    <w:basedOn w:val="a3"/>
    <w:next w:val="2-62"/>
    <w:uiPriority w:val="68"/>
    <w:rsid w:val="00C50DF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311">
    <w:name w:val="Средняя сетка 31"/>
    <w:basedOn w:val="a3"/>
    <w:next w:val="37"/>
    <w:uiPriority w:val="69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3-11">
    <w:name w:val="Средняя сетка 3 - Акцент 11"/>
    <w:basedOn w:val="a3"/>
    <w:next w:val="3-1"/>
    <w:uiPriority w:val="69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3-21">
    <w:name w:val="Средняя сетка 3 - Акцент 21"/>
    <w:basedOn w:val="a3"/>
    <w:next w:val="3-2"/>
    <w:uiPriority w:val="69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3-31">
    <w:name w:val="Средняя сетка 3 - Акцент 31"/>
    <w:basedOn w:val="a3"/>
    <w:next w:val="3-3"/>
    <w:uiPriority w:val="69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3-41">
    <w:name w:val="Средняя сетка 3 - Акцент 41"/>
    <w:basedOn w:val="a3"/>
    <w:next w:val="3-4"/>
    <w:uiPriority w:val="69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customStyle="1" w:styleId="3-51">
    <w:name w:val="Средняя сетка 3 - Акцент 51"/>
    <w:basedOn w:val="a3"/>
    <w:next w:val="3-5"/>
    <w:uiPriority w:val="69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3-61">
    <w:name w:val="Средняя сетка 3 - Акцент 61"/>
    <w:basedOn w:val="a3"/>
    <w:next w:val="3-6"/>
    <w:uiPriority w:val="69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1f1">
    <w:name w:val="Темный список1"/>
    <w:basedOn w:val="a3"/>
    <w:next w:val="aff"/>
    <w:uiPriority w:val="70"/>
    <w:rsid w:val="00C50DF8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-112">
    <w:name w:val="Темный список - Акцент 11"/>
    <w:basedOn w:val="a3"/>
    <w:next w:val="-13"/>
    <w:uiPriority w:val="70"/>
    <w:rsid w:val="00C50DF8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customStyle="1" w:styleId="-212">
    <w:name w:val="Темный список - Акцент 21"/>
    <w:basedOn w:val="a3"/>
    <w:next w:val="-23"/>
    <w:uiPriority w:val="70"/>
    <w:rsid w:val="00C50DF8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customStyle="1" w:styleId="-312">
    <w:name w:val="Темный список - Акцент 31"/>
    <w:basedOn w:val="a3"/>
    <w:next w:val="-33"/>
    <w:uiPriority w:val="70"/>
    <w:rsid w:val="00C50DF8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customStyle="1" w:styleId="-412">
    <w:name w:val="Темный список - Акцент 41"/>
    <w:basedOn w:val="a3"/>
    <w:next w:val="-43"/>
    <w:uiPriority w:val="70"/>
    <w:rsid w:val="00C50DF8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customStyle="1" w:styleId="-512">
    <w:name w:val="Темный список - Акцент 51"/>
    <w:basedOn w:val="a3"/>
    <w:next w:val="-53"/>
    <w:uiPriority w:val="70"/>
    <w:rsid w:val="00C50DF8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-612">
    <w:name w:val="Темный список - Акцент 61"/>
    <w:basedOn w:val="a3"/>
    <w:next w:val="-63"/>
    <w:uiPriority w:val="70"/>
    <w:rsid w:val="00C50DF8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customStyle="1" w:styleId="1f2">
    <w:name w:val="Цветная заливка1"/>
    <w:basedOn w:val="a3"/>
    <w:next w:val="aff0"/>
    <w:uiPriority w:val="71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113">
    <w:name w:val="Цветная заливка - Акцент 11"/>
    <w:basedOn w:val="a3"/>
    <w:next w:val="-14"/>
    <w:uiPriority w:val="71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213">
    <w:name w:val="Цветная заливка - Акцент 21"/>
    <w:basedOn w:val="a3"/>
    <w:next w:val="-24"/>
    <w:uiPriority w:val="71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313">
    <w:name w:val="Цветная заливка - Акцент 31"/>
    <w:basedOn w:val="a3"/>
    <w:next w:val="-34"/>
    <w:uiPriority w:val="71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customStyle="1" w:styleId="-413">
    <w:name w:val="Цветная заливка - Акцент 41"/>
    <w:basedOn w:val="a3"/>
    <w:next w:val="-44"/>
    <w:uiPriority w:val="71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513">
    <w:name w:val="Цветная заливка - Акцент 51"/>
    <w:basedOn w:val="a3"/>
    <w:next w:val="-54"/>
    <w:uiPriority w:val="71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613">
    <w:name w:val="Цветная заливка - Акцент 61"/>
    <w:basedOn w:val="a3"/>
    <w:next w:val="-64"/>
    <w:uiPriority w:val="71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f3">
    <w:name w:val="Цветной список1"/>
    <w:basedOn w:val="a3"/>
    <w:next w:val="aff1"/>
    <w:uiPriority w:val="72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-114">
    <w:name w:val="Цветной список - Акцент 11"/>
    <w:basedOn w:val="a3"/>
    <w:next w:val="-15"/>
    <w:uiPriority w:val="72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-214">
    <w:name w:val="Цветной список - Акцент 21"/>
    <w:basedOn w:val="a3"/>
    <w:next w:val="-25"/>
    <w:uiPriority w:val="72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customStyle="1" w:styleId="-314">
    <w:name w:val="Цветной список - Акцент 31"/>
    <w:basedOn w:val="a3"/>
    <w:next w:val="-35"/>
    <w:uiPriority w:val="72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customStyle="1" w:styleId="-414">
    <w:name w:val="Цветной список - Акцент 41"/>
    <w:basedOn w:val="a3"/>
    <w:next w:val="-45"/>
    <w:uiPriority w:val="72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customStyle="1" w:styleId="-514">
    <w:name w:val="Цветной список - Акцент 51"/>
    <w:basedOn w:val="a3"/>
    <w:next w:val="-55"/>
    <w:uiPriority w:val="72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customStyle="1" w:styleId="-614">
    <w:name w:val="Цветной список - Акцент 61"/>
    <w:basedOn w:val="a3"/>
    <w:next w:val="-65"/>
    <w:uiPriority w:val="72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1f4">
    <w:name w:val="Цветная сетка1"/>
    <w:basedOn w:val="a3"/>
    <w:next w:val="aff2"/>
    <w:uiPriority w:val="73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-115">
    <w:name w:val="Цветная сетка - Акцент 11"/>
    <w:basedOn w:val="a3"/>
    <w:next w:val="-16"/>
    <w:uiPriority w:val="73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-215">
    <w:name w:val="Цветная сетка - Акцент 21"/>
    <w:basedOn w:val="a3"/>
    <w:next w:val="-26"/>
    <w:uiPriority w:val="73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-315">
    <w:name w:val="Цветная сетка - Акцент 31"/>
    <w:basedOn w:val="a3"/>
    <w:next w:val="-36"/>
    <w:uiPriority w:val="73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415">
    <w:name w:val="Цветная сетка - Акцент 41"/>
    <w:basedOn w:val="a3"/>
    <w:next w:val="-46"/>
    <w:uiPriority w:val="73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-515">
    <w:name w:val="Цветная сетка - Акцент 51"/>
    <w:basedOn w:val="a3"/>
    <w:next w:val="-56"/>
    <w:uiPriority w:val="73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-615">
    <w:name w:val="Цветная сетка - Акцент 61"/>
    <w:basedOn w:val="a3"/>
    <w:next w:val="-66"/>
    <w:uiPriority w:val="73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character" w:customStyle="1" w:styleId="215">
    <w:name w:val="Заголовок 2 Знак1"/>
    <w:basedOn w:val="a2"/>
    <w:uiPriority w:val="9"/>
    <w:semiHidden/>
    <w:rsid w:val="00C50DF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2">
    <w:name w:val="Заголовок 3 Знак1"/>
    <w:basedOn w:val="a2"/>
    <w:uiPriority w:val="9"/>
    <w:semiHidden/>
    <w:rsid w:val="00C50DF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Title"/>
    <w:basedOn w:val="a1"/>
    <w:next w:val="a1"/>
    <w:link w:val="aa"/>
    <w:uiPriority w:val="10"/>
    <w:qFormat/>
    <w:rsid w:val="00C50DF8"/>
    <w:pPr>
      <w:spacing w:after="0" w:line="240" w:lineRule="auto"/>
      <w:contextualSpacing/>
    </w:pPr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character" w:customStyle="1" w:styleId="1f5">
    <w:name w:val="Заголовок Знак1"/>
    <w:basedOn w:val="a2"/>
    <w:uiPriority w:val="10"/>
    <w:rsid w:val="00C50D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d">
    <w:name w:val="Subtitle"/>
    <w:basedOn w:val="a1"/>
    <w:next w:val="a1"/>
    <w:link w:val="ac"/>
    <w:uiPriority w:val="11"/>
    <w:qFormat/>
    <w:rsid w:val="00C50DF8"/>
    <w:pPr>
      <w:numPr>
        <w:ilvl w:val="1"/>
      </w:numPr>
    </w:pPr>
    <w:rPr>
      <w:rFonts w:ascii="Calibri" w:eastAsia="MS Gothic" w:hAnsi="Calibri" w:cs="Times New Roman"/>
      <w:i/>
      <w:iCs/>
      <w:color w:val="4F81BD"/>
      <w:spacing w:val="15"/>
      <w:sz w:val="24"/>
      <w:szCs w:val="24"/>
    </w:rPr>
  </w:style>
  <w:style w:type="character" w:customStyle="1" w:styleId="1f6">
    <w:name w:val="Подзаголовок Знак1"/>
    <w:basedOn w:val="a2"/>
    <w:uiPriority w:val="11"/>
    <w:rsid w:val="00C50DF8"/>
    <w:rPr>
      <w:rFonts w:eastAsiaTheme="minorEastAsia"/>
      <w:color w:val="5A5A5A" w:themeColor="text1" w:themeTint="A5"/>
      <w:spacing w:val="15"/>
    </w:rPr>
  </w:style>
  <w:style w:type="paragraph" w:styleId="28">
    <w:name w:val="Quote"/>
    <w:basedOn w:val="a1"/>
    <w:next w:val="a1"/>
    <w:link w:val="27"/>
    <w:uiPriority w:val="29"/>
    <w:qFormat/>
    <w:rsid w:val="00C50DF8"/>
    <w:pPr>
      <w:spacing w:before="200"/>
      <w:ind w:left="864" w:right="864"/>
      <w:jc w:val="center"/>
    </w:pPr>
    <w:rPr>
      <w:i/>
      <w:iCs/>
      <w:color w:val="000000"/>
    </w:rPr>
  </w:style>
  <w:style w:type="character" w:customStyle="1" w:styleId="216">
    <w:name w:val="Цитата 2 Знак1"/>
    <w:basedOn w:val="a2"/>
    <w:uiPriority w:val="29"/>
    <w:rsid w:val="00C50DF8"/>
    <w:rPr>
      <w:i/>
      <w:iCs/>
      <w:color w:val="404040" w:themeColor="text1" w:themeTint="BF"/>
    </w:rPr>
  </w:style>
  <w:style w:type="character" w:customStyle="1" w:styleId="410">
    <w:name w:val="Заголовок 4 Знак1"/>
    <w:basedOn w:val="a2"/>
    <w:uiPriority w:val="9"/>
    <w:semiHidden/>
    <w:rsid w:val="00C50DF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10">
    <w:name w:val="Заголовок 5 Знак1"/>
    <w:basedOn w:val="a2"/>
    <w:uiPriority w:val="9"/>
    <w:semiHidden/>
    <w:rsid w:val="00C50DF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10">
    <w:name w:val="Заголовок 6 Знак1"/>
    <w:basedOn w:val="a2"/>
    <w:uiPriority w:val="9"/>
    <w:semiHidden/>
    <w:rsid w:val="00C50DF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10">
    <w:name w:val="Заголовок 7 Знак1"/>
    <w:basedOn w:val="a2"/>
    <w:uiPriority w:val="9"/>
    <w:semiHidden/>
    <w:rsid w:val="00C50DF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10">
    <w:name w:val="Заголовок 8 Знак1"/>
    <w:basedOn w:val="a2"/>
    <w:uiPriority w:val="9"/>
    <w:semiHidden/>
    <w:rsid w:val="00C50DF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0">
    <w:name w:val="Заголовок 9 Знак1"/>
    <w:basedOn w:val="a2"/>
    <w:uiPriority w:val="9"/>
    <w:semiHidden/>
    <w:rsid w:val="00C50DF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8">
    <w:name w:val="Intense Quote"/>
    <w:basedOn w:val="a1"/>
    <w:next w:val="a1"/>
    <w:link w:val="af7"/>
    <w:uiPriority w:val="30"/>
    <w:qFormat/>
    <w:rsid w:val="00C50DF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b/>
      <w:bCs/>
      <w:i/>
      <w:iCs/>
      <w:color w:val="4F81BD"/>
    </w:rPr>
  </w:style>
  <w:style w:type="character" w:customStyle="1" w:styleId="1f7">
    <w:name w:val="Выделенная цитата Знак1"/>
    <w:basedOn w:val="a2"/>
    <w:uiPriority w:val="30"/>
    <w:rsid w:val="00C50DF8"/>
    <w:rPr>
      <w:i/>
      <w:iCs/>
      <w:color w:val="5B9BD5" w:themeColor="accent1"/>
    </w:rPr>
  </w:style>
  <w:style w:type="character" w:styleId="aff3">
    <w:name w:val="Subtle Emphasis"/>
    <w:basedOn w:val="a2"/>
    <w:uiPriority w:val="19"/>
    <w:qFormat/>
    <w:rsid w:val="00C50DF8"/>
    <w:rPr>
      <w:i/>
      <w:iCs/>
      <w:color w:val="404040" w:themeColor="text1" w:themeTint="BF"/>
    </w:rPr>
  </w:style>
  <w:style w:type="character" w:styleId="aff4">
    <w:name w:val="Intense Emphasis"/>
    <w:basedOn w:val="a2"/>
    <w:uiPriority w:val="21"/>
    <w:qFormat/>
    <w:rsid w:val="00C50DF8"/>
    <w:rPr>
      <w:i/>
      <w:iCs/>
      <w:color w:val="5B9BD5" w:themeColor="accent1"/>
    </w:rPr>
  </w:style>
  <w:style w:type="character" w:styleId="aff5">
    <w:name w:val="Subtle Reference"/>
    <w:basedOn w:val="a2"/>
    <w:uiPriority w:val="31"/>
    <w:qFormat/>
    <w:rsid w:val="00C50DF8"/>
    <w:rPr>
      <w:smallCaps/>
      <w:color w:val="5A5A5A" w:themeColor="text1" w:themeTint="A5"/>
    </w:rPr>
  </w:style>
  <w:style w:type="character" w:styleId="aff6">
    <w:name w:val="Intense Reference"/>
    <w:basedOn w:val="a2"/>
    <w:uiPriority w:val="32"/>
    <w:qFormat/>
    <w:rsid w:val="00C50DF8"/>
    <w:rPr>
      <w:b/>
      <w:bCs/>
      <w:smallCaps/>
      <w:color w:val="5B9BD5" w:themeColor="accent1"/>
      <w:spacing w:val="5"/>
    </w:rPr>
  </w:style>
  <w:style w:type="table" w:styleId="afc">
    <w:name w:val="Light Shading"/>
    <w:basedOn w:val="a3"/>
    <w:uiPriority w:val="60"/>
    <w:semiHidden/>
    <w:unhideWhenUsed/>
    <w:rsid w:val="00C50DF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semiHidden/>
    <w:unhideWhenUsed/>
    <w:rsid w:val="00C50DF8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">
    <w:name w:val="Light Shading Accent 2"/>
    <w:basedOn w:val="a3"/>
    <w:uiPriority w:val="60"/>
    <w:semiHidden/>
    <w:unhideWhenUsed/>
    <w:rsid w:val="00C50DF8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">
    <w:name w:val="Light Shading Accent 3"/>
    <w:basedOn w:val="a3"/>
    <w:uiPriority w:val="60"/>
    <w:semiHidden/>
    <w:unhideWhenUsed/>
    <w:rsid w:val="00C50DF8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">
    <w:name w:val="Light Shading Accent 4"/>
    <w:basedOn w:val="a3"/>
    <w:uiPriority w:val="60"/>
    <w:semiHidden/>
    <w:unhideWhenUsed/>
    <w:rsid w:val="00C50DF8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">
    <w:name w:val="Light Shading Accent 5"/>
    <w:basedOn w:val="a3"/>
    <w:uiPriority w:val="60"/>
    <w:semiHidden/>
    <w:unhideWhenUsed/>
    <w:rsid w:val="00C50DF8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6">
    <w:name w:val="Light Shading Accent 6"/>
    <w:basedOn w:val="a3"/>
    <w:uiPriority w:val="60"/>
    <w:semiHidden/>
    <w:unhideWhenUsed/>
    <w:rsid w:val="00C50DF8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afd">
    <w:name w:val="Light List"/>
    <w:basedOn w:val="a3"/>
    <w:uiPriority w:val="61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-20">
    <w:name w:val="Light List Accent 2"/>
    <w:basedOn w:val="a3"/>
    <w:uiPriority w:val="61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0">
    <w:name w:val="Light List Accent 3"/>
    <w:basedOn w:val="a3"/>
    <w:uiPriority w:val="61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0">
    <w:name w:val="Light List Accent 4"/>
    <w:basedOn w:val="a3"/>
    <w:uiPriority w:val="61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0">
    <w:name w:val="Light List Accent 5"/>
    <w:basedOn w:val="a3"/>
    <w:uiPriority w:val="61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-60">
    <w:name w:val="Light List Accent 6"/>
    <w:basedOn w:val="a3"/>
    <w:uiPriority w:val="61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e">
    <w:name w:val="Light Grid"/>
    <w:basedOn w:val="a3"/>
    <w:uiPriority w:val="62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2">
    <w:name w:val="Light Grid Accent 1"/>
    <w:basedOn w:val="a3"/>
    <w:uiPriority w:val="62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-22">
    <w:name w:val="Light Grid Accent 2"/>
    <w:basedOn w:val="a3"/>
    <w:uiPriority w:val="62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2">
    <w:name w:val="Light Grid Accent 3"/>
    <w:basedOn w:val="a3"/>
    <w:uiPriority w:val="62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2">
    <w:name w:val="Light Grid Accent 4"/>
    <w:basedOn w:val="a3"/>
    <w:uiPriority w:val="62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2">
    <w:name w:val="Light Grid Accent 5"/>
    <w:basedOn w:val="a3"/>
    <w:uiPriority w:val="62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-62">
    <w:name w:val="Light Grid Accent 6"/>
    <w:basedOn w:val="a3"/>
    <w:uiPriority w:val="62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1e">
    <w:name w:val="Medium Shading 1"/>
    <w:basedOn w:val="a3"/>
    <w:uiPriority w:val="63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f">
    <w:name w:val="Medium List 1"/>
    <w:basedOn w:val="a3"/>
    <w:uiPriority w:val="65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a">
    <w:name w:val="Medium List 2"/>
    <w:basedOn w:val="a3"/>
    <w:uiPriority w:val="66"/>
    <w:semiHidden/>
    <w:unhideWhenUsed/>
    <w:rsid w:val="00C50DF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C50DF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C50DF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C50DF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C50DF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C50DF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C50DF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f0">
    <w:name w:val="Medium Grid 1"/>
    <w:basedOn w:val="a3"/>
    <w:uiPriority w:val="67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2">
    <w:name w:val="Medium Grid 1 Accent 1"/>
    <w:basedOn w:val="a3"/>
    <w:uiPriority w:val="67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1-22">
    <w:name w:val="Medium Grid 1 Accent 2"/>
    <w:basedOn w:val="a3"/>
    <w:uiPriority w:val="67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2">
    <w:name w:val="Medium Grid 1 Accent 3"/>
    <w:basedOn w:val="a3"/>
    <w:uiPriority w:val="67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2">
    <w:name w:val="Medium Grid 1 Accent 4"/>
    <w:basedOn w:val="a3"/>
    <w:uiPriority w:val="67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2">
    <w:name w:val="Medium Grid 1 Accent 5"/>
    <w:basedOn w:val="a3"/>
    <w:uiPriority w:val="67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1-62">
    <w:name w:val="Medium Grid 1 Accent 6"/>
    <w:basedOn w:val="a3"/>
    <w:uiPriority w:val="67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b">
    <w:name w:val="Medium Grid 2"/>
    <w:basedOn w:val="a3"/>
    <w:uiPriority w:val="68"/>
    <w:semiHidden/>
    <w:unhideWhenUsed/>
    <w:rsid w:val="00C50DF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2">
    <w:name w:val="Medium Grid 2 Accent 1"/>
    <w:basedOn w:val="a3"/>
    <w:uiPriority w:val="68"/>
    <w:semiHidden/>
    <w:unhideWhenUsed/>
    <w:rsid w:val="00C50DF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2">
    <w:name w:val="Medium Grid 2 Accent 2"/>
    <w:basedOn w:val="a3"/>
    <w:uiPriority w:val="68"/>
    <w:semiHidden/>
    <w:unhideWhenUsed/>
    <w:rsid w:val="00C50DF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2">
    <w:name w:val="Medium Grid 2 Accent 3"/>
    <w:basedOn w:val="a3"/>
    <w:uiPriority w:val="68"/>
    <w:semiHidden/>
    <w:unhideWhenUsed/>
    <w:rsid w:val="00C50DF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2">
    <w:name w:val="Medium Grid 2 Accent 4"/>
    <w:basedOn w:val="a3"/>
    <w:uiPriority w:val="68"/>
    <w:semiHidden/>
    <w:unhideWhenUsed/>
    <w:rsid w:val="00C50DF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2">
    <w:name w:val="Medium Grid 2 Accent 5"/>
    <w:basedOn w:val="a3"/>
    <w:uiPriority w:val="68"/>
    <w:semiHidden/>
    <w:unhideWhenUsed/>
    <w:rsid w:val="00C50DF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2">
    <w:name w:val="Medium Grid 2 Accent 6"/>
    <w:basedOn w:val="a3"/>
    <w:uiPriority w:val="68"/>
    <w:semiHidden/>
    <w:unhideWhenUsed/>
    <w:rsid w:val="00C50DF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aff">
    <w:name w:val="Dark List"/>
    <w:basedOn w:val="a3"/>
    <w:uiPriority w:val="70"/>
    <w:semiHidden/>
    <w:unhideWhenUsed/>
    <w:rsid w:val="00C50DF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3">
    <w:name w:val="Dark List Accent 1"/>
    <w:basedOn w:val="a3"/>
    <w:uiPriority w:val="70"/>
    <w:semiHidden/>
    <w:unhideWhenUsed/>
    <w:rsid w:val="00C50DF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-23">
    <w:name w:val="Dark List Accent 2"/>
    <w:basedOn w:val="a3"/>
    <w:uiPriority w:val="70"/>
    <w:semiHidden/>
    <w:unhideWhenUsed/>
    <w:rsid w:val="00C50DF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3">
    <w:name w:val="Dark List Accent 3"/>
    <w:basedOn w:val="a3"/>
    <w:uiPriority w:val="70"/>
    <w:semiHidden/>
    <w:unhideWhenUsed/>
    <w:rsid w:val="00C50DF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3">
    <w:name w:val="Dark List Accent 4"/>
    <w:basedOn w:val="a3"/>
    <w:uiPriority w:val="70"/>
    <w:semiHidden/>
    <w:unhideWhenUsed/>
    <w:rsid w:val="00C50DF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3">
    <w:name w:val="Dark List Accent 5"/>
    <w:basedOn w:val="a3"/>
    <w:uiPriority w:val="70"/>
    <w:semiHidden/>
    <w:unhideWhenUsed/>
    <w:rsid w:val="00C50DF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-63">
    <w:name w:val="Dark List Accent 6"/>
    <w:basedOn w:val="a3"/>
    <w:uiPriority w:val="70"/>
    <w:semiHidden/>
    <w:unhideWhenUsed/>
    <w:rsid w:val="00C50DF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aff0">
    <w:name w:val="Colorful Shading"/>
    <w:basedOn w:val="a3"/>
    <w:uiPriority w:val="71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4">
    <w:name w:val="Colorful Shading Accent 1"/>
    <w:basedOn w:val="a3"/>
    <w:uiPriority w:val="71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4">
    <w:name w:val="Colorful Shading Accent 2"/>
    <w:basedOn w:val="a3"/>
    <w:uiPriority w:val="71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4">
    <w:name w:val="Colorful Shading Accent 3"/>
    <w:basedOn w:val="a3"/>
    <w:uiPriority w:val="71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4">
    <w:name w:val="Colorful Shading Accent 4"/>
    <w:basedOn w:val="a3"/>
    <w:uiPriority w:val="71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4">
    <w:name w:val="Colorful Shading Accent 5"/>
    <w:basedOn w:val="a3"/>
    <w:uiPriority w:val="71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4">
    <w:name w:val="Colorful Shading Accent 6"/>
    <w:basedOn w:val="a3"/>
    <w:uiPriority w:val="71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1">
    <w:name w:val="Colorful List"/>
    <w:basedOn w:val="a3"/>
    <w:uiPriority w:val="72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5">
    <w:name w:val="Colorful List Accent 1"/>
    <w:basedOn w:val="a3"/>
    <w:uiPriority w:val="72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25">
    <w:name w:val="Colorful List Accent 2"/>
    <w:basedOn w:val="a3"/>
    <w:uiPriority w:val="72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5">
    <w:name w:val="Colorful List Accent 3"/>
    <w:basedOn w:val="a3"/>
    <w:uiPriority w:val="72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5">
    <w:name w:val="Colorful List Accent 4"/>
    <w:basedOn w:val="a3"/>
    <w:uiPriority w:val="72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5">
    <w:name w:val="Colorful List Accent 5"/>
    <w:basedOn w:val="a3"/>
    <w:uiPriority w:val="72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5">
    <w:name w:val="Colorful List Accent 6"/>
    <w:basedOn w:val="a3"/>
    <w:uiPriority w:val="72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ff2">
    <w:name w:val="Colorful Grid"/>
    <w:basedOn w:val="a3"/>
    <w:uiPriority w:val="73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6">
    <w:name w:val="Colorful Grid Accent 1"/>
    <w:basedOn w:val="a3"/>
    <w:uiPriority w:val="73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-26">
    <w:name w:val="Colorful Grid Accent 2"/>
    <w:basedOn w:val="a3"/>
    <w:uiPriority w:val="73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6">
    <w:name w:val="Colorful Grid Accent 3"/>
    <w:basedOn w:val="a3"/>
    <w:uiPriority w:val="73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6">
    <w:name w:val="Colorful Grid Accent 4"/>
    <w:basedOn w:val="a3"/>
    <w:uiPriority w:val="73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6">
    <w:name w:val="Colorful Grid Accent 5"/>
    <w:basedOn w:val="a3"/>
    <w:uiPriority w:val="73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-66">
    <w:name w:val="Colorful Grid Accent 6"/>
    <w:basedOn w:val="a3"/>
    <w:uiPriority w:val="73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ff7">
    <w:name w:val="Normal (Web)"/>
    <w:basedOn w:val="a1"/>
    <w:uiPriority w:val="99"/>
    <w:semiHidden/>
    <w:unhideWhenUsed/>
    <w:rsid w:val="00C50DF8"/>
    <w:rPr>
      <w:rFonts w:ascii="Times New Roman" w:hAnsi="Times New Roman" w:cs="Times New Roman"/>
      <w:sz w:val="24"/>
      <w:szCs w:val="24"/>
    </w:rPr>
  </w:style>
  <w:style w:type="character" w:styleId="aff8">
    <w:name w:val="Hyperlink"/>
    <w:basedOn w:val="a2"/>
    <w:uiPriority w:val="99"/>
    <w:unhideWhenUsed/>
    <w:rsid w:val="009B2B4E"/>
    <w:rPr>
      <w:color w:val="0563C1" w:themeColor="hyperlink"/>
      <w:u w:val="single"/>
    </w:rPr>
  </w:style>
  <w:style w:type="paragraph" w:styleId="aff9">
    <w:name w:val="Balloon Text"/>
    <w:basedOn w:val="a1"/>
    <w:link w:val="affa"/>
    <w:uiPriority w:val="99"/>
    <w:semiHidden/>
    <w:unhideWhenUsed/>
    <w:rsid w:val="006607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a">
    <w:name w:val="Текст выноски Знак"/>
    <w:basedOn w:val="a2"/>
    <w:link w:val="aff9"/>
    <w:uiPriority w:val="99"/>
    <w:semiHidden/>
    <w:rsid w:val="006607A5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2"/>
    <w:uiPriority w:val="99"/>
    <w:semiHidden/>
    <w:unhideWhenUsed/>
    <w:rsid w:val="0009689E"/>
    <w:rPr>
      <w:color w:val="605E5C"/>
      <w:shd w:val="clear" w:color="auto" w:fill="E1DFDD"/>
    </w:rPr>
  </w:style>
  <w:style w:type="paragraph" w:customStyle="1" w:styleId="msonormal0">
    <w:name w:val="msonormal"/>
    <w:basedOn w:val="a1"/>
    <w:uiPriority w:val="99"/>
    <w:semiHidden/>
    <w:rsid w:val="00904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0">
    <w:name w:val="Заголовок 12"/>
    <w:basedOn w:val="a1"/>
    <w:uiPriority w:val="99"/>
    <w:semiHidden/>
    <w:rsid w:val="009040A0"/>
    <w:pPr>
      <w:widowControl w:val="0"/>
      <w:autoSpaceDE w:val="0"/>
      <w:autoSpaceDN w:val="0"/>
      <w:adjustRightInd w:val="0"/>
      <w:spacing w:after="0" w:line="240" w:lineRule="auto"/>
      <w:ind w:left="1182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220">
    <w:name w:val="Заголовок 22"/>
    <w:basedOn w:val="a1"/>
    <w:uiPriority w:val="99"/>
    <w:semiHidden/>
    <w:rsid w:val="009040A0"/>
    <w:pPr>
      <w:widowControl w:val="0"/>
      <w:autoSpaceDE w:val="0"/>
      <w:autoSpaceDN w:val="0"/>
      <w:adjustRightInd w:val="0"/>
      <w:spacing w:after="0" w:line="240" w:lineRule="auto"/>
      <w:ind w:left="102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paragraph" w:customStyle="1" w:styleId="1f8">
    <w:name w:val="Абзац списка1"/>
    <w:basedOn w:val="a1"/>
    <w:uiPriority w:val="99"/>
    <w:semiHidden/>
    <w:rsid w:val="009040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1"/>
    <w:uiPriority w:val="99"/>
    <w:semiHidden/>
    <w:rsid w:val="009040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b">
    <w:name w:val="Без интервала Знак"/>
    <w:link w:val="1f9"/>
    <w:semiHidden/>
    <w:locked/>
    <w:rsid w:val="009040A0"/>
    <w:rPr>
      <w:rFonts w:ascii="Times New Roman" w:eastAsia="Times New Roman" w:hAnsi="Times New Roman" w:cs="Times New Roman"/>
    </w:rPr>
  </w:style>
  <w:style w:type="paragraph" w:customStyle="1" w:styleId="1f9">
    <w:name w:val="Без интервала1"/>
    <w:link w:val="affb"/>
    <w:semiHidden/>
    <w:rsid w:val="009040A0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msonormalcxspmiddlecxspmiddle">
    <w:name w:val="msonormalcxspmiddlecxspmiddle"/>
    <w:basedOn w:val="a1"/>
    <w:uiPriority w:val="99"/>
    <w:semiHidden/>
    <w:rsid w:val="00904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cxspmiddle">
    <w:name w:val="msonormalcxspmiddlecxspmiddlecxspmiddle"/>
    <w:basedOn w:val="a1"/>
    <w:uiPriority w:val="99"/>
    <w:semiHidden/>
    <w:rsid w:val="00904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1"/>
    <w:uiPriority w:val="99"/>
    <w:semiHidden/>
    <w:rsid w:val="00904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cxspmiddlecxspmiddle">
    <w:name w:val="msonormalcxspmiddlecxspmiddlecxspmiddlecxspmiddle"/>
    <w:basedOn w:val="a1"/>
    <w:uiPriority w:val="99"/>
    <w:semiHidden/>
    <w:rsid w:val="00904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cxspmiddlecxsplast">
    <w:name w:val="msonormalcxspmiddlecxspmiddlecxspmiddlecxsplast"/>
    <w:basedOn w:val="a1"/>
    <w:uiPriority w:val="99"/>
    <w:semiHidden/>
    <w:rsid w:val="00904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c">
    <w:name w:val="Знак Знак Знак Знак"/>
    <w:basedOn w:val="a1"/>
    <w:uiPriority w:val="99"/>
    <w:semiHidden/>
    <w:rsid w:val="009040A0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1fa">
    <w:name w:val="Основной текст Знак1"/>
    <w:basedOn w:val="a2"/>
    <w:uiPriority w:val="99"/>
    <w:semiHidden/>
    <w:rsid w:val="009040A0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65CD3"/>
  </w:style>
  <w:style w:type="paragraph" w:styleId="1">
    <w:name w:val="heading 1"/>
    <w:basedOn w:val="a1"/>
    <w:next w:val="a1"/>
    <w:link w:val="11"/>
    <w:uiPriority w:val="9"/>
    <w:qFormat/>
    <w:rsid w:val="00C50D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C50DF8"/>
    <w:pPr>
      <w:keepNext/>
      <w:keepLines/>
      <w:spacing w:before="40" w:after="0"/>
      <w:outlineLvl w:val="1"/>
    </w:pPr>
    <w:rPr>
      <w:rFonts w:ascii="Calibri" w:eastAsia="MS Gothic" w:hAnsi="Calibri" w:cs="Times New Roman"/>
      <w:b/>
      <w:bCs/>
      <w:color w:val="4F81BD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C50DF8"/>
    <w:pPr>
      <w:keepNext/>
      <w:keepLines/>
      <w:spacing w:before="40" w:after="0"/>
      <w:outlineLvl w:val="2"/>
    </w:pPr>
    <w:rPr>
      <w:rFonts w:ascii="Calibri" w:eastAsia="MS Gothic" w:hAnsi="Calibri" w:cs="Times New Roman"/>
      <w:b/>
      <w:bCs/>
      <w:color w:val="4F81BD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C50DF8"/>
    <w:pPr>
      <w:keepNext/>
      <w:keepLines/>
      <w:spacing w:before="40" w:after="0"/>
      <w:outlineLvl w:val="3"/>
    </w:pPr>
    <w:rPr>
      <w:rFonts w:ascii="Calibri" w:eastAsia="MS Gothic" w:hAnsi="Calibri" w:cs="Times New Roman"/>
      <w:b/>
      <w:bCs/>
      <w:i/>
      <w:iCs/>
      <w:color w:val="4F81BD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C50DF8"/>
    <w:pPr>
      <w:keepNext/>
      <w:keepLines/>
      <w:spacing w:before="40" w:after="0"/>
      <w:outlineLvl w:val="4"/>
    </w:pPr>
    <w:rPr>
      <w:rFonts w:ascii="Calibri" w:eastAsia="MS Gothic" w:hAnsi="Calibri" w:cs="Times New Roman"/>
      <w:color w:val="243F60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C50DF8"/>
    <w:pPr>
      <w:keepNext/>
      <w:keepLines/>
      <w:spacing w:before="40" w:after="0"/>
      <w:outlineLvl w:val="5"/>
    </w:pPr>
    <w:rPr>
      <w:rFonts w:ascii="Calibri" w:eastAsia="MS Gothic" w:hAnsi="Calibri" w:cs="Times New Roman"/>
      <w:i/>
      <w:iCs/>
      <w:color w:val="243F60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C50DF8"/>
    <w:pPr>
      <w:keepNext/>
      <w:keepLines/>
      <w:spacing w:before="40" w:after="0"/>
      <w:outlineLvl w:val="6"/>
    </w:pPr>
    <w:rPr>
      <w:rFonts w:ascii="Calibri" w:eastAsia="MS Gothic" w:hAnsi="Calibri" w:cs="Times New Roman"/>
      <w:i/>
      <w:iCs/>
      <w:color w:val="404040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C50DF8"/>
    <w:pPr>
      <w:keepNext/>
      <w:keepLines/>
      <w:spacing w:before="40" w:after="0"/>
      <w:outlineLvl w:val="7"/>
    </w:pPr>
    <w:rPr>
      <w:rFonts w:ascii="Calibri" w:eastAsia="MS Gothic" w:hAnsi="Calibri" w:cs="Times New Roman"/>
      <w:color w:val="4F81BD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C50DF8"/>
    <w:pPr>
      <w:keepNext/>
      <w:keepLines/>
      <w:spacing w:before="40" w:after="0"/>
      <w:outlineLvl w:val="8"/>
    </w:pPr>
    <w:rPr>
      <w:rFonts w:ascii="Calibri" w:eastAsia="MS Gothic" w:hAnsi="Calibri" w:cs="Times New Roman"/>
      <w:i/>
      <w:iCs/>
      <w:color w:val="404040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10"/>
    <w:uiPriority w:val="9"/>
    <w:rsid w:val="00C50DF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Заголовок 2 Знак"/>
    <w:basedOn w:val="a2"/>
    <w:link w:val="21"/>
    <w:uiPriority w:val="9"/>
    <w:semiHidden/>
    <w:rsid w:val="00C50DF8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semiHidden/>
    <w:rsid w:val="00C50DF8"/>
    <w:rPr>
      <w:rFonts w:ascii="Calibri" w:eastAsia="MS Gothic" w:hAnsi="Calibri" w:cs="Times New Roman"/>
      <w:b/>
      <w:bCs/>
      <w:color w:val="4F81BD"/>
    </w:rPr>
  </w:style>
  <w:style w:type="character" w:customStyle="1" w:styleId="40">
    <w:name w:val="Заголовок 4 Знак"/>
    <w:basedOn w:val="a2"/>
    <w:link w:val="4"/>
    <w:uiPriority w:val="9"/>
    <w:semiHidden/>
    <w:rsid w:val="00C50DF8"/>
    <w:rPr>
      <w:rFonts w:ascii="Calibri" w:eastAsia="MS Gothic" w:hAnsi="Calibri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2"/>
    <w:link w:val="5"/>
    <w:uiPriority w:val="9"/>
    <w:semiHidden/>
    <w:rsid w:val="00C50DF8"/>
    <w:rPr>
      <w:rFonts w:ascii="Calibri" w:eastAsia="MS Gothic" w:hAnsi="Calibri" w:cs="Times New Roman"/>
      <w:color w:val="243F60"/>
    </w:rPr>
  </w:style>
  <w:style w:type="character" w:customStyle="1" w:styleId="60">
    <w:name w:val="Заголовок 6 Знак"/>
    <w:basedOn w:val="a2"/>
    <w:link w:val="6"/>
    <w:uiPriority w:val="9"/>
    <w:semiHidden/>
    <w:rsid w:val="00C50DF8"/>
    <w:rPr>
      <w:rFonts w:ascii="Calibri" w:eastAsia="MS Gothic" w:hAnsi="Calibri" w:cs="Times New Roman"/>
      <w:i/>
      <w:iCs/>
      <w:color w:val="243F60"/>
    </w:rPr>
  </w:style>
  <w:style w:type="character" w:customStyle="1" w:styleId="70">
    <w:name w:val="Заголовок 7 Знак"/>
    <w:basedOn w:val="a2"/>
    <w:link w:val="7"/>
    <w:uiPriority w:val="9"/>
    <w:semiHidden/>
    <w:rsid w:val="00C50DF8"/>
    <w:rPr>
      <w:rFonts w:ascii="Calibri" w:eastAsia="MS Gothic" w:hAnsi="Calibri" w:cs="Times New Roman"/>
      <w:i/>
      <w:iCs/>
      <w:color w:val="404040"/>
    </w:rPr>
  </w:style>
  <w:style w:type="character" w:customStyle="1" w:styleId="80">
    <w:name w:val="Заголовок 8 Знак"/>
    <w:basedOn w:val="a2"/>
    <w:link w:val="8"/>
    <w:uiPriority w:val="9"/>
    <w:semiHidden/>
    <w:rsid w:val="00C50DF8"/>
    <w:rPr>
      <w:rFonts w:ascii="Calibri" w:eastAsia="MS Gothic" w:hAnsi="Calibri" w:cs="Times New Roman"/>
      <w:color w:val="4F81BD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C50DF8"/>
    <w:rPr>
      <w:rFonts w:ascii="Calibri" w:eastAsia="MS Gothic" w:hAnsi="Calibri" w:cs="Times New Roman"/>
      <w:i/>
      <w:iCs/>
      <w:color w:val="404040"/>
      <w:sz w:val="20"/>
      <w:szCs w:val="20"/>
    </w:rPr>
  </w:style>
  <w:style w:type="paragraph" w:customStyle="1" w:styleId="110">
    <w:name w:val="Заголовок 11"/>
    <w:basedOn w:val="a1"/>
    <w:next w:val="a1"/>
    <w:link w:val="10"/>
    <w:uiPriority w:val="9"/>
    <w:qFormat/>
    <w:rsid w:val="00C50DF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210">
    <w:name w:val="Заголовок 21"/>
    <w:basedOn w:val="a1"/>
    <w:next w:val="a1"/>
    <w:uiPriority w:val="9"/>
    <w:unhideWhenUsed/>
    <w:qFormat/>
    <w:rsid w:val="00C50DF8"/>
    <w:pPr>
      <w:keepNext/>
      <w:keepLines/>
      <w:spacing w:before="200" w:after="0" w:line="276" w:lineRule="auto"/>
      <w:outlineLvl w:val="1"/>
    </w:pPr>
    <w:rPr>
      <w:rFonts w:ascii="Calibri" w:eastAsia="MS Gothic" w:hAnsi="Calibri" w:cs="Times New Roman"/>
      <w:b/>
      <w:bCs/>
      <w:color w:val="4F81BD"/>
      <w:sz w:val="26"/>
      <w:szCs w:val="26"/>
      <w:lang w:val="en-US"/>
    </w:rPr>
  </w:style>
  <w:style w:type="paragraph" w:customStyle="1" w:styleId="310">
    <w:name w:val="Заголовок 31"/>
    <w:basedOn w:val="a1"/>
    <w:next w:val="a1"/>
    <w:uiPriority w:val="9"/>
    <w:unhideWhenUsed/>
    <w:qFormat/>
    <w:rsid w:val="00C50DF8"/>
    <w:pPr>
      <w:keepNext/>
      <w:keepLines/>
      <w:spacing w:before="200" w:after="0" w:line="276" w:lineRule="auto"/>
      <w:outlineLvl w:val="2"/>
    </w:pPr>
    <w:rPr>
      <w:rFonts w:ascii="Calibri" w:eastAsia="MS Gothic" w:hAnsi="Calibri" w:cs="Times New Roman"/>
      <w:b/>
      <w:bCs/>
      <w:color w:val="4F81BD"/>
      <w:lang w:val="en-US"/>
    </w:rPr>
  </w:style>
  <w:style w:type="paragraph" w:customStyle="1" w:styleId="41">
    <w:name w:val="Заголовок 41"/>
    <w:basedOn w:val="a1"/>
    <w:next w:val="a1"/>
    <w:uiPriority w:val="9"/>
    <w:semiHidden/>
    <w:unhideWhenUsed/>
    <w:qFormat/>
    <w:rsid w:val="00C50DF8"/>
    <w:pPr>
      <w:keepNext/>
      <w:keepLines/>
      <w:spacing w:before="200" w:after="0" w:line="276" w:lineRule="auto"/>
      <w:outlineLvl w:val="3"/>
    </w:pPr>
    <w:rPr>
      <w:rFonts w:ascii="Calibri" w:eastAsia="MS Gothic" w:hAnsi="Calibri" w:cs="Times New Roman"/>
      <w:b/>
      <w:bCs/>
      <w:i/>
      <w:iCs/>
      <w:color w:val="4F81BD"/>
      <w:lang w:val="en-US"/>
    </w:rPr>
  </w:style>
  <w:style w:type="paragraph" w:customStyle="1" w:styleId="51">
    <w:name w:val="Заголовок 51"/>
    <w:basedOn w:val="a1"/>
    <w:next w:val="a1"/>
    <w:uiPriority w:val="9"/>
    <w:semiHidden/>
    <w:unhideWhenUsed/>
    <w:qFormat/>
    <w:rsid w:val="00C50DF8"/>
    <w:pPr>
      <w:keepNext/>
      <w:keepLines/>
      <w:spacing w:before="200" w:after="0" w:line="276" w:lineRule="auto"/>
      <w:outlineLvl w:val="4"/>
    </w:pPr>
    <w:rPr>
      <w:rFonts w:ascii="Calibri" w:eastAsia="MS Gothic" w:hAnsi="Calibri" w:cs="Times New Roman"/>
      <w:color w:val="243F60"/>
      <w:lang w:val="en-US"/>
    </w:rPr>
  </w:style>
  <w:style w:type="paragraph" w:customStyle="1" w:styleId="61">
    <w:name w:val="Заголовок 61"/>
    <w:basedOn w:val="a1"/>
    <w:next w:val="a1"/>
    <w:uiPriority w:val="9"/>
    <w:semiHidden/>
    <w:unhideWhenUsed/>
    <w:qFormat/>
    <w:rsid w:val="00C50DF8"/>
    <w:pPr>
      <w:keepNext/>
      <w:keepLines/>
      <w:spacing w:before="200" w:after="0" w:line="276" w:lineRule="auto"/>
      <w:outlineLvl w:val="5"/>
    </w:pPr>
    <w:rPr>
      <w:rFonts w:ascii="Calibri" w:eastAsia="MS Gothic" w:hAnsi="Calibri" w:cs="Times New Roman"/>
      <w:i/>
      <w:iCs/>
      <w:color w:val="243F60"/>
      <w:lang w:val="en-US"/>
    </w:rPr>
  </w:style>
  <w:style w:type="paragraph" w:customStyle="1" w:styleId="71">
    <w:name w:val="Заголовок 71"/>
    <w:basedOn w:val="a1"/>
    <w:next w:val="a1"/>
    <w:uiPriority w:val="9"/>
    <w:semiHidden/>
    <w:unhideWhenUsed/>
    <w:qFormat/>
    <w:rsid w:val="00C50DF8"/>
    <w:pPr>
      <w:keepNext/>
      <w:keepLines/>
      <w:spacing w:before="200" w:after="0" w:line="276" w:lineRule="auto"/>
      <w:outlineLvl w:val="6"/>
    </w:pPr>
    <w:rPr>
      <w:rFonts w:ascii="Calibri" w:eastAsia="MS Gothic" w:hAnsi="Calibri" w:cs="Times New Roman"/>
      <w:i/>
      <w:iCs/>
      <w:color w:val="404040"/>
      <w:lang w:val="en-US"/>
    </w:rPr>
  </w:style>
  <w:style w:type="paragraph" w:customStyle="1" w:styleId="81">
    <w:name w:val="Заголовок 81"/>
    <w:basedOn w:val="a1"/>
    <w:next w:val="a1"/>
    <w:uiPriority w:val="9"/>
    <w:semiHidden/>
    <w:unhideWhenUsed/>
    <w:qFormat/>
    <w:rsid w:val="00C50DF8"/>
    <w:pPr>
      <w:keepNext/>
      <w:keepLines/>
      <w:spacing w:before="200" w:after="0" w:line="276" w:lineRule="auto"/>
      <w:outlineLvl w:val="7"/>
    </w:pPr>
    <w:rPr>
      <w:rFonts w:ascii="Calibri" w:eastAsia="MS Gothic" w:hAnsi="Calibri" w:cs="Times New Roman"/>
      <w:color w:val="4F81BD"/>
      <w:sz w:val="20"/>
      <w:szCs w:val="20"/>
      <w:lang w:val="en-US"/>
    </w:rPr>
  </w:style>
  <w:style w:type="paragraph" w:customStyle="1" w:styleId="91">
    <w:name w:val="Заголовок 91"/>
    <w:basedOn w:val="a1"/>
    <w:next w:val="a1"/>
    <w:uiPriority w:val="9"/>
    <w:semiHidden/>
    <w:unhideWhenUsed/>
    <w:qFormat/>
    <w:rsid w:val="00C50DF8"/>
    <w:pPr>
      <w:keepNext/>
      <w:keepLines/>
      <w:spacing w:before="200" w:after="0" w:line="276" w:lineRule="auto"/>
      <w:outlineLvl w:val="8"/>
    </w:pPr>
    <w:rPr>
      <w:rFonts w:ascii="Calibri" w:eastAsia="MS Gothic" w:hAnsi="Calibri" w:cs="Times New Roman"/>
      <w:i/>
      <w:iCs/>
      <w:color w:val="404040"/>
      <w:sz w:val="20"/>
      <w:szCs w:val="20"/>
      <w:lang w:val="en-US"/>
    </w:rPr>
  </w:style>
  <w:style w:type="numbering" w:customStyle="1" w:styleId="12">
    <w:name w:val="Нет списка1"/>
    <w:next w:val="a4"/>
    <w:uiPriority w:val="99"/>
    <w:semiHidden/>
    <w:unhideWhenUsed/>
    <w:rsid w:val="00C50DF8"/>
  </w:style>
  <w:style w:type="paragraph" w:styleId="a5">
    <w:name w:val="header"/>
    <w:basedOn w:val="a1"/>
    <w:link w:val="a6"/>
    <w:uiPriority w:val="99"/>
    <w:unhideWhenUsed/>
    <w:rsid w:val="00C50DF8"/>
    <w:pPr>
      <w:tabs>
        <w:tab w:val="center" w:pos="4680"/>
        <w:tab w:val="right" w:pos="9360"/>
      </w:tabs>
      <w:spacing w:after="0" w:line="240" w:lineRule="auto"/>
    </w:pPr>
    <w:rPr>
      <w:rFonts w:eastAsia="MS Mincho"/>
      <w:lang w:val="en-US"/>
    </w:rPr>
  </w:style>
  <w:style w:type="character" w:customStyle="1" w:styleId="a6">
    <w:name w:val="Верхний колонтитул Знак"/>
    <w:basedOn w:val="a2"/>
    <w:link w:val="a5"/>
    <w:uiPriority w:val="99"/>
    <w:rsid w:val="00C50DF8"/>
    <w:rPr>
      <w:rFonts w:eastAsia="MS Mincho"/>
      <w:lang w:val="en-US"/>
    </w:rPr>
  </w:style>
  <w:style w:type="paragraph" w:styleId="a7">
    <w:name w:val="footer"/>
    <w:basedOn w:val="a1"/>
    <w:link w:val="a8"/>
    <w:uiPriority w:val="99"/>
    <w:unhideWhenUsed/>
    <w:rsid w:val="00C50DF8"/>
    <w:pPr>
      <w:tabs>
        <w:tab w:val="center" w:pos="4680"/>
        <w:tab w:val="right" w:pos="9360"/>
      </w:tabs>
      <w:spacing w:after="0" w:line="240" w:lineRule="auto"/>
    </w:pPr>
    <w:rPr>
      <w:rFonts w:eastAsia="MS Mincho"/>
      <w:lang w:val="en-US"/>
    </w:rPr>
  </w:style>
  <w:style w:type="character" w:customStyle="1" w:styleId="a8">
    <w:name w:val="Нижний колонтитул Знак"/>
    <w:basedOn w:val="a2"/>
    <w:link w:val="a7"/>
    <w:uiPriority w:val="99"/>
    <w:rsid w:val="00C50DF8"/>
    <w:rPr>
      <w:rFonts w:eastAsia="MS Mincho"/>
      <w:lang w:val="en-US"/>
    </w:rPr>
  </w:style>
  <w:style w:type="paragraph" w:styleId="a9">
    <w:name w:val="No Spacing"/>
    <w:uiPriority w:val="1"/>
    <w:qFormat/>
    <w:rsid w:val="00C50DF8"/>
    <w:pPr>
      <w:spacing w:after="0" w:line="240" w:lineRule="auto"/>
    </w:pPr>
    <w:rPr>
      <w:rFonts w:eastAsia="MS Mincho"/>
      <w:lang w:val="en-US"/>
    </w:rPr>
  </w:style>
  <w:style w:type="paragraph" w:customStyle="1" w:styleId="13">
    <w:name w:val="Заголовок1"/>
    <w:basedOn w:val="a1"/>
    <w:next w:val="a1"/>
    <w:uiPriority w:val="10"/>
    <w:qFormat/>
    <w:rsid w:val="00C50DF8"/>
    <w:pPr>
      <w:pBdr>
        <w:bottom w:val="single" w:sz="8" w:space="4" w:color="4F81BD"/>
      </w:pBdr>
      <w:spacing w:after="300" w:line="240" w:lineRule="auto"/>
      <w:contextualSpacing/>
    </w:pPr>
    <w:rPr>
      <w:rFonts w:ascii="Calibri" w:eastAsia="MS Gothic" w:hAnsi="Calibri" w:cs="Times New Roman"/>
      <w:color w:val="17365D"/>
      <w:spacing w:val="5"/>
      <w:kern w:val="28"/>
      <w:sz w:val="52"/>
      <w:szCs w:val="52"/>
      <w:lang w:val="en-US"/>
    </w:rPr>
  </w:style>
  <w:style w:type="character" w:customStyle="1" w:styleId="aa">
    <w:name w:val="Название Знак"/>
    <w:basedOn w:val="a2"/>
    <w:link w:val="ab"/>
    <w:uiPriority w:val="10"/>
    <w:rsid w:val="00C50DF8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customStyle="1" w:styleId="14">
    <w:name w:val="Подзаголовок1"/>
    <w:basedOn w:val="a1"/>
    <w:next w:val="a1"/>
    <w:uiPriority w:val="11"/>
    <w:qFormat/>
    <w:rsid w:val="00C50DF8"/>
    <w:pPr>
      <w:numPr>
        <w:ilvl w:val="1"/>
      </w:numPr>
      <w:spacing w:after="200" w:line="276" w:lineRule="auto"/>
    </w:pPr>
    <w:rPr>
      <w:rFonts w:ascii="Calibri" w:eastAsia="MS Gothic" w:hAnsi="Calibri" w:cs="Times New Roman"/>
      <w:i/>
      <w:iCs/>
      <w:color w:val="4F81BD"/>
      <w:spacing w:val="15"/>
      <w:sz w:val="24"/>
      <w:szCs w:val="24"/>
      <w:lang w:val="en-US"/>
    </w:rPr>
  </w:style>
  <w:style w:type="character" w:customStyle="1" w:styleId="ac">
    <w:name w:val="Подзаголовок Знак"/>
    <w:basedOn w:val="a2"/>
    <w:link w:val="ad"/>
    <w:uiPriority w:val="11"/>
    <w:rsid w:val="00C50DF8"/>
    <w:rPr>
      <w:rFonts w:ascii="Calibri" w:eastAsia="MS Gothic" w:hAnsi="Calibri" w:cs="Times New Roman"/>
      <w:i/>
      <w:iCs/>
      <w:color w:val="4F81BD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C50DF8"/>
    <w:pPr>
      <w:spacing w:after="200" w:line="276" w:lineRule="auto"/>
      <w:ind w:left="720"/>
      <w:contextualSpacing/>
    </w:pPr>
    <w:rPr>
      <w:rFonts w:eastAsia="MS Mincho"/>
      <w:lang w:val="en-US"/>
    </w:rPr>
  </w:style>
  <w:style w:type="paragraph" w:styleId="af">
    <w:name w:val="Body Text"/>
    <w:basedOn w:val="a1"/>
    <w:link w:val="af0"/>
    <w:uiPriority w:val="99"/>
    <w:unhideWhenUsed/>
    <w:rsid w:val="00C50DF8"/>
    <w:pPr>
      <w:spacing w:after="120" w:line="276" w:lineRule="auto"/>
    </w:pPr>
    <w:rPr>
      <w:rFonts w:eastAsia="MS Mincho"/>
      <w:lang w:val="en-US"/>
    </w:rPr>
  </w:style>
  <w:style w:type="character" w:customStyle="1" w:styleId="af0">
    <w:name w:val="Основной текст Знак"/>
    <w:basedOn w:val="a2"/>
    <w:link w:val="af"/>
    <w:uiPriority w:val="99"/>
    <w:rsid w:val="00C50DF8"/>
    <w:rPr>
      <w:rFonts w:eastAsia="MS Mincho"/>
      <w:lang w:val="en-US"/>
    </w:rPr>
  </w:style>
  <w:style w:type="paragraph" w:styleId="23">
    <w:name w:val="Body Text 2"/>
    <w:basedOn w:val="a1"/>
    <w:link w:val="24"/>
    <w:uiPriority w:val="99"/>
    <w:unhideWhenUsed/>
    <w:rsid w:val="00C50DF8"/>
    <w:pPr>
      <w:spacing w:after="120" w:line="480" w:lineRule="auto"/>
    </w:pPr>
    <w:rPr>
      <w:rFonts w:eastAsia="MS Mincho"/>
      <w:lang w:val="en-US"/>
    </w:rPr>
  </w:style>
  <w:style w:type="character" w:customStyle="1" w:styleId="24">
    <w:name w:val="Основной текст 2 Знак"/>
    <w:basedOn w:val="a2"/>
    <w:link w:val="23"/>
    <w:uiPriority w:val="99"/>
    <w:rsid w:val="00C50DF8"/>
    <w:rPr>
      <w:rFonts w:eastAsia="MS Mincho"/>
      <w:lang w:val="en-US"/>
    </w:rPr>
  </w:style>
  <w:style w:type="paragraph" w:styleId="33">
    <w:name w:val="Body Text 3"/>
    <w:basedOn w:val="a1"/>
    <w:link w:val="34"/>
    <w:uiPriority w:val="99"/>
    <w:unhideWhenUsed/>
    <w:rsid w:val="00C50DF8"/>
    <w:pPr>
      <w:spacing w:after="120" w:line="276" w:lineRule="auto"/>
    </w:pPr>
    <w:rPr>
      <w:rFonts w:eastAsia="MS Mincho"/>
      <w:sz w:val="16"/>
      <w:szCs w:val="16"/>
      <w:lang w:val="en-US"/>
    </w:rPr>
  </w:style>
  <w:style w:type="character" w:customStyle="1" w:styleId="34">
    <w:name w:val="Основной текст 3 Знак"/>
    <w:basedOn w:val="a2"/>
    <w:link w:val="33"/>
    <w:uiPriority w:val="99"/>
    <w:rsid w:val="00C50DF8"/>
    <w:rPr>
      <w:rFonts w:eastAsia="MS Mincho"/>
      <w:sz w:val="16"/>
      <w:szCs w:val="16"/>
      <w:lang w:val="en-US"/>
    </w:rPr>
  </w:style>
  <w:style w:type="paragraph" w:styleId="af1">
    <w:name w:val="List"/>
    <w:basedOn w:val="a1"/>
    <w:uiPriority w:val="99"/>
    <w:unhideWhenUsed/>
    <w:rsid w:val="00C50DF8"/>
    <w:pPr>
      <w:spacing w:after="200" w:line="276" w:lineRule="auto"/>
      <w:ind w:left="360" w:hanging="360"/>
      <w:contextualSpacing/>
    </w:pPr>
    <w:rPr>
      <w:rFonts w:eastAsia="MS Mincho"/>
      <w:lang w:val="en-US"/>
    </w:rPr>
  </w:style>
  <w:style w:type="paragraph" w:styleId="25">
    <w:name w:val="List 2"/>
    <w:basedOn w:val="a1"/>
    <w:uiPriority w:val="99"/>
    <w:unhideWhenUsed/>
    <w:rsid w:val="00C50DF8"/>
    <w:pPr>
      <w:spacing w:after="200" w:line="276" w:lineRule="auto"/>
      <w:ind w:left="720" w:hanging="360"/>
      <w:contextualSpacing/>
    </w:pPr>
    <w:rPr>
      <w:rFonts w:eastAsia="MS Mincho"/>
      <w:lang w:val="en-US"/>
    </w:rPr>
  </w:style>
  <w:style w:type="paragraph" w:styleId="35">
    <w:name w:val="List 3"/>
    <w:basedOn w:val="a1"/>
    <w:uiPriority w:val="99"/>
    <w:unhideWhenUsed/>
    <w:rsid w:val="00C50DF8"/>
    <w:pPr>
      <w:spacing w:after="200" w:line="276" w:lineRule="auto"/>
      <w:ind w:left="1080" w:hanging="360"/>
      <w:contextualSpacing/>
    </w:pPr>
    <w:rPr>
      <w:rFonts w:eastAsia="MS Mincho"/>
      <w:lang w:val="en-US"/>
    </w:rPr>
  </w:style>
  <w:style w:type="paragraph" w:styleId="a0">
    <w:name w:val="List Bullet"/>
    <w:basedOn w:val="a1"/>
    <w:uiPriority w:val="99"/>
    <w:unhideWhenUsed/>
    <w:rsid w:val="00C50DF8"/>
    <w:pPr>
      <w:numPr>
        <w:numId w:val="1"/>
      </w:numPr>
      <w:spacing w:after="200" w:line="276" w:lineRule="auto"/>
      <w:contextualSpacing/>
    </w:pPr>
    <w:rPr>
      <w:rFonts w:eastAsia="MS Mincho"/>
      <w:lang w:val="en-US"/>
    </w:rPr>
  </w:style>
  <w:style w:type="paragraph" w:styleId="20">
    <w:name w:val="List Bullet 2"/>
    <w:basedOn w:val="a1"/>
    <w:uiPriority w:val="99"/>
    <w:unhideWhenUsed/>
    <w:rsid w:val="00C50DF8"/>
    <w:pPr>
      <w:numPr>
        <w:numId w:val="2"/>
      </w:numPr>
      <w:spacing w:after="200" w:line="276" w:lineRule="auto"/>
      <w:contextualSpacing/>
    </w:pPr>
    <w:rPr>
      <w:rFonts w:eastAsia="MS Mincho"/>
      <w:lang w:val="en-US"/>
    </w:rPr>
  </w:style>
  <w:style w:type="paragraph" w:styleId="30">
    <w:name w:val="List Bullet 3"/>
    <w:basedOn w:val="a1"/>
    <w:uiPriority w:val="99"/>
    <w:unhideWhenUsed/>
    <w:rsid w:val="00C50DF8"/>
    <w:pPr>
      <w:numPr>
        <w:numId w:val="3"/>
      </w:numPr>
      <w:spacing w:after="200" w:line="276" w:lineRule="auto"/>
      <w:contextualSpacing/>
    </w:pPr>
    <w:rPr>
      <w:rFonts w:eastAsia="MS Mincho"/>
      <w:lang w:val="en-US"/>
    </w:rPr>
  </w:style>
  <w:style w:type="paragraph" w:styleId="a">
    <w:name w:val="List Number"/>
    <w:basedOn w:val="a1"/>
    <w:uiPriority w:val="99"/>
    <w:unhideWhenUsed/>
    <w:rsid w:val="00C50DF8"/>
    <w:pPr>
      <w:numPr>
        <w:numId w:val="5"/>
      </w:numPr>
      <w:spacing w:after="200" w:line="276" w:lineRule="auto"/>
      <w:contextualSpacing/>
    </w:pPr>
    <w:rPr>
      <w:rFonts w:eastAsia="MS Mincho"/>
      <w:lang w:val="en-US"/>
    </w:rPr>
  </w:style>
  <w:style w:type="paragraph" w:styleId="2">
    <w:name w:val="List Number 2"/>
    <w:basedOn w:val="a1"/>
    <w:uiPriority w:val="99"/>
    <w:unhideWhenUsed/>
    <w:rsid w:val="00C50DF8"/>
    <w:pPr>
      <w:numPr>
        <w:numId w:val="6"/>
      </w:numPr>
      <w:spacing w:after="200" w:line="276" w:lineRule="auto"/>
      <w:contextualSpacing/>
    </w:pPr>
    <w:rPr>
      <w:rFonts w:eastAsia="MS Mincho"/>
      <w:lang w:val="en-US"/>
    </w:rPr>
  </w:style>
  <w:style w:type="paragraph" w:styleId="3">
    <w:name w:val="List Number 3"/>
    <w:basedOn w:val="a1"/>
    <w:uiPriority w:val="99"/>
    <w:unhideWhenUsed/>
    <w:rsid w:val="00C50DF8"/>
    <w:pPr>
      <w:numPr>
        <w:numId w:val="7"/>
      </w:numPr>
      <w:spacing w:after="200" w:line="276" w:lineRule="auto"/>
      <w:contextualSpacing/>
    </w:pPr>
    <w:rPr>
      <w:rFonts w:eastAsia="MS Mincho"/>
      <w:lang w:val="en-US"/>
    </w:rPr>
  </w:style>
  <w:style w:type="paragraph" w:styleId="af2">
    <w:name w:val="List Continue"/>
    <w:basedOn w:val="a1"/>
    <w:uiPriority w:val="99"/>
    <w:unhideWhenUsed/>
    <w:rsid w:val="00C50DF8"/>
    <w:pPr>
      <w:spacing w:after="120" w:line="276" w:lineRule="auto"/>
      <w:ind w:left="360"/>
      <w:contextualSpacing/>
    </w:pPr>
    <w:rPr>
      <w:rFonts w:eastAsia="MS Mincho"/>
      <w:lang w:val="en-US"/>
    </w:rPr>
  </w:style>
  <w:style w:type="paragraph" w:styleId="26">
    <w:name w:val="List Continue 2"/>
    <w:basedOn w:val="a1"/>
    <w:uiPriority w:val="99"/>
    <w:unhideWhenUsed/>
    <w:rsid w:val="00C50DF8"/>
    <w:pPr>
      <w:spacing w:after="120" w:line="276" w:lineRule="auto"/>
      <w:ind w:left="720"/>
      <w:contextualSpacing/>
    </w:pPr>
    <w:rPr>
      <w:rFonts w:eastAsia="MS Mincho"/>
      <w:lang w:val="en-US"/>
    </w:rPr>
  </w:style>
  <w:style w:type="paragraph" w:styleId="36">
    <w:name w:val="List Continue 3"/>
    <w:basedOn w:val="a1"/>
    <w:uiPriority w:val="99"/>
    <w:unhideWhenUsed/>
    <w:rsid w:val="00C50DF8"/>
    <w:pPr>
      <w:spacing w:after="120" w:line="276" w:lineRule="auto"/>
      <w:ind w:left="1080"/>
      <w:contextualSpacing/>
    </w:pPr>
    <w:rPr>
      <w:rFonts w:eastAsia="MS Mincho"/>
      <w:lang w:val="en-US"/>
    </w:rPr>
  </w:style>
  <w:style w:type="paragraph" w:styleId="af3">
    <w:name w:val="macro"/>
    <w:link w:val="af4"/>
    <w:uiPriority w:val="99"/>
    <w:unhideWhenUsed/>
    <w:rsid w:val="00C50DF8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eastAsia="MS Mincho" w:hAnsi="Courier"/>
      <w:sz w:val="20"/>
      <w:szCs w:val="20"/>
      <w:lang w:val="en-US"/>
    </w:rPr>
  </w:style>
  <w:style w:type="character" w:customStyle="1" w:styleId="af4">
    <w:name w:val="Текст макроса Знак"/>
    <w:basedOn w:val="a2"/>
    <w:link w:val="af3"/>
    <w:uiPriority w:val="99"/>
    <w:rsid w:val="00C50DF8"/>
    <w:rPr>
      <w:rFonts w:ascii="Courier" w:eastAsia="MS Mincho" w:hAnsi="Courier"/>
      <w:sz w:val="20"/>
      <w:szCs w:val="20"/>
      <w:lang w:val="en-US"/>
    </w:rPr>
  </w:style>
  <w:style w:type="paragraph" w:customStyle="1" w:styleId="211">
    <w:name w:val="Цитата 21"/>
    <w:basedOn w:val="a1"/>
    <w:next w:val="a1"/>
    <w:uiPriority w:val="29"/>
    <w:qFormat/>
    <w:rsid w:val="00C50DF8"/>
    <w:pPr>
      <w:spacing w:after="200" w:line="276" w:lineRule="auto"/>
    </w:pPr>
    <w:rPr>
      <w:rFonts w:eastAsia="MS Mincho"/>
      <w:i/>
      <w:iCs/>
      <w:color w:val="000000"/>
      <w:lang w:val="en-US"/>
    </w:rPr>
  </w:style>
  <w:style w:type="character" w:customStyle="1" w:styleId="27">
    <w:name w:val="Цитата 2 Знак"/>
    <w:basedOn w:val="a2"/>
    <w:link w:val="28"/>
    <w:uiPriority w:val="29"/>
    <w:rsid w:val="00C50DF8"/>
    <w:rPr>
      <w:i/>
      <w:iCs/>
      <w:color w:val="000000"/>
    </w:rPr>
  </w:style>
  <w:style w:type="paragraph" w:customStyle="1" w:styleId="15">
    <w:name w:val="Название объекта1"/>
    <w:basedOn w:val="a1"/>
    <w:next w:val="a1"/>
    <w:uiPriority w:val="35"/>
    <w:semiHidden/>
    <w:unhideWhenUsed/>
    <w:qFormat/>
    <w:rsid w:val="00C50DF8"/>
    <w:pPr>
      <w:spacing w:after="200" w:line="240" w:lineRule="auto"/>
    </w:pPr>
    <w:rPr>
      <w:rFonts w:eastAsia="MS Mincho"/>
      <w:b/>
      <w:bCs/>
      <w:color w:val="4F81BD"/>
      <w:sz w:val="18"/>
      <w:szCs w:val="18"/>
      <w:lang w:val="en-US"/>
    </w:rPr>
  </w:style>
  <w:style w:type="character" w:styleId="af5">
    <w:name w:val="Strong"/>
    <w:basedOn w:val="a2"/>
    <w:uiPriority w:val="22"/>
    <w:qFormat/>
    <w:rsid w:val="00C50DF8"/>
    <w:rPr>
      <w:b/>
      <w:bCs/>
    </w:rPr>
  </w:style>
  <w:style w:type="character" w:styleId="af6">
    <w:name w:val="Emphasis"/>
    <w:basedOn w:val="a2"/>
    <w:uiPriority w:val="20"/>
    <w:qFormat/>
    <w:rsid w:val="00C50DF8"/>
    <w:rPr>
      <w:i/>
      <w:iCs/>
    </w:rPr>
  </w:style>
  <w:style w:type="paragraph" w:customStyle="1" w:styleId="16">
    <w:name w:val="Выделенная цитата1"/>
    <w:basedOn w:val="a1"/>
    <w:next w:val="a1"/>
    <w:uiPriority w:val="30"/>
    <w:qFormat/>
    <w:rsid w:val="00C50DF8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eastAsia="MS Mincho"/>
      <w:b/>
      <w:bCs/>
      <w:i/>
      <w:iCs/>
      <w:color w:val="4F81BD"/>
      <w:lang w:val="en-US"/>
    </w:rPr>
  </w:style>
  <w:style w:type="character" w:customStyle="1" w:styleId="af7">
    <w:name w:val="Выделенная цитата Знак"/>
    <w:basedOn w:val="a2"/>
    <w:link w:val="af8"/>
    <w:uiPriority w:val="30"/>
    <w:rsid w:val="00C50DF8"/>
    <w:rPr>
      <w:b/>
      <w:bCs/>
      <w:i/>
      <w:iCs/>
      <w:color w:val="4F81BD"/>
    </w:rPr>
  </w:style>
  <w:style w:type="character" w:customStyle="1" w:styleId="17">
    <w:name w:val="Слабое выделение1"/>
    <w:basedOn w:val="a2"/>
    <w:uiPriority w:val="19"/>
    <w:qFormat/>
    <w:rsid w:val="00C50DF8"/>
    <w:rPr>
      <w:i/>
      <w:iCs/>
      <w:color w:val="808080"/>
    </w:rPr>
  </w:style>
  <w:style w:type="character" w:customStyle="1" w:styleId="18">
    <w:name w:val="Сильное выделение1"/>
    <w:basedOn w:val="a2"/>
    <w:uiPriority w:val="21"/>
    <w:qFormat/>
    <w:rsid w:val="00C50DF8"/>
    <w:rPr>
      <w:b/>
      <w:bCs/>
      <w:i/>
      <w:iCs/>
      <w:color w:val="4F81BD"/>
    </w:rPr>
  </w:style>
  <w:style w:type="character" w:customStyle="1" w:styleId="19">
    <w:name w:val="Слабая ссылка1"/>
    <w:basedOn w:val="a2"/>
    <w:uiPriority w:val="31"/>
    <w:qFormat/>
    <w:rsid w:val="00C50DF8"/>
    <w:rPr>
      <w:smallCaps/>
      <w:color w:val="C0504D"/>
      <w:u w:val="single"/>
    </w:rPr>
  </w:style>
  <w:style w:type="character" w:customStyle="1" w:styleId="1a">
    <w:name w:val="Сильная ссылка1"/>
    <w:basedOn w:val="a2"/>
    <w:uiPriority w:val="32"/>
    <w:qFormat/>
    <w:rsid w:val="00C50DF8"/>
    <w:rPr>
      <w:b/>
      <w:bCs/>
      <w:smallCaps/>
      <w:color w:val="C0504D"/>
      <w:spacing w:val="5"/>
      <w:u w:val="single"/>
    </w:rPr>
  </w:style>
  <w:style w:type="character" w:styleId="af9">
    <w:name w:val="Book Title"/>
    <w:basedOn w:val="a2"/>
    <w:uiPriority w:val="33"/>
    <w:qFormat/>
    <w:rsid w:val="00C50DF8"/>
    <w:rPr>
      <w:b/>
      <w:bCs/>
      <w:smallCaps/>
      <w:spacing w:val="5"/>
    </w:rPr>
  </w:style>
  <w:style w:type="character" w:customStyle="1" w:styleId="11">
    <w:name w:val="Заголовок 1 Знак1"/>
    <w:basedOn w:val="a2"/>
    <w:link w:val="1"/>
    <w:uiPriority w:val="9"/>
    <w:rsid w:val="00C50DF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TOC Heading"/>
    <w:basedOn w:val="1"/>
    <w:next w:val="a1"/>
    <w:uiPriority w:val="39"/>
    <w:semiHidden/>
    <w:unhideWhenUsed/>
    <w:qFormat/>
    <w:rsid w:val="00C50DF8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table" w:styleId="afb">
    <w:name w:val="Table Grid"/>
    <w:basedOn w:val="a3"/>
    <w:rsid w:val="00C50DF8"/>
    <w:pPr>
      <w:spacing w:after="0" w:line="240" w:lineRule="auto"/>
    </w:pPr>
    <w:rPr>
      <w:rFonts w:eastAsia="MS Minch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b">
    <w:name w:val="Светлая заливка1"/>
    <w:basedOn w:val="a3"/>
    <w:next w:val="afc"/>
    <w:uiPriority w:val="60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3"/>
    <w:next w:val="-1"/>
    <w:uiPriority w:val="60"/>
    <w:rsid w:val="00C50DF8"/>
    <w:pPr>
      <w:spacing w:after="0" w:line="240" w:lineRule="auto"/>
    </w:pPr>
    <w:rPr>
      <w:rFonts w:eastAsia="MS Mincho"/>
      <w:color w:val="365F91"/>
      <w:lang w:val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">
    <w:name w:val="Светлая заливка - Акцент 21"/>
    <w:basedOn w:val="a3"/>
    <w:next w:val="-2"/>
    <w:uiPriority w:val="60"/>
    <w:rsid w:val="00C50DF8"/>
    <w:pPr>
      <w:spacing w:after="0" w:line="240" w:lineRule="auto"/>
    </w:pPr>
    <w:rPr>
      <w:rFonts w:eastAsia="MS Mincho"/>
      <w:color w:val="943634"/>
      <w:lang w:val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31">
    <w:name w:val="Светлая заливка - Акцент 31"/>
    <w:basedOn w:val="a3"/>
    <w:next w:val="-3"/>
    <w:uiPriority w:val="60"/>
    <w:rsid w:val="00C50DF8"/>
    <w:pPr>
      <w:spacing w:after="0" w:line="240" w:lineRule="auto"/>
    </w:pPr>
    <w:rPr>
      <w:rFonts w:eastAsia="MS Mincho"/>
      <w:color w:val="76923C"/>
      <w:lang w:val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41">
    <w:name w:val="Светлая заливка - Акцент 41"/>
    <w:basedOn w:val="a3"/>
    <w:next w:val="-4"/>
    <w:uiPriority w:val="60"/>
    <w:rsid w:val="00C50DF8"/>
    <w:pPr>
      <w:spacing w:after="0" w:line="240" w:lineRule="auto"/>
    </w:pPr>
    <w:rPr>
      <w:rFonts w:eastAsia="MS Mincho"/>
      <w:color w:val="5F497A"/>
      <w:lang w:val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-51">
    <w:name w:val="Светлая заливка - Акцент 51"/>
    <w:basedOn w:val="a3"/>
    <w:next w:val="-5"/>
    <w:uiPriority w:val="60"/>
    <w:rsid w:val="00C50DF8"/>
    <w:pPr>
      <w:spacing w:after="0" w:line="240" w:lineRule="auto"/>
    </w:pPr>
    <w:rPr>
      <w:rFonts w:eastAsia="MS Mincho"/>
      <w:color w:val="31849B"/>
      <w:lang w:val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61">
    <w:name w:val="Светлая заливка - Акцент 61"/>
    <w:basedOn w:val="a3"/>
    <w:next w:val="-6"/>
    <w:uiPriority w:val="60"/>
    <w:rsid w:val="00C50DF8"/>
    <w:pPr>
      <w:spacing w:after="0" w:line="240" w:lineRule="auto"/>
    </w:pPr>
    <w:rPr>
      <w:rFonts w:eastAsia="MS Mincho"/>
      <w:color w:val="E36C0A"/>
      <w:lang w:val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c">
    <w:name w:val="Светлый список1"/>
    <w:basedOn w:val="a3"/>
    <w:next w:val="afd"/>
    <w:uiPriority w:val="61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3"/>
    <w:next w:val="-10"/>
    <w:uiPriority w:val="61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0">
    <w:name w:val="Светлый список - Акцент 21"/>
    <w:basedOn w:val="a3"/>
    <w:next w:val="-20"/>
    <w:uiPriority w:val="61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0">
    <w:name w:val="Светлый список - Акцент 31"/>
    <w:basedOn w:val="a3"/>
    <w:next w:val="-30"/>
    <w:uiPriority w:val="61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410">
    <w:name w:val="Светлый список - Акцент 41"/>
    <w:basedOn w:val="a3"/>
    <w:next w:val="-40"/>
    <w:uiPriority w:val="61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-510">
    <w:name w:val="Светлый список - Акцент 51"/>
    <w:basedOn w:val="a3"/>
    <w:next w:val="-50"/>
    <w:uiPriority w:val="61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-610">
    <w:name w:val="Светлый список - Акцент 61"/>
    <w:basedOn w:val="a3"/>
    <w:next w:val="-60"/>
    <w:uiPriority w:val="61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1d">
    <w:name w:val="Светлая сетка1"/>
    <w:basedOn w:val="a3"/>
    <w:next w:val="afe"/>
    <w:uiPriority w:val="62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-111">
    <w:name w:val="Светлая сетка - Акцент 11"/>
    <w:basedOn w:val="a3"/>
    <w:next w:val="-12"/>
    <w:uiPriority w:val="62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211">
    <w:name w:val="Светлая сетка - Акцент 21"/>
    <w:basedOn w:val="a3"/>
    <w:next w:val="-22"/>
    <w:uiPriority w:val="62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311">
    <w:name w:val="Светлая сетка - Акцент 31"/>
    <w:basedOn w:val="a3"/>
    <w:next w:val="-32"/>
    <w:uiPriority w:val="62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411">
    <w:name w:val="Светлая сетка - Акцент 41"/>
    <w:basedOn w:val="a3"/>
    <w:next w:val="-42"/>
    <w:uiPriority w:val="62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-511">
    <w:name w:val="Светлая сетка - Акцент 51"/>
    <w:basedOn w:val="a3"/>
    <w:next w:val="-52"/>
    <w:uiPriority w:val="62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-611">
    <w:name w:val="Светлая сетка - Акцент 61"/>
    <w:basedOn w:val="a3"/>
    <w:next w:val="-62"/>
    <w:uiPriority w:val="62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111">
    <w:name w:val="Средняя заливка 11"/>
    <w:basedOn w:val="a3"/>
    <w:next w:val="1e"/>
    <w:uiPriority w:val="63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3"/>
    <w:next w:val="1-1"/>
    <w:uiPriority w:val="63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21">
    <w:name w:val="Средняя заливка 1 - Акцент 21"/>
    <w:basedOn w:val="a3"/>
    <w:next w:val="1-2"/>
    <w:uiPriority w:val="63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31">
    <w:name w:val="Средняя заливка 1 - Акцент 31"/>
    <w:basedOn w:val="a3"/>
    <w:next w:val="1-3"/>
    <w:uiPriority w:val="63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41">
    <w:name w:val="Средняя заливка 1 - Акцент 41"/>
    <w:basedOn w:val="a3"/>
    <w:next w:val="1-4"/>
    <w:uiPriority w:val="63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51">
    <w:name w:val="Средняя заливка 1 - Акцент 51"/>
    <w:basedOn w:val="a3"/>
    <w:next w:val="1-5"/>
    <w:uiPriority w:val="63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61">
    <w:name w:val="Средняя заливка 1 - Акцент 61"/>
    <w:basedOn w:val="a3"/>
    <w:next w:val="1-6"/>
    <w:uiPriority w:val="63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2">
    <w:name w:val="Средняя заливка 21"/>
    <w:basedOn w:val="a3"/>
    <w:next w:val="29"/>
    <w:uiPriority w:val="64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3"/>
    <w:next w:val="2-1"/>
    <w:uiPriority w:val="64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21">
    <w:name w:val="Средняя заливка 2 - Акцент 21"/>
    <w:basedOn w:val="a3"/>
    <w:next w:val="2-2"/>
    <w:uiPriority w:val="64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1">
    <w:name w:val="Средняя заливка 2 - Акцент 31"/>
    <w:basedOn w:val="a3"/>
    <w:next w:val="2-3"/>
    <w:uiPriority w:val="64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41">
    <w:name w:val="Средняя заливка 2 - Акцент 41"/>
    <w:basedOn w:val="a3"/>
    <w:next w:val="2-4"/>
    <w:uiPriority w:val="64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51">
    <w:name w:val="Средняя заливка 2 - Акцент 51"/>
    <w:basedOn w:val="a3"/>
    <w:next w:val="2-5"/>
    <w:uiPriority w:val="64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61">
    <w:name w:val="Средняя заливка 2 - Акцент 61"/>
    <w:basedOn w:val="a3"/>
    <w:next w:val="2-6"/>
    <w:uiPriority w:val="64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2">
    <w:name w:val="Средний список 11"/>
    <w:basedOn w:val="a3"/>
    <w:next w:val="1f"/>
    <w:uiPriority w:val="65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0">
    <w:name w:val="Средний список 1 - Акцент 11"/>
    <w:basedOn w:val="a3"/>
    <w:next w:val="1-10"/>
    <w:uiPriority w:val="65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-210">
    <w:name w:val="Средний список 1 - Акцент 21"/>
    <w:basedOn w:val="a3"/>
    <w:next w:val="1-20"/>
    <w:uiPriority w:val="65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customStyle="1" w:styleId="1-310">
    <w:name w:val="Средний список 1 - Акцент 31"/>
    <w:basedOn w:val="a3"/>
    <w:next w:val="1-30"/>
    <w:uiPriority w:val="65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customStyle="1" w:styleId="1-410">
    <w:name w:val="Средний список 1 - Акцент 41"/>
    <w:basedOn w:val="a3"/>
    <w:next w:val="1-40"/>
    <w:uiPriority w:val="65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customStyle="1" w:styleId="1-510">
    <w:name w:val="Средний список 1 - Акцент 51"/>
    <w:basedOn w:val="a3"/>
    <w:next w:val="1-50"/>
    <w:uiPriority w:val="65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1-610">
    <w:name w:val="Средний список 1 - Акцент 61"/>
    <w:basedOn w:val="a3"/>
    <w:next w:val="1-60"/>
    <w:uiPriority w:val="65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213">
    <w:name w:val="Средний список 21"/>
    <w:basedOn w:val="a3"/>
    <w:next w:val="2a"/>
    <w:uiPriority w:val="66"/>
    <w:rsid w:val="00C50DF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110">
    <w:name w:val="Средний список 2 - Акцент 11"/>
    <w:basedOn w:val="a3"/>
    <w:next w:val="2-10"/>
    <w:uiPriority w:val="66"/>
    <w:rsid w:val="00C50DF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210">
    <w:name w:val="Средний список 2 - Акцент 21"/>
    <w:basedOn w:val="a3"/>
    <w:next w:val="2-20"/>
    <w:uiPriority w:val="66"/>
    <w:rsid w:val="00C50DF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310">
    <w:name w:val="Средний список 2 - Акцент 31"/>
    <w:basedOn w:val="a3"/>
    <w:next w:val="2-30"/>
    <w:uiPriority w:val="66"/>
    <w:rsid w:val="00C50DF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410">
    <w:name w:val="Средний список 2 - Акцент 41"/>
    <w:basedOn w:val="a3"/>
    <w:next w:val="2-40"/>
    <w:uiPriority w:val="66"/>
    <w:rsid w:val="00C50DF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510">
    <w:name w:val="Средний список 2 - Акцент 51"/>
    <w:basedOn w:val="a3"/>
    <w:next w:val="2-50"/>
    <w:uiPriority w:val="66"/>
    <w:rsid w:val="00C50DF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610">
    <w:name w:val="Средний список 2 - Акцент 61"/>
    <w:basedOn w:val="a3"/>
    <w:next w:val="2-60"/>
    <w:uiPriority w:val="66"/>
    <w:rsid w:val="00C50DF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3">
    <w:name w:val="Средняя сетка 11"/>
    <w:basedOn w:val="a3"/>
    <w:next w:val="1f0"/>
    <w:uiPriority w:val="67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1-111">
    <w:name w:val="Средняя сетка 1 - Акцент 11"/>
    <w:basedOn w:val="a3"/>
    <w:next w:val="1-12"/>
    <w:uiPriority w:val="67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1-211">
    <w:name w:val="Средняя сетка 1 - Акцент 21"/>
    <w:basedOn w:val="a3"/>
    <w:next w:val="1-22"/>
    <w:uiPriority w:val="67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1-311">
    <w:name w:val="Средняя сетка 1 - Акцент 31"/>
    <w:basedOn w:val="a3"/>
    <w:next w:val="1-32"/>
    <w:uiPriority w:val="67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1-411">
    <w:name w:val="Средняя сетка 1 - Акцент 41"/>
    <w:basedOn w:val="a3"/>
    <w:next w:val="1-42"/>
    <w:uiPriority w:val="67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1-511">
    <w:name w:val="Средняя сетка 1 - Акцент 51"/>
    <w:basedOn w:val="a3"/>
    <w:next w:val="1-52"/>
    <w:uiPriority w:val="67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1-611">
    <w:name w:val="Средняя сетка 1 - Акцент 61"/>
    <w:basedOn w:val="a3"/>
    <w:next w:val="1-62"/>
    <w:uiPriority w:val="67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214">
    <w:name w:val="Средняя сетка 21"/>
    <w:basedOn w:val="a3"/>
    <w:next w:val="2b"/>
    <w:uiPriority w:val="68"/>
    <w:rsid w:val="00C50DF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2-111">
    <w:name w:val="Средняя сетка 2 - Акцент 11"/>
    <w:basedOn w:val="a3"/>
    <w:next w:val="2-12"/>
    <w:uiPriority w:val="68"/>
    <w:rsid w:val="00C50DF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2-211">
    <w:name w:val="Средняя сетка 2 - Акцент 21"/>
    <w:basedOn w:val="a3"/>
    <w:next w:val="2-22"/>
    <w:uiPriority w:val="68"/>
    <w:rsid w:val="00C50DF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customStyle="1" w:styleId="2-311">
    <w:name w:val="Средняя сетка 2 - Акцент 31"/>
    <w:basedOn w:val="a3"/>
    <w:next w:val="2-32"/>
    <w:uiPriority w:val="68"/>
    <w:rsid w:val="00C50DF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2-411">
    <w:name w:val="Средняя сетка 2 - Акцент 41"/>
    <w:basedOn w:val="a3"/>
    <w:next w:val="2-42"/>
    <w:uiPriority w:val="68"/>
    <w:rsid w:val="00C50DF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customStyle="1" w:styleId="2-511">
    <w:name w:val="Средняя сетка 2 - Акцент 51"/>
    <w:basedOn w:val="a3"/>
    <w:next w:val="2-52"/>
    <w:uiPriority w:val="68"/>
    <w:rsid w:val="00C50DF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customStyle="1" w:styleId="2-611">
    <w:name w:val="Средняя сетка 2 - Акцент 61"/>
    <w:basedOn w:val="a3"/>
    <w:next w:val="2-62"/>
    <w:uiPriority w:val="68"/>
    <w:rsid w:val="00C50DF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311">
    <w:name w:val="Средняя сетка 31"/>
    <w:basedOn w:val="a3"/>
    <w:next w:val="37"/>
    <w:uiPriority w:val="69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3-11">
    <w:name w:val="Средняя сетка 3 - Акцент 11"/>
    <w:basedOn w:val="a3"/>
    <w:next w:val="3-1"/>
    <w:uiPriority w:val="69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3-21">
    <w:name w:val="Средняя сетка 3 - Акцент 21"/>
    <w:basedOn w:val="a3"/>
    <w:next w:val="3-2"/>
    <w:uiPriority w:val="69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3-31">
    <w:name w:val="Средняя сетка 3 - Акцент 31"/>
    <w:basedOn w:val="a3"/>
    <w:next w:val="3-3"/>
    <w:uiPriority w:val="69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3-41">
    <w:name w:val="Средняя сетка 3 - Акцент 41"/>
    <w:basedOn w:val="a3"/>
    <w:next w:val="3-4"/>
    <w:uiPriority w:val="69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customStyle="1" w:styleId="3-51">
    <w:name w:val="Средняя сетка 3 - Акцент 51"/>
    <w:basedOn w:val="a3"/>
    <w:next w:val="3-5"/>
    <w:uiPriority w:val="69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3-61">
    <w:name w:val="Средняя сетка 3 - Акцент 61"/>
    <w:basedOn w:val="a3"/>
    <w:next w:val="3-6"/>
    <w:uiPriority w:val="69"/>
    <w:rsid w:val="00C50DF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1f1">
    <w:name w:val="Темный список1"/>
    <w:basedOn w:val="a3"/>
    <w:next w:val="aff"/>
    <w:uiPriority w:val="70"/>
    <w:rsid w:val="00C50DF8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-112">
    <w:name w:val="Темный список - Акцент 11"/>
    <w:basedOn w:val="a3"/>
    <w:next w:val="-13"/>
    <w:uiPriority w:val="70"/>
    <w:rsid w:val="00C50DF8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customStyle="1" w:styleId="-212">
    <w:name w:val="Темный список - Акцент 21"/>
    <w:basedOn w:val="a3"/>
    <w:next w:val="-23"/>
    <w:uiPriority w:val="70"/>
    <w:rsid w:val="00C50DF8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customStyle="1" w:styleId="-312">
    <w:name w:val="Темный список - Акцент 31"/>
    <w:basedOn w:val="a3"/>
    <w:next w:val="-33"/>
    <w:uiPriority w:val="70"/>
    <w:rsid w:val="00C50DF8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customStyle="1" w:styleId="-412">
    <w:name w:val="Темный список - Акцент 41"/>
    <w:basedOn w:val="a3"/>
    <w:next w:val="-43"/>
    <w:uiPriority w:val="70"/>
    <w:rsid w:val="00C50DF8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customStyle="1" w:styleId="-512">
    <w:name w:val="Темный список - Акцент 51"/>
    <w:basedOn w:val="a3"/>
    <w:next w:val="-53"/>
    <w:uiPriority w:val="70"/>
    <w:rsid w:val="00C50DF8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-612">
    <w:name w:val="Темный список - Акцент 61"/>
    <w:basedOn w:val="a3"/>
    <w:next w:val="-63"/>
    <w:uiPriority w:val="70"/>
    <w:rsid w:val="00C50DF8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customStyle="1" w:styleId="1f2">
    <w:name w:val="Цветная заливка1"/>
    <w:basedOn w:val="a3"/>
    <w:next w:val="aff0"/>
    <w:uiPriority w:val="71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113">
    <w:name w:val="Цветная заливка - Акцент 11"/>
    <w:basedOn w:val="a3"/>
    <w:next w:val="-14"/>
    <w:uiPriority w:val="71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213">
    <w:name w:val="Цветная заливка - Акцент 21"/>
    <w:basedOn w:val="a3"/>
    <w:next w:val="-24"/>
    <w:uiPriority w:val="71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313">
    <w:name w:val="Цветная заливка - Акцент 31"/>
    <w:basedOn w:val="a3"/>
    <w:next w:val="-34"/>
    <w:uiPriority w:val="71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customStyle="1" w:styleId="-413">
    <w:name w:val="Цветная заливка - Акцент 41"/>
    <w:basedOn w:val="a3"/>
    <w:next w:val="-44"/>
    <w:uiPriority w:val="71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513">
    <w:name w:val="Цветная заливка - Акцент 51"/>
    <w:basedOn w:val="a3"/>
    <w:next w:val="-54"/>
    <w:uiPriority w:val="71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613">
    <w:name w:val="Цветная заливка - Акцент 61"/>
    <w:basedOn w:val="a3"/>
    <w:next w:val="-64"/>
    <w:uiPriority w:val="71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f3">
    <w:name w:val="Цветной список1"/>
    <w:basedOn w:val="a3"/>
    <w:next w:val="aff1"/>
    <w:uiPriority w:val="72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-114">
    <w:name w:val="Цветной список - Акцент 11"/>
    <w:basedOn w:val="a3"/>
    <w:next w:val="-15"/>
    <w:uiPriority w:val="72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-214">
    <w:name w:val="Цветной список - Акцент 21"/>
    <w:basedOn w:val="a3"/>
    <w:next w:val="-25"/>
    <w:uiPriority w:val="72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customStyle="1" w:styleId="-314">
    <w:name w:val="Цветной список - Акцент 31"/>
    <w:basedOn w:val="a3"/>
    <w:next w:val="-35"/>
    <w:uiPriority w:val="72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customStyle="1" w:styleId="-414">
    <w:name w:val="Цветной список - Акцент 41"/>
    <w:basedOn w:val="a3"/>
    <w:next w:val="-45"/>
    <w:uiPriority w:val="72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customStyle="1" w:styleId="-514">
    <w:name w:val="Цветной список - Акцент 51"/>
    <w:basedOn w:val="a3"/>
    <w:next w:val="-55"/>
    <w:uiPriority w:val="72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customStyle="1" w:styleId="-614">
    <w:name w:val="Цветной список - Акцент 61"/>
    <w:basedOn w:val="a3"/>
    <w:next w:val="-65"/>
    <w:uiPriority w:val="72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1f4">
    <w:name w:val="Цветная сетка1"/>
    <w:basedOn w:val="a3"/>
    <w:next w:val="aff2"/>
    <w:uiPriority w:val="73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-115">
    <w:name w:val="Цветная сетка - Акцент 11"/>
    <w:basedOn w:val="a3"/>
    <w:next w:val="-16"/>
    <w:uiPriority w:val="73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-215">
    <w:name w:val="Цветная сетка - Акцент 21"/>
    <w:basedOn w:val="a3"/>
    <w:next w:val="-26"/>
    <w:uiPriority w:val="73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-315">
    <w:name w:val="Цветная сетка - Акцент 31"/>
    <w:basedOn w:val="a3"/>
    <w:next w:val="-36"/>
    <w:uiPriority w:val="73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415">
    <w:name w:val="Цветная сетка - Акцент 41"/>
    <w:basedOn w:val="a3"/>
    <w:next w:val="-46"/>
    <w:uiPriority w:val="73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-515">
    <w:name w:val="Цветная сетка - Акцент 51"/>
    <w:basedOn w:val="a3"/>
    <w:next w:val="-56"/>
    <w:uiPriority w:val="73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-615">
    <w:name w:val="Цветная сетка - Акцент 61"/>
    <w:basedOn w:val="a3"/>
    <w:next w:val="-66"/>
    <w:uiPriority w:val="73"/>
    <w:rsid w:val="00C50DF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character" w:customStyle="1" w:styleId="215">
    <w:name w:val="Заголовок 2 Знак1"/>
    <w:basedOn w:val="a2"/>
    <w:uiPriority w:val="9"/>
    <w:semiHidden/>
    <w:rsid w:val="00C50DF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2">
    <w:name w:val="Заголовок 3 Знак1"/>
    <w:basedOn w:val="a2"/>
    <w:uiPriority w:val="9"/>
    <w:semiHidden/>
    <w:rsid w:val="00C50DF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Title"/>
    <w:basedOn w:val="a1"/>
    <w:next w:val="a1"/>
    <w:link w:val="aa"/>
    <w:uiPriority w:val="10"/>
    <w:qFormat/>
    <w:rsid w:val="00C50DF8"/>
    <w:pPr>
      <w:spacing w:after="0" w:line="240" w:lineRule="auto"/>
      <w:contextualSpacing/>
    </w:pPr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character" w:customStyle="1" w:styleId="1f5">
    <w:name w:val="Заголовок Знак1"/>
    <w:basedOn w:val="a2"/>
    <w:uiPriority w:val="10"/>
    <w:rsid w:val="00C50D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d">
    <w:name w:val="Subtitle"/>
    <w:basedOn w:val="a1"/>
    <w:next w:val="a1"/>
    <w:link w:val="ac"/>
    <w:uiPriority w:val="11"/>
    <w:qFormat/>
    <w:rsid w:val="00C50DF8"/>
    <w:pPr>
      <w:numPr>
        <w:ilvl w:val="1"/>
      </w:numPr>
    </w:pPr>
    <w:rPr>
      <w:rFonts w:ascii="Calibri" w:eastAsia="MS Gothic" w:hAnsi="Calibri" w:cs="Times New Roman"/>
      <w:i/>
      <w:iCs/>
      <w:color w:val="4F81BD"/>
      <w:spacing w:val="15"/>
      <w:sz w:val="24"/>
      <w:szCs w:val="24"/>
    </w:rPr>
  </w:style>
  <w:style w:type="character" w:customStyle="1" w:styleId="1f6">
    <w:name w:val="Подзаголовок Знак1"/>
    <w:basedOn w:val="a2"/>
    <w:uiPriority w:val="11"/>
    <w:rsid w:val="00C50DF8"/>
    <w:rPr>
      <w:rFonts w:eastAsiaTheme="minorEastAsia"/>
      <w:color w:val="5A5A5A" w:themeColor="text1" w:themeTint="A5"/>
      <w:spacing w:val="15"/>
    </w:rPr>
  </w:style>
  <w:style w:type="paragraph" w:styleId="28">
    <w:name w:val="Quote"/>
    <w:basedOn w:val="a1"/>
    <w:next w:val="a1"/>
    <w:link w:val="27"/>
    <w:uiPriority w:val="29"/>
    <w:qFormat/>
    <w:rsid w:val="00C50DF8"/>
    <w:pPr>
      <w:spacing w:before="200"/>
      <w:ind w:left="864" w:right="864"/>
      <w:jc w:val="center"/>
    </w:pPr>
    <w:rPr>
      <w:i/>
      <w:iCs/>
      <w:color w:val="000000"/>
    </w:rPr>
  </w:style>
  <w:style w:type="character" w:customStyle="1" w:styleId="216">
    <w:name w:val="Цитата 2 Знак1"/>
    <w:basedOn w:val="a2"/>
    <w:uiPriority w:val="29"/>
    <w:rsid w:val="00C50DF8"/>
    <w:rPr>
      <w:i/>
      <w:iCs/>
      <w:color w:val="404040" w:themeColor="text1" w:themeTint="BF"/>
    </w:rPr>
  </w:style>
  <w:style w:type="character" w:customStyle="1" w:styleId="410">
    <w:name w:val="Заголовок 4 Знак1"/>
    <w:basedOn w:val="a2"/>
    <w:uiPriority w:val="9"/>
    <w:semiHidden/>
    <w:rsid w:val="00C50DF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10">
    <w:name w:val="Заголовок 5 Знак1"/>
    <w:basedOn w:val="a2"/>
    <w:uiPriority w:val="9"/>
    <w:semiHidden/>
    <w:rsid w:val="00C50DF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10">
    <w:name w:val="Заголовок 6 Знак1"/>
    <w:basedOn w:val="a2"/>
    <w:uiPriority w:val="9"/>
    <w:semiHidden/>
    <w:rsid w:val="00C50DF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10">
    <w:name w:val="Заголовок 7 Знак1"/>
    <w:basedOn w:val="a2"/>
    <w:uiPriority w:val="9"/>
    <w:semiHidden/>
    <w:rsid w:val="00C50DF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10">
    <w:name w:val="Заголовок 8 Знак1"/>
    <w:basedOn w:val="a2"/>
    <w:uiPriority w:val="9"/>
    <w:semiHidden/>
    <w:rsid w:val="00C50DF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0">
    <w:name w:val="Заголовок 9 Знак1"/>
    <w:basedOn w:val="a2"/>
    <w:uiPriority w:val="9"/>
    <w:semiHidden/>
    <w:rsid w:val="00C50DF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8">
    <w:name w:val="Intense Quote"/>
    <w:basedOn w:val="a1"/>
    <w:next w:val="a1"/>
    <w:link w:val="af7"/>
    <w:uiPriority w:val="30"/>
    <w:qFormat/>
    <w:rsid w:val="00C50DF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b/>
      <w:bCs/>
      <w:i/>
      <w:iCs/>
      <w:color w:val="4F81BD"/>
    </w:rPr>
  </w:style>
  <w:style w:type="character" w:customStyle="1" w:styleId="1f7">
    <w:name w:val="Выделенная цитата Знак1"/>
    <w:basedOn w:val="a2"/>
    <w:uiPriority w:val="30"/>
    <w:rsid w:val="00C50DF8"/>
    <w:rPr>
      <w:i/>
      <w:iCs/>
      <w:color w:val="5B9BD5" w:themeColor="accent1"/>
    </w:rPr>
  </w:style>
  <w:style w:type="character" w:styleId="aff3">
    <w:name w:val="Subtle Emphasis"/>
    <w:basedOn w:val="a2"/>
    <w:uiPriority w:val="19"/>
    <w:qFormat/>
    <w:rsid w:val="00C50DF8"/>
    <w:rPr>
      <w:i/>
      <w:iCs/>
      <w:color w:val="404040" w:themeColor="text1" w:themeTint="BF"/>
    </w:rPr>
  </w:style>
  <w:style w:type="character" w:styleId="aff4">
    <w:name w:val="Intense Emphasis"/>
    <w:basedOn w:val="a2"/>
    <w:uiPriority w:val="21"/>
    <w:qFormat/>
    <w:rsid w:val="00C50DF8"/>
    <w:rPr>
      <w:i/>
      <w:iCs/>
      <w:color w:val="5B9BD5" w:themeColor="accent1"/>
    </w:rPr>
  </w:style>
  <w:style w:type="character" w:styleId="aff5">
    <w:name w:val="Subtle Reference"/>
    <w:basedOn w:val="a2"/>
    <w:uiPriority w:val="31"/>
    <w:qFormat/>
    <w:rsid w:val="00C50DF8"/>
    <w:rPr>
      <w:smallCaps/>
      <w:color w:val="5A5A5A" w:themeColor="text1" w:themeTint="A5"/>
    </w:rPr>
  </w:style>
  <w:style w:type="character" w:styleId="aff6">
    <w:name w:val="Intense Reference"/>
    <w:basedOn w:val="a2"/>
    <w:uiPriority w:val="32"/>
    <w:qFormat/>
    <w:rsid w:val="00C50DF8"/>
    <w:rPr>
      <w:b/>
      <w:bCs/>
      <w:smallCaps/>
      <w:color w:val="5B9BD5" w:themeColor="accent1"/>
      <w:spacing w:val="5"/>
    </w:rPr>
  </w:style>
  <w:style w:type="table" w:styleId="afc">
    <w:name w:val="Light Shading"/>
    <w:basedOn w:val="a3"/>
    <w:uiPriority w:val="60"/>
    <w:semiHidden/>
    <w:unhideWhenUsed/>
    <w:rsid w:val="00C50DF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semiHidden/>
    <w:unhideWhenUsed/>
    <w:rsid w:val="00C50DF8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">
    <w:name w:val="Light Shading Accent 2"/>
    <w:basedOn w:val="a3"/>
    <w:uiPriority w:val="60"/>
    <w:semiHidden/>
    <w:unhideWhenUsed/>
    <w:rsid w:val="00C50DF8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">
    <w:name w:val="Light Shading Accent 3"/>
    <w:basedOn w:val="a3"/>
    <w:uiPriority w:val="60"/>
    <w:semiHidden/>
    <w:unhideWhenUsed/>
    <w:rsid w:val="00C50DF8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">
    <w:name w:val="Light Shading Accent 4"/>
    <w:basedOn w:val="a3"/>
    <w:uiPriority w:val="60"/>
    <w:semiHidden/>
    <w:unhideWhenUsed/>
    <w:rsid w:val="00C50DF8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">
    <w:name w:val="Light Shading Accent 5"/>
    <w:basedOn w:val="a3"/>
    <w:uiPriority w:val="60"/>
    <w:semiHidden/>
    <w:unhideWhenUsed/>
    <w:rsid w:val="00C50DF8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6">
    <w:name w:val="Light Shading Accent 6"/>
    <w:basedOn w:val="a3"/>
    <w:uiPriority w:val="60"/>
    <w:semiHidden/>
    <w:unhideWhenUsed/>
    <w:rsid w:val="00C50DF8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afd">
    <w:name w:val="Light List"/>
    <w:basedOn w:val="a3"/>
    <w:uiPriority w:val="61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-20">
    <w:name w:val="Light List Accent 2"/>
    <w:basedOn w:val="a3"/>
    <w:uiPriority w:val="61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0">
    <w:name w:val="Light List Accent 3"/>
    <w:basedOn w:val="a3"/>
    <w:uiPriority w:val="61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0">
    <w:name w:val="Light List Accent 4"/>
    <w:basedOn w:val="a3"/>
    <w:uiPriority w:val="61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0">
    <w:name w:val="Light List Accent 5"/>
    <w:basedOn w:val="a3"/>
    <w:uiPriority w:val="61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-60">
    <w:name w:val="Light List Accent 6"/>
    <w:basedOn w:val="a3"/>
    <w:uiPriority w:val="61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e">
    <w:name w:val="Light Grid"/>
    <w:basedOn w:val="a3"/>
    <w:uiPriority w:val="62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2">
    <w:name w:val="Light Grid Accent 1"/>
    <w:basedOn w:val="a3"/>
    <w:uiPriority w:val="62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-22">
    <w:name w:val="Light Grid Accent 2"/>
    <w:basedOn w:val="a3"/>
    <w:uiPriority w:val="62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2">
    <w:name w:val="Light Grid Accent 3"/>
    <w:basedOn w:val="a3"/>
    <w:uiPriority w:val="62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2">
    <w:name w:val="Light Grid Accent 4"/>
    <w:basedOn w:val="a3"/>
    <w:uiPriority w:val="62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2">
    <w:name w:val="Light Grid Accent 5"/>
    <w:basedOn w:val="a3"/>
    <w:uiPriority w:val="62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-62">
    <w:name w:val="Light Grid Accent 6"/>
    <w:basedOn w:val="a3"/>
    <w:uiPriority w:val="62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1e">
    <w:name w:val="Medium Shading 1"/>
    <w:basedOn w:val="a3"/>
    <w:uiPriority w:val="63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f">
    <w:name w:val="Medium List 1"/>
    <w:basedOn w:val="a3"/>
    <w:uiPriority w:val="65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a">
    <w:name w:val="Medium List 2"/>
    <w:basedOn w:val="a3"/>
    <w:uiPriority w:val="66"/>
    <w:semiHidden/>
    <w:unhideWhenUsed/>
    <w:rsid w:val="00C50DF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C50DF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C50DF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C50DF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C50DF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C50DF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C50DF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f0">
    <w:name w:val="Medium Grid 1"/>
    <w:basedOn w:val="a3"/>
    <w:uiPriority w:val="67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2">
    <w:name w:val="Medium Grid 1 Accent 1"/>
    <w:basedOn w:val="a3"/>
    <w:uiPriority w:val="67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1-22">
    <w:name w:val="Medium Grid 1 Accent 2"/>
    <w:basedOn w:val="a3"/>
    <w:uiPriority w:val="67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2">
    <w:name w:val="Medium Grid 1 Accent 3"/>
    <w:basedOn w:val="a3"/>
    <w:uiPriority w:val="67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2">
    <w:name w:val="Medium Grid 1 Accent 4"/>
    <w:basedOn w:val="a3"/>
    <w:uiPriority w:val="67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2">
    <w:name w:val="Medium Grid 1 Accent 5"/>
    <w:basedOn w:val="a3"/>
    <w:uiPriority w:val="67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1-62">
    <w:name w:val="Medium Grid 1 Accent 6"/>
    <w:basedOn w:val="a3"/>
    <w:uiPriority w:val="67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b">
    <w:name w:val="Medium Grid 2"/>
    <w:basedOn w:val="a3"/>
    <w:uiPriority w:val="68"/>
    <w:semiHidden/>
    <w:unhideWhenUsed/>
    <w:rsid w:val="00C50DF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2">
    <w:name w:val="Medium Grid 2 Accent 1"/>
    <w:basedOn w:val="a3"/>
    <w:uiPriority w:val="68"/>
    <w:semiHidden/>
    <w:unhideWhenUsed/>
    <w:rsid w:val="00C50DF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2">
    <w:name w:val="Medium Grid 2 Accent 2"/>
    <w:basedOn w:val="a3"/>
    <w:uiPriority w:val="68"/>
    <w:semiHidden/>
    <w:unhideWhenUsed/>
    <w:rsid w:val="00C50DF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2">
    <w:name w:val="Medium Grid 2 Accent 3"/>
    <w:basedOn w:val="a3"/>
    <w:uiPriority w:val="68"/>
    <w:semiHidden/>
    <w:unhideWhenUsed/>
    <w:rsid w:val="00C50DF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2">
    <w:name w:val="Medium Grid 2 Accent 4"/>
    <w:basedOn w:val="a3"/>
    <w:uiPriority w:val="68"/>
    <w:semiHidden/>
    <w:unhideWhenUsed/>
    <w:rsid w:val="00C50DF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2">
    <w:name w:val="Medium Grid 2 Accent 5"/>
    <w:basedOn w:val="a3"/>
    <w:uiPriority w:val="68"/>
    <w:semiHidden/>
    <w:unhideWhenUsed/>
    <w:rsid w:val="00C50DF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2">
    <w:name w:val="Medium Grid 2 Accent 6"/>
    <w:basedOn w:val="a3"/>
    <w:uiPriority w:val="68"/>
    <w:semiHidden/>
    <w:unhideWhenUsed/>
    <w:rsid w:val="00C50DF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C50DF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aff">
    <w:name w:val="Dark List"/>
    <w:basedOn w:val="a3"/>
    <w:uiPriority w:val="70"/>
    <w:semiHidden/>
    <w:unhideWhenUsed/>
    <w:rsid w:val="00C50DF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3">
    <w:name w:val="Dark List Accent 1"/>
    <w:basedOn w:val="a3"/>
    <w:uiPriority w:val="70"/>
    <w:semiHidden/>
    <w:unhideWhenUsed/>
    <w:rsid w:val="00C50DF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-23">
    <w:name w:val="Dark List Accent 2"/>
    <w:basedOn w:val="a3"/>
    <w:uiPriority w:val="70"/>
    <w:semiHidden/>
    <w:unhideWhenUsed/>
    <w:rsid w:val="00C50DF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3">
    <w:name w:val="Dark List Accent 3"/>
    <w:basedOn w:val="a3"/>
    <w:uiPriority w:val="70"/>
    <w:semiHidden/>
    <w:unhideWhenUsed/>
    <w:rsid w:val="00C50DF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3">
    <w:name w:val="Dark List Accent 4"/>
    <w:basedOn w:val="a3"/>
    <w:uiPriority w:val="70"/>
    <w:semiHidden/>
    <w:unhideWhenUsed/>
    <w:rsid w:val="00C50DF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3">
    <w:name w:val="Dark List Accent 5"/>
    <w:basedOn w:val="a3"/>
    <w:uiPriority w:val="70"/>
    <w:semiHidden/>
    <w:unhideWhenUsed/>
    <w:rsid w:val="00C50DF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-63">
    <w:name w:val="Dark List Accent 6"/>
    <w:basedOn w:val="a3"/>
    <w:uiPriority w:val="70"/>
    <w:semiHidden/>
    <w:unhideWhenUsed/>
    <w:rsid w:val="00C50DF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aff0">
    <w:name w:val="Colorful Shading"/>
    <w:basedOn w:val="a3"/>
    <w:uiPriority w:val="71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4">
    <w:name w:val="Colorful Shading Accent 1"/>
    <w:basedOn w:val="a3"/>
    <w:uiPriority w:val="71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4">
    <w:name w:val="Colorful Shading Accent 2"/>
    <w:basedOn w:val="a3"/>
    <w:uiPriority w:val="71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4">
    <w:name w:val="Colorful Shading Accent 3"/>
    <w:basedOn w:val="a3"/>
    <w:uiPriority w:val="71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4">
    <w:name w:val="Colorful Shading Accent 4"/>
    <w:basedOn w:val="a3"/>
    <w:uiPriority w:val="71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4">
    <w:name w:val="Colorful Shading Accent 5"/>
    <w:basedOn w:val="a3"/>
    <w:uiPriority w:val="71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4">
    <w:name w:val="Colorful Shading Accent 6"/>
    <w:basedOn w:val="a3"/>
    <w:uiPriority w:val="71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1">
    <w:name w:val="Colorful List"/>
    <w:basedOn w:val="a3"/>
    <w:uiPriority w:val="72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5">
    <w:name w:val="Colorful List Accent 1"/>
    <w:basedOn w:val="a3"/>
    <w:uiPriority w:val="72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25">
    <w:name w:val="Colorful List Accent 2"/>
    <w:basedOn w:val="a3"/>
    <w:uiPriority w:val="72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5">
    <w:name w:val="Colorful List Accent 3"/>
    <w:basedOn w:val="a3"/>
    <w:uiPriority w:val="72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5">
    <w:name w:val="Colorful List Accent 4"/>
    <w:basedOn w:val="a3"/>
    <w:uiPriority w:val="72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5">
    <w:name w:val="Colorful List Accent 5"/>
    <w:basedOn w:val="a3"/>
    <w:uiPriority w:val="72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5">
    <w:name w:val="Colorful List Accent 6"/>
    <w:basedOn w:val="a3"/>
    <w:uiPriority w:val="72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ff2">
    <w:name w:val="Colorful Grid"/>
    <w:basedOn w:val="a3"/>
    <w:uiPriority w:val="73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6">
    <w:name w:val="Colorful Grid Accent 1"/>
    <w:basedOn w:val="a3"/>
    <w:uiPriority w:val="73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-26">
    <w:name w:val="Colorful Grid Accent 2"/>
    <w:basedOn w:val="a3"/>
    <w:uiPriority w:val="73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6">
    <w:name w:val="Colorful Grid Accent 3"/>
    <w:basedOn w:val="a3"/>
    <w:uiPriority w:val="73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6">
    <w:name w:val="Colorful Grid Accent 4"/>
    <w:basedOn w:val="a3"/>
    <w:uiPriority w:val="73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6">
    <w:name w:val="Colorful Grid Accent 5"/>
    <w:basedOn w:val="a3"/>
    <w:uiPriority w:val="73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-66">
    <w:name w:val="Colorful Grid Accent 6"/>
    <w:basedOn w:val="a3"/>
    <w:uiPriority w:val="73"/>
    <w:semiHidden/>
    <w:unhideWhenUsed/>
    <w:rsid w:val="00C50D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ff7">
    <w:name w:val="Normal (Web)"/>
    <w:basedOn w:val="a1"/>
    <w:uiPriority w:val="99"/>
    <w:semiHidden/>
    <w:unhideWhenUsed/>
    <w:rsid w:val="00C50DF8"/>
    <w:rPr>
      <w:rFonts w:ascii="Times New Roman" w:hAnsi="Times New Roman" w:cs="Times New Roman"/>
      <w:sz w:val="24"/>
      <w:szCs w:val="24"/>
    </w:rPr>
  </w:style>
  <w:style w:type="character" w:styleId="aff8">
    <w:name w:val="Hyperlink"/>
    <w:basedOn w:val="a2"/>
    <w:uiPriority w:val="99"/>
    <w:unhideWhenUsed/>
    <w:rsid w:val="009B2B4E"/>
    <w:rPr>
      <w:color w:val="0563C1" w:themeColor="hyperlink"/>
      <w:u w:val="single"/>
    </w:rPr>
  </w:style>
  <w:style w:type="paragraph" w:styleId="aff9">
    <w:name w:val="Balloon Text"/>
    <w:basedOn w:val="a1"/>
    <w:link w:val="affa"/>
    <w:uiPriority w:val="99"/>
    <w:semiHidden/>
    <w:unhideWhenUsed/>
    <w:rsid w:val="006607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a">
    <w:name w:val="Текст выноски Знак"/>
    <w:basedOn w:val="a2"/>
    <w:link w:val="aff9"/>
    <w:uiPriority w:val="99"/>
    <w:semiHidden/>
    <w:rsid w:val="006607A5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2"/>
    <w:uiPriority w:val="99"/>
    <w:semiHidden/>
    <w:unhideWhenUsed/>
    <w:rsid w:val="0009689E"/>
    <w:rPr>
      <w:color w:val="605E5C"/>
      <w:shd w:val="clear" w:color="auto" w:fill="E1DFDD"/>
    </w:rPr>
  </w:style>
  <w:style w:type="paragraph" w:customStyle="1" w:styleId="msonormal0">
    <w:name w:val="msonormal"/>
    <w:basedOn w:val="a1"/>
    <w:uiPriority w:val="99"/>
    <w:semiHidden/>
    <w:rsid w:val="00904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0">
    <w:name w:val="Заголовок 12"/>
    <w:basedOn w:val="a1"/>
    <w:uiPriority w:val="99"/>
    <w:semiHidden/>
    <w:rsid w:val="009040A0"/>
    <w:pPr>
      <w:widowControl w:val="0"/>
      <w:autoSpaceDE w:val="0"/>
      <w:autoSpaceDN w:val="0"/>
      <w:adjustRightInd w:val="0"/>
      <w:spacing w:after="0" w:line="240" w:lineRule="auto"/>
      <w:ind w:left="1182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220">
    <w:name w:val="Заголовок 22"/>
    <w:basedOn w:val="a1"/>
    <w:uiPriority w:val="99"/>
    <w:semiHidden/>
    <w:rsid w:val="009040A0"/>
    <w:pPr>
      <w:widowControl w:val="0"/>
      <w:autoSpaceDE w:val="0"/>
      <w:autoSpaceDN w:val="0"/>
      <w:adjustRightInd w:val="0"/>
      <w:spacing w:after="0" w:line="240" w:lineRule="auto"/>
      <w:ind w:left="102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paragraph" w:customStyle="1" w:styleId="1f8">
    <w:name w:val="Абзац списка1"/>
    <w:basedOn w:val="a1"/>
    <w:uiPriority w:val="99"/>
    <w:semiHidden/>
    <w:rsid w:val="009040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1"/>
    <w:uiPriority w:val="99"/>
    <w:semiHidden/>
    <w:rsid w:val="009040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b">
    <w:name w:val="Без интервала Знак"/>
    <w:link w:val="1f9"/>
    <w:semiHidden/>
    <w:locked/>
    <w:rsid w:val="009040A0"/>
    <w:rPr>
      <w:rFonts w:ascii="Times New Roman" w:eastAsia="Times New Roman" w:hAnsi="Times New Roman" w:cs="Times New Roman"/>
    </w:rPr>
  </w:style>
  <w:style w:type="paragraph" w:customStyle="1" w:styleId="1f9">
    <w:name w:val="Без интервала1"/>
    <w:link w:val="affb"/>
    <w:semiHidden/>
    <w:rsid w:val="009040A0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msonormalcxspmiddlecxspmiddle">
    <w:name w:val="msonormalcxspmiddlecxspmiddle"/>
    <w:basedOn w:val="a1"/>
    <w:uiPriority w:val="99"/>
    <w:semiHidden/>
    <w:rsid w:val="00904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cxspmiddle">
    <w:name w:val="msonormalcxspmiddlecxspmiddlecxspmiddle"/>
    <w:basedOn w:val="a1"/>
    <w:uiPriority w:val="99"/>
    <w:semiHidden/>
    <w:rsid w:val="00904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1"/>
    <w:uiPriority w:val="99"/>
    <w:semiHidden/>
    <w:rsid w:val="00904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cxspmiddlecxspmiddle">
    <w:name w:val="msonormalcxspmiddlecxspmiddlecxspmiddlecxspmiddle"/>
    <w:basedOn w:val="a1"/>
    <w:uiPriority w:val="99"/>
    <w:semiHidden/>
    <w:rsid w:val="00904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cxspmiddlecxsplast">
    <w:name w:val="msonormalcxspmiddlecxspmiddlecxspmiddlecxsplast"/>
    <w:basedOn w:val="a1"/>
    <w:uiPriority w:val="99"/>
    <w:semiHidden/>
    <w:rsid w:val="00904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c">
    <w:name w:val="Знак Знак Знак Знак"/>
    <w:basedOn w:val="a1"/>
    <w:uiPriority w:val="99"/>
    <w:semiHidden/>
    <w:rsid w:val="009040A0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1fa">
    <w:name w:val="Основной текст Знак1"/>
    <w:basedOn w:val="a2"/>
    <w:uiPriority w:val="99"/>
    <w:semiHidden/>
    <w:rsid w:val="009040A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67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urok.ru" TargetMode="External"/><Relationship Id="rId13" Type="http://schemas.openxmlformats.org/officeDocument/2006/relationships/hyperlink" Target="https://interneturok.ru" TargetMode="External"/><Relationship Id="rId18" Type="http://schemas.openxmlformats.org/officeDocument/2006/relationships/hyperlink" Target="https://interneturok.ru" TargetMode="External"/><Relationship Id="rId26" Type="http://schemas.openxmlformats.org/officeDocument/2006/relationships/hyperlink" Target="https://multiurok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interneturok.ru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interneturok.ru" TargetMode="External"/><Relationship Id="rId17" Type="http://schemas.openxmlformats.org/officeDocument/2006/relationships/hyperlink" Target="https://interneturok.ru" TargetMode="External"/><Relationship Id="rId25" Type="http://schemas.openxmlformats.org/officeDocument/2006/relationships/hyperlink" Target="https://multiurok.ru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interneturok.ru" TargetMode="External"/><Relationship Id="rId20" Type="http://schemas.openxmlformats.org/officeDocument/2006/relationships/hyperlink" Target="https://interneturok.ru" TargetMode="External"/><Relationship Id="rId29" Type="http://schemas.openxmlformats.org/officeDocument/2006/relationships/hyperlink" Target="https://multiurok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terneturok.ru" TargetMode="External"/><Relationship Id="rId24" Type="http://schemas.openxmlformats.org/officeDocument/2006/relationships/hyperlink" Target="https://multiurok.ru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interneturok.ru" TargetMode="External"/><Relationship Id="rId23" Type="http://schemas.openxmlformats.org/officeDocument/2006/relationships/hyperlink" Target="https://multiurok.ru" TargetMode="External"/><Relationship Id="rId28" Type="http://schemas.openxmlformats.org/officeDocument/2006/relationships/hyperlink" Target="https://10.mchs.gov.ru/" TargetMode="External"/><Relationship Id="rId10" Type="http://schemas.openxmlformats.org/officeDocument/2006/relationships/hyperlink" Target="https://interneturok.ru" TargetMode="External"/><Relationship Id="rId19" Type="http://schemas.openxmlformats.org/officeDocument/2006/relationships/hyperlink" Target="https://interneturok.ru" TargetMode="External"/><Relationship Id="rId31" Type="http://schemas.openxmlformats.org/officeDocument/2006/relationships/hyperlink" Target="http://0bj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multiurok.ru" TargetMode="External"/><Relationship Id="rId14" Type="http://schemas.openxmlformats.org/officeDocument/2006/relationships/hyperlink" Target="https://interneturok.ru" TargetMode="External"/><Relationship Id="rId22" Type="http://schemas.openxmlformats.org/officeDocument/2006/relationships/hyperlink" Target="https://multiurok.ru" TargetMode="External"/><Relationship Id="rId27" Type="http://schemas.openxmlformats.org/officeDocument/2006/relationships/hyperlink" Target="https://testedu.ru/test/obzh/5-klass/" TargetMode="External"/><Relationship Id="rId30" Type="http://schemas.openxmlformats.org/officeDocument/2006/relationships/hyperlink" Target="https://interneturo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FA403-97CC-4E5C-8F2A-1FA61218D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3084</Words>
  <Characters>17579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Надежда</cp:lastModifiedBy>
  <cp:revision>2</cp:revision>
  <cp:lastPrinted>2022-09-19T08:35:00Z</cp:lastPrinted>
  <dcterms:created xsi:type="dcterms:W3CDTF">2023-09-21T09:45:00Z</dcterms:created>
  <dcterms:modified xsi:type="dcterms:W3CDTF">2023-09-21T09:45:00Z</dcterms:modified>
</cp:coreProperties>
</file>