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3E56" w:rsidRDefault="00383E56">
      <w:pPr>
        <w:autoSpaceDE w:val="0"/>
        <w:autoSpaceDN w:val="0"/>
        <w:spacing w:after="78" w:line="220" w:lineRule="exact"/>
      </w:pPr>
      <w:bookmarkStart w:id="0" w:name="_GoBack"/>
      <w:bookmarkEnd w:id="0"/>
    </w:p>
    <w:p w:rsidR="00E52F91" w:rsidRPr="00E52F91" w:rsidRDefault="000D1FBF" w:rsidP="00E52F91">
      <w:pPr>
        <w:jc w:val="center"/>
        <w:rPr>
          <w:lang w:val="ru-RU"/>
        </w:rPr>
        <w:sectPr w:rsidR="00E52F91" w:rsidRPr="00E52F91">
          <w:pgSz w:w="11900" w:h="16840"/>
          <w:pgMar w:top="298" w:right="878" w:bottom="1440" w:left="738" w:header="720" w:footer="720" w:gutter="0"/>
          <w:cols w:space="720" w:equalWidth="0">
            <w:col w:w="10284" w:space="0"/>
          </w:cols>
          <w:docGrid w:linePitch="360"/>
        </w:sectPr>
      </w:pPr>
      <w:r>
        <w:rPr>
          <w:rFonts w:ascii="Times New Roman" w:eastAsia="Times New Roman" w:hAnsi="Times New Roman"/>
          <w:b/>
          <w:color w:val="000000"/>
          <w:sz w:val="24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3.75pt;height:705.75pt">
            <v:imagedata r:id="rId7" o:title="7"/>
          </v:shape>
        </w:pict>
      </w:r>
    </w:p>
    <w:p w:rsidR="00383E56" w:rsidRPr="00F22005" w:rsidRDefault="00383E56">
      <w:pPr>
        <w:autoSpaceDE w:val="0"/>
        <w:autoSpaceDN w:val="0"/>
        <w:spacing w:after="78" w:line="220" w:lineRule="exact"/>
        <w:rPr>
          <w:lang w:val="ru-RU"/>
        </w:rPr>
      </w:pPr>
    </w:p>
    <w:p w:rsidR="00383E56" w:rsidRPr="00F22005" w:rsidRDefault="00383E56">
      <w:pPr>
        <w:autoSpaceDE w:val="0"/>
        <w:autoSpaceDN w:val="0"/>
        <w:spacing w:after="78" w:line="220" w:lineRule="exact"/>
        <w:rPr>
          <w:lang w:val="ru-RU"/>
        </w:rPr>
      </w:pPr>
    </w:p>
    <w:p w:rsidR="00383E56" w:rsidRPr="00E52F91" w:rsidRDefault="00383E56">
      <w:pPr>
        <w:autoSpaceDE w:val="0"/>
        <w:autoSpaceDN w:val="0"/>
        <w:spacing w:after="78" w:line="220" w:lineRule="exact"/>
        <w:rPr>
          <w:lang w:val="ru-RU"/>
        </w:rPr>
      </w:pPr>
    </w:p>
    <w:p w:rsidR="00383E56" w:rsidRPr="00863C3D" w:rsidRDefault="00E52F91">
      <w:pPr>
        <w:autoSpaceDE w:val="0"/>
        <w:autoSpaceDN w:val="0"/>
        <w:spacing w:after="0" w:line="230" w:lineRule="auto"/>
        <w:rPr>
          <w:rFonts w:ascii="Times New Roman" w:hAnsi="Times New Roman" w:cs="Times New Roman"/>
          <w:lang w:val="ru-RU"/>
        </w:rPr>
      </w:pPr>
      <w:r w:rsidRPr="00863C3D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:rsidR="00E52F91" w:rsidRPr="00863C3D" w:rsidRDefault="00E52F91" w:rsidP="00E52F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52F91" w:rsidRPr="00863C3D" w:rsidRDefault="00E52F91" w:rsidP="00E52F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863C3D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Введение. Основы безопасности жизнедеятельности. Это нужно знать</w:t>
      </w:r>
    </w:p>
    <w:p w:rsidR="00E52F91" w:rsidRPr="00863C3D" w:rsidRDefault="00E52F91" w:rsidP="00E52F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63C3D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>Немного истории</w:t>
      </w:r>
      <w:r w:rsidRPr="00863C3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. Забота о здоровье человека в древности и в наши дни. </w:t>
      </w:r>
      <w:r w:rsidRPr="00863C3D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>Окружающая среда и безопасность</w:t>
      </w:r>
      <w:r w:rsidRPr="00863C3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. Что такое опасность, виды опасностей. </w:t>
      </w:r>
      <w:r w:rsidRPr="00863C3D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>Какие знания и умения вы получите, изучая предмет</w:t>
      </w:r>
      <w:r w:rsidRPr="00863C3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63C3D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«Основы безопасности жизнедеятельности». </w:t>
      </w:r>
      <w:r w:rsidRPr="00863C3D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Связь предмета с другими науками, его цели и задачи.</w:t>
      </w:r>
    </w:p>
    <w:p w:rsidR="00E52F91" w:rsidRPr="00863C3D" w:rsidRDefault="00E52F91" w:rsidP="00E52F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DE0C9A" w:rsidRPr="00DE0C9A" w:rsidRDefault="00DE0C9A" w:rsidP="00DE0C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DE0C9A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На природе</w:t>
      </w:r>
    </w:p>
    <w:p w:rsidR="00DE0C9A" w:rsidRPr="00DE0C9A" w:rsidRDefault="00DE0C9A" w:rsidP="00DE0C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E0C9A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Умееете ли вы ориентироваться? </w:t>
      </w:r>
      <w:r w:rsidRPr="00DE0C9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Что такое ориентир. Ориентирование по компасу, солнцу, часам, Полярной звезде и местным признакам. Измерение расстояния на местности. Если вы заблудились в лесу. Как подавать сигналы о помощи. </w:t>
      </w:r>
      <w:r w:rsidRPr="00DE0C9A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>Чрезвычайные ситуации природного характера</w:t>
      </w:r>
      <w:r w:rsidRPr="00DE0C9A">
        <w:rPr>
          <w:rFonts w:ascii="Times New Roman" w:hAnsi="Times New Roman" w:cs="Times New Roman"/>
          <w:color w:val="000000"/>
          <w:sz w:val="28"/>
          <w:szCs w:val="28"/>
          <w:lang w:val="ru-RU"/>
        </w:rPr>
        <w:t>. Виды</w:t>
      </w:r>
    </w:p>
    <w:p w:rsidR="00DE0C9A" w:rsidRPr="00DE0C9A" w:rsidRDefault="00DE0C9A" w:rsidP="00DE0C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E0C9A">
        <w:rPr>
          <w:rFonts w:ascii="Times New Roman" w:hAnsi="Times New Roman" w:cs="Times New Roman"/>
          <w:color w:val="000000"/>
          <w:sz w:val="28"/>
          <w:szCs w:val="28"/>
          <w:lang w:val="ru-RU"/>
        </w:rPr>
        <w:t>и характеристика природных чрезвычайных ситуаций. Правила безопасного поведения в таких ситуациях.</w:t>
      </w:r>
    </w:p>
    <w:p w:rsidR="00DE0C9A" w:rsidRPr="00DE0C9A" w:rsidRDefault="00DE0C9A" w:rsidP="00DE0C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E0C9A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Природа полна неожиданностей! </w:t>
      </w:r>
      <w:r w:rsidRPr="00DE0C9A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Опасности, которые могут встретиться в природе. Общие правила поведения в лесу и на водоёме. Правила поведения в экстремальных ситуациях (потеря ориентиров на незнакомой местности и др.). Правила поведения при встрече с опасными животными (насекомые, змеи, другие дикие животные). Первая помощь при укусе насекомых и змей. Опасности, которые таит вода. Выбор места для купания и его оценка. Правила безопасного поведения на воде при купании и катании на лодке. Оценка состояния льда в холодное время года. Правила безопасного поведения на льду. Переправа через водные препятствия. Предусмотрительность и осторожность во время преодоления водных препятствий. Первая помощь при судороге, солнечном ударе.</w:t>
      </w:r>
    </w:p>
    <w:p w:rsidR="00DE0C9A" w:rsidRPr="00DE0C9A" w:rsidRDefault="00DE0C9A" w:rsidP="00DE0C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E0C9A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Правила проведения сердечно-лёгочной реанимации.</w:t>
      </w:r>
    </w:p>
    <w:p w:rsidR="00DE0C9A" w:rsidRPr="00DE0C9A" w:rsidRDefault="00DE0C9A" w:rsidP="00DE0C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DE0C9A" w:rsidRPr="00DE0C9A" w:rsidRDefault="00DE0C9A" w:rsidP="00DE0C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DE0C9A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Туристский поход: радость без неприятностей</w:t>
      </w:r>
    </w:p>
    <w:p w:rsidR="00DE0C9A" w:rsidRPr="00DE0C9A" w:rsidRDefault="00DE0C9A" w:rsidP="00DE0C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E0C9A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Перед походом... </w:t>
      </w:r>
      <w:r w:rsidRPr="00DE0C9A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Правила организации безопасного туристского похода. Подбор снаряжения и продуктов питания. Одежда и обувь для похода. Правила укладки рюкзака. Спальный мешок. Первая помощь при потёртости, мозоли. Походная аптечка.</w:t>
      </w:r>
      <w:r w:rsidRPr="00F2200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DE0C9A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В походе... </w:t>
      </w:r>
      <w:r w:rsidRPr="00DE0C9A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Режим дня в многодневном походе. Правила организации режима дня туриста: время для передвижения, отдыха, сна, питания, активных занятий и игр. Походная еда,</w:t>
      </w:r>
    </w:p>
    <w:p w:rsidR="00DE0C9A" w:rsidRPr="00DE0C9A" w:rsidRDefault="00DE0C9A" w:rsidP="00DE0C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E0C9A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правила её приготовления. Съедобные и ядовитые грибы. Первая помощь при отравлении грибами и получении ожогов.</w:t>
      </w:r>
    </w:p>
    <w:p w:rsidR="00DE0C9A" w:rsidRPr="00DE0C9A" w:rsidRDefault="00DE0C9A" w:rsidP="00DE0C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DE0C9A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Когда человек сам себе враг</w:t>
      </w:r>
    </w:p>
    <w:p w:rsidR="00DE0C9A" w:rsidRPr="00DE0C9A" w:rsidRDefault="00DE0C9A" w:rsidP="00DE0C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E0C9A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Алкоголь наносит удары по организму. </w:t>
      </w:r>
      <w:r w:rsidRPr="00DE0C9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Вред алкоголя для здоровья, умственной деятельности и поведения человека. Особая опасность приёма алкоголя в подростковом возрасте. </w:t>
      </w:r>
      <w:r w:rsidRPr="00DE0C9A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Курение убивает. </w:t>
      </w:r>
      <w:r w:rsidRPr="00DE0C9A">
        <w:rPr>
          <w:rFonts w:ascii="Times New Roman" w:hAnsi="Times New Roman" w:cs="Times New Roman"/>
          <w:color w:val="000000"/>
          <w:sz w:val="28"/>
          <w:szCs w:val="28"/>
          <w:lang w:val="ru-RU"/>
        </w:rPr>
        <w:t>Вред табакокурения для здоровья человека. Особая опасность курения в подростковом возрасте.</w:t>
      </w:r>
    </w:p>
    <w:p w:rsidR="00DE0C9A" w:rsidRDefault="00DE0C9A" w:rsidP="00E52F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</w:pPr>
    </w:p>
    <w:p w:rsidR="00F22005" w:rsidRDefault="00F22005" w:rsidP="00E52F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</w:pPr>
    </w:p>
    <w:p w:rsidR="00F22005" w:rsidRDefault="00F22005" w:rsidP="00E52F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</w:pPr>
    </w:p>
    <w:p w:rsidR="00E52F91" w:rsidRPr="00863C3D" w:rsidRDefault="00E52F91" w:rsidP="00E52F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</w:pPr>
      <w:r w:rsidRPr="00863C3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lastRenderedPageBreak/>
        <w:t xml:space="preserve">Практические работы </w:t>
      </w:r>
      <w:r w:rsidRPr="00863C3D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(</w:t>
      </w:r>
      <w:r w:rsidRPr="00863C3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примерные темы работ</w:t>
      </w:r>
      <w:r w:rsidRPr="00863C3D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)</w:t>
      </w:r>
    </w:p>
    <w:p w:rsidR="00E52F91" w:rsidRPr="00863C3D" w:rsidRDefault="00E52F91" w:rsidP="00E52F91">
      <w:pPr>
        <w:pStyle w:val="a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63C3D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Распределение снаряжения между участниками туристского похода.</w:t>
      </w:r>
    </w:p>
    <w:p w:rsidR="00E52F91" w:rsidRPr="00863C3D" w:rsidRDefault="00E52F91" w:rsidP="00E52F91">
      <w:pPr>
        <w:pStyle w:val="a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63C3D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Pr="00863C3D">
        <w:rPr>
          <w:rFonts w:ascii="Times New Roman" w:hAnsi="Times New Roman" w:cs="Times New Roman"/>
          <w:color w:val="000000"/>
          <w:sz w:val="28"/>
          <w:szCs w:val="28"/>
          <w:lang w:val="ru-RU"/>
        </w:rPr>
        <w:t>График движения по туристскому маршруту.</w:t>
      </w:r>
    </w:p>
    <w:p w:rsidR="00E52F91" w:rsidRPr="00863C3D" w:rsidRDefault="00E52F91" w:rsidP="00E52F91">
      <w:pPr>
        <w:pStyle w:val="a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63C3D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Pr="00863C3D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Организация поиска потерявшегося туриста и его действия в такой ситуации.</w:t>
      </w:r>
    </w:p>
    <w:p w:rsidR="00E52F91" w:rsidRPr="00863C3D" w:rsidRDefault="00E52F91" w:rsidP="00E52F91">
      <w:pPr>
        <w:pStyle w:val="a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63C3D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Pr="00863C3D">
        <w:rPr>
          <w:rFonts w:ascii="Times New Roman" w:hAnsi="Times New Roman" w:cs="Times New Roman"/>
          <w:color w:val="000000"/>
          <w:sz w:val="28"/>
          <w:szCs w:val="28"/>
          <w:lang w:val="ru-RU"/>
        </w:rPr>
        <w:t>Вязание узлов и их применение.</w:t>
      </w:r>
    </w:p>
    <w:p w:rsidR="00E52F91" w:rsidRPr="00863C3D" w:rsidRDefault="00E52F91" w:rsidP="00E52F91">
      <w:pPr>
        <w:pStyle w:val="a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63C3D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Pr="00863C3D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Навыки работы с документами: Федеральный закон</w:t>
      </w:r>
    </w:p>
    <w:p w:rsidR="00E52F91" w:rsidRPr="00863C3D" w:rsidRDefault="00E52F91" w:rsidP="00E52F91">
      <w:pPr>
        <w:pStyle w:val="a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63C3D">
        <w:rPr>
          <w:rFonts w:ascii="Times New Roman" w:hAnsi="Times New Roman" w:cs="Times New Roman"/>
          <w:color w:val="000000"/>
          <w:sz w:val="28"/>
          <w:szCs w:val="28"/>
          <w:lang w:val="ru-RU"/>
        </w:rPr>
        <w:t>«Об охране здоровья граждан от воздействия окружающего табачного дыма и последствий потребления табака».</w:t>
      </w:r>
    </w:p>
    <w:p w:rsidR="00E52F91" w:rsidRPr="00863C3D" w:rsidRDefault="00E52F91" w:rsidP="00E52F91">
      <w:pPr>
        <w:pStyle w:val="a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63C3D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Pr="00863C3D">
        <w:rPr>
          <w:rFonts w:ascii="Times New Roman" w:hAnsi="Times New Roman" w:cs="Times New Roman"/>
          <w:color w:val="000000"/>
          <w:sz w:val="28"/>
          <w:szCs w:val="28"/>
          <w:lang w:val="ru-RU"/>
        </w:rPr>
        <w:t>Виды и особенности чрезвычайных ситуаций.</w:t>
      </w:r>
    </w:p>
    <w:p w:rsidR="00E52F91" w:rsidRPr="00863C3D" w:rsidRDefault="00E52F91" w:rsidP="00E52F91">
      <w:pPr>
        <w:pStyle w:val="a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63C3D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Pr="00863C3D">
        <w:rPr>
          <w:rFonts w:ascii="Times New Roman" w:hAnsi="Times New Roman" w:cs="Times New Roman"/>
          <w:color w:val="000000"/>
          <w:sz w:val="28"/>
          <w:szCs w:val="28"/>
          <w:lang w:val="ru-RU"/>
        </w:rPr>
        <w:t>Оказание первой помощи при небольших ранах, ссадинах, переломах, ушибах.</w:t>
      </w:r>
    </w:p>
    <w:p w:rsidR="00863C3D" w:rsidRDefault="00863C3D" w:rsidP="00E52F91">
      <w:pPr>
        <w:pStyle w:val="ae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</w:pPr>
    </w:p>
    <w:p w:rsidR="00E52F91" w:rsidRPr="00863C3D" w:rsidRDefault="00E52F91" w:rsidP="00E52F91">
      <w:pPr>
        <w:pStyle w:val="ae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</w:pPr>
      <w:r w:rsidRPr="00863C3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 xml:space="preserve">Проектная деятельность </w:t>
      </w:r>
      <w:r w:rsidRPr="00863C3D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(</w:t>
      </w:r>
      <w:r w:rsidRPr="00863C3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примерные темы работ</w:t>
      </w:r>
      <w:r w:rsidRPr="00863C3D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)</w:t>
      </w:r>
    </w:p>
    <w:p w:rsidR="00E52F91" w:rsidRPr="00863C3D" w:rsidRDefault="00E52F91" w:rsidP="00E52F91">
      <w:pPr>
        <w:pStyle w:val="a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63C3D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Отдых на природе: опасности, которые могут подстерегать.</w:t>
      </w:r>
    </w:p>
    <w:p w:rsidR="00E52F91" w:rsidRPr="00863C3D" w:rsidRDefault="00E52F91" w:rsidP="00E52F91">
      <w:pPr>
        <w:pStyle w:val="a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63C3D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Отношение к пьянству в России в разные времена.</w:t>
      </w:r>
    </w:p>
    <w:p w:rsidR="00E52F91" w:rsidRPr="00863C3D" w:rsidRDefault="00E52F91" w:rsidP="00E52F91">
      <w:pPr>
        <w:pStyle w:val="a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63C3D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Pr="00863C3D">
        <w:rPr>
          <w:rFonts w:ascii="Times New Roman" w:hAnsi="Times New Roman" w:cs="Times New Roman"/>
          <w:color w:val="000000"/>
          <w:sz w:val="28"/>
          <w:szCs w:val="28"/>
          <w:lang w:val="ru-RU"/>
        </w:rPr>
        <w:t>Мифы о пьянстве на Руси.</w:t>
      </w:r>
    </w:p>
    <w:p w:rsidR="00E52F91" w:rsidRPr="00863C3D" w:rsidRDefault="00E52F91" w:rsidP="00E52F91">
      <w:pPr>
        <w:pStyle w:val="a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63C3D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Pr="00863C3D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Отражение темы пьянства в карикатуре.</w:t>
      </w:r>
    </w:p>
    <w:p w:rsidR="00E52F91" w:rsidRPr="00863C3D" w:rsidRDefault="00E52F91" w:rsidP="00E52F91">
      <w:pPr>
        <w:pStyle w:val="a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63C3D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Pr="00863C3D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Наркотикам — нет!</w:t>
      </w:r>
    </w:p>
    <w:p w:rsidR="00E52F91" w:rsidRPr="00863C3D" w:rsidRDefault="00E52F91" w:rsidP="00E52F91">
      <w:pPr>
        <w:pStyle w:val="a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63C3D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Pr="00863C3D">
        <w:rPr>
          <w:rFonts w:ascii="Times New Roman" w:hAnsi="Times New Roman" w:cs="Times New Roman"/>
          <w:color w:val="000000"/>
          <w:sz w:val="28"/>
          <w:szCs w:val="28"/>
          <w:lang w:val="ru-RU"/>
        </w:rPr>
        <w:t>Как смягчить последствия природных чрезвычайных ситуаций?</w:t>
      </w:r>
    </w:p>
    <w:p w:rsidR="00E52F91" w:rsidRPr="00863C3D" w:rsidRDefault="00E52F91" w:rsidP="00E52F91">
      <w:pPr>
        <w:pStyle w:val="a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63C3D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Pr="00863C3D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Техногенная катастрофа.</w:t>
      </w:r>
    </w:p>
    <w:p w:rsidR="00383E56" w:rsidRPr="00863C3D" w:rsidRDefault="00383E56" w:rsidP="00E52F91">
      <w:pPr>
        <w:pStyle w:val="a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  <w:sectPr w:rsidR="00383E56" w:rsidRPr="00863C3D">
          <w:pgSz w:w="11900" w:h="16840"/>
          <w:pgMar w:top="298" w:right="912" w:bottom="1440" w:left="666" w:header="720" w:footer="720" w:gutter="0"/>
          <w:cols w:space="720" w:equalWidth="0">
            <w:col w:w="10322" w:space="0"/>
          </w:cols>
          <w:docGrid w:linePitch="360"/>
        </w:sectPr>
      </w:pPr>
    </w:p>
    <w:p w:rsidR="00383E56" w:rsidRPr="00E52F91" w:rsidRDefault="00383E56">
      <w:pPr>
        <w:autoSpaceDE w:val="0"/>
        <w:autoSpaceDN w:val="0"/>
        <w:spacing w:after="78" w:line="220" w:lineRule="exact"/>
        <w:rPr>
          <w:lang w:val="ru-RU"/>
        </w:rPr>
      </w:pPr>
    </w:p>
    <w:p w:rsidR="00383E56" w:rsidRPr="008521BA" w:rsidRDefault="00E52F91">
      <w:pPr>
        <w:autoSpaceDE w:val="0"/>
        <w:autoSpaceDN w:val="0"/>
        <w:spacing w:after="0" w:line="23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8521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ПЛАНИРУЕМЫЕ ОБРАЗОВАТЕЛЬНЫЕ РЕЗУЛЬТАТЫ</w:t>
      </w:r>
    </w:p>
    <w:p w:rsidR="00863C3D" w:rsidRPr="008521BA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8521BA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Планируемые результаты обучения</w:t>
      </w:r>
    </w:p>
    <w:p w:rsidR="008521BA" w:rsidRPr="008521BA" w:rsidRDefault="008521BA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863C3D" w:rsidRPr="008521BA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8521BA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Личностные результаты</w:t>
      </w:r>
    </w:p>
    <w:p w:rsidR="00863C3D" w:rsidRPr="008521BA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521BA">
        <w:rPr>
          <w:rFonts w:ascii="Segoe UI Symbol" w:hAnsi="Segoe UI Symbol" w:cs="Segoe UI Symbol"/>
          <w:color w:val="666666"/>
          <w:sz w:val="28"/>
          <w:szCs w:val="28"/>
          <w:lang w:val="ru-RU"/>
        </w:rPr>
        <w:t>◼</w:t>
      </w:r>
      <w:r w:rsidRPr="008521BA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Освоение социальных норм поведения, социальных ролей, связанных с необычными, неожиданными, опасными и</w:t>
      </w:r>
    </w:p>
    <w:p w:rsidR="00863C3D" w:rsidRPr="008521BA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чрезвычайными ситуациями;</w:t>
      </w:r>
    </w:p>
    <w:p w:rsidR="00863C3D" w:rsidRPr="008521BA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521BA">
        <w:rPr>
          <w:rFonts w:ascii="Segoe UI Symbol" w:hAnsi="Segoe UI Symbol" w:cs="Segoe UI Symbol"/>
          <w:color w:val="666666"/>
          <w:sz w:val="28"/>
          <w:szCs w:val="28"/>
          <w:lang w:val="ru-RU"/>
        </w:rPr>
        <w:t>◼</w:t>
      </w:r>
      <w:r w:rsidRPr="008521BA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сформированность социально значимых межличностных отношений, ценност</w:t>
      </w:r>
      <w:r w:rsidR="008521BA"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ных жизненных установок и нрав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ственных представлений;</w:t>
      </w:r>
    </w:p>
    <w:p w:rsidR="00863C3D" w:rsidRPr="008521BA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521BA">
        <w:rPr>
          <w:rFonts w:ascii="Segoe UI Symbol" w:hAnsi="Segoe UI Symbol" w:cs="Segoe UI Symbol"/>
          <w:color w:val="666666"/>
          <w:sz w:val="28"/>
          <w:szCs w:val="28"/>
          <w:lang w:val="ru-RU"/>
        </w:rPr>
        <w:t>◼</w:t>
      </w:r>
      <w:r w:rsidRPr="008521BA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эмоционально-отрицательная оценка потребительского отношения к окружающей среде, к проявлению асоциального поведения;</w:t>
      </w:r>
    </w:p>
    <w:p w:rsidR="00863C3D" w:rsidRPr="008521BA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521BA">
        <w:rPr>
          <w:rFonts w:ascii="Segoe UI Symbol" w:hAnsi="Segoe UI Symbol" w:cs="Segoe UI Symbol"/>
          <w:color w:val="666666"/>
          <w:sz w:val="28"/>
          <w:szCs w:val="28"/>
          <w:lang w:val="ru-RU"/>
        </w:rPr>
        <w:t>◼</w:t>
      </w:r>
      <w:r w:rsidRPr="008521BA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формирование способности предвидеть результаты своих действий, корректировать те из них, которые могут</w:t>
      </w:r>
    </w:p>
    <w:p w:rsidR="00863C3D" w:rsidRPr="008521BA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привести к нежелательным и/или опасным последствиям;</w:t>
      </w:r>
    </w:p>
    <w:p w:rsidR="00863C3D" w:rsidRPr="008521BA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521BA">
        <w:rPr>
          <w:rFonts w:ascii="Segoe UI Symbol" w:hAnsi="Segoe UI Symbol" w:cs="Segoe UI Symbol"/>
          <w:color w:val="666666"/>
          <w:sz w:val="28"/>
          <w:szCs w:val="28"/>
          <w:lang w:val="ru-RU"/>
        </w:rPr>
        <w:t>◼</w:t>
      </w:r>
      <w:r w:rsidRPr="008521BA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устойчивое стремление и готовность к саморазвитию и личностному совершенствованию.</w:t>
      </w:r>
    </w:p>
    <w:p w:rsidR="008521BA" w:rsidRPr="008521BA" w:rsidRDefault="008521BA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863C3D" w:rsidRPr="008521BA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8521BA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Метапредметные результаты (универсальные учебные действия)</w:t>
      </w:r>
    </w:p>
    <w:p w:rsidR="00863C3D" w:rsidRPr="008521BA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8521BA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Познавательные</w:t>
      </w:r>
    </w:p>
    <w:p w:rsidR="00863C3D" w:rsidRPr="008521BA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521BA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>Обучающиеся научатся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:</w:t>
      </w:r>
    </w:p>
    <w:p w:rsidR="00863C3D" w:rsidRPr="008521BA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521BA">
        <w:rPr>
          <w:rFonts w:ascii="Segoe UI Symbol" w:hAnsi="Segoe UI Symbol" w:cs="Segoe UI Symbol"/>
          <w:b/>
          <w:bCs/>
          <w:color w:val="666666"/>
          <w:sz w:val="28"/>
          <w:szCs w:val="28"/>
          <w:lang w:val="ru-RU"/>
        </w:rPr>
        <w:t>◼</w:t>
      </w:r>
      <w:r w:rsidRPr="008521BA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использовать умств</w:t>
      </w:r>
      <w:r w:rsidR="008521BA"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енные операции (анализ, синтез, 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сравнение, классификация и</w:t>
      </w:r>
      <w:r w:rsidR="008521BA"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др.) для оценки, интерпретации 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обобщения получаемой информации;</w:t>
      </w:r>
    </w:p>
    <w:p w:rsidR="00863C3D" w:rsidRPr="008521BA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521BA">
        <w:rPr>
          <w:rFonts w:ascii="Segoe UI Symbol" w:hAnsi="Segoe UI Symbol" w:cs="Segoe UI Symbol"/>
          <w:b/>
          <w:bCs/>
          <w:color w:val="666666"/>
          <w:sz w:val="28"/>
          <w:szCs w:val="28"/>
          <w:lang w:val="ru-RU"/>
        </w:rPr>
        <w:t>◼</w:t>
      </w:r>
      <w:r w:rsidRPr="008521BA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сопоставлять инфор</w:t>
      </w:r>
      <w:r w:rsidR="008521BA"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мацию по одной и той же пробле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ме, полученную из различных источников и в разных видах</w:t>
      </w:r>
    </w:p>
    <w:p w:rsidR="00863C3D" w:rsidRPr="008521BA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(текст, иллюстрация, графическое представление);</w:t>
      </w:r>
    </w:p>
    <w:p w:rsidR="00863C3D" w:rsidRPr="008521BA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521BA">
        <w:rPr>
          <w:rFonts w:ascii="Segoe UI Symbol" w:hAnsi="Segoe UI Symbol" w:cs="Segoe UI Symbol"/>
          <w:b/>
          <w:bCs/>
          <w:color w:val="666666"/>
          <w:sz w:val="28"/>
          <w:szCs w:val="28"/>
          <w:lang w:val="ru-RU"/>
        </w:rPr>
        <w:t>◼</w:t>
      </w:r>
      <w:r w:rsidRPr="008521BA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сравнивать чрезвычай</w:t>
      </w:r>
      <w:r w:rsidR="008521BA"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ные ситуации и классифицировать 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их по степени опасности </w:t>
      </w:r>
      <w:r w:rsidR="008521BA"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для жизни и здоровья лю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дей;</w:t>
      </w:r>
    </w:p>
    <w:p w:rsidR="00863C3D" w:rsidRPr="008521BA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521BA">
        <w:rPr>
          <w:rFonts w:ascii="Segoe UI Symbol" w:hAnsi="Segoe UI Symbol" w:cs="Segoe UI Symbol"/>
          <w:b/>
          <w:bCs/>
          <w:color w:val="666666"/>
          <w:sz w:val="28"/>
          <w:szCs w:val="28"/>
          <w:lang w:val="ru-RU"/>
        </w:rPr>
        <w:t>◼</w:t>
      </w:r>
      <w:r w:rsidRPr="008521BA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осуществлять по</w:t>
      </w:r>
      <w:r w:rsidR="008521BA"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иск информации, необходимой для 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выбора правильных решен</w:t>
      </w:r>
      <w:r w:rsidR="008521BA"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ий в опасных и чрезвычайных си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туациях, связанных с бы</w:t>
      </w:r>
      <w:r w:rsidR="008521BA"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том, повседневной школьной жиз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нью, природными и техногенными происшествиями.</w:t>
      </w:r>
    </w:p>
    <w:p w:rsidR="00863C3D" w:rsidRPr="008521BA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63C3D" w:rsidRPr="008521BA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8521BA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Регулятивные</w:t>
      </w:r>
    </w:p>
    <w:p w:rsidR="00863C3D" w:rsidRPr="008521BA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521BA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>Обучающиеся научатся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:</w:t>
      </w:r>
    </w:p>
    <w:p w:rsidR="00863C3D" w:rsidRPr="008521BA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521BA">
        <w:rPr>
          <w:rFonts w:ascii="Segoe UI Symbol" w:hAnsi="Segoe UI Symbol" w:cs="Segoe UI Symbol"/>
          <w:b/>
          <w:bCs/>
          <w:color w:val="666666"/>
          <w:sz w:val="28"/>
          <w:szCs w:val="28"/>
          <w:lang w:val="ru-RU"/>
        </w:rPr>
        <w:t>◼</w:t>
      </w:r>
      <w:r w:rsidRPr="008521BA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планировать по соб</w:t>
      </w:r>
      <w:r w:rsidR="008521BA"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ственному побуждению свою жизнь 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деятельность, ориентир</w:t>
      </w:r>
      <w:r w:rsidR="008521BA"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уясь на изученные правила безо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пасного поведения в различных ситуациях;</w:t>
      </w:r>
    </w:p>
    <w:p w:rsidR="00863C3D" w:rsidRPr="008521BA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521BA">
        <w:rPr>
          <w:rFonts w:ascii="Segoe UI Symbol" w:hAnsi="Segoe UI Symbol" w:cs="Segoe UI Symbol"/>
          <w:b/>
          <w:bCs/>
          <w:color w:val="666666"/>
          <w:sz w:val="28"/>
          <w:szCs w:val="28"/>
          <w:lang w:val="ru-RU"/>
        </w:rPr>
        <w:t>◼</w:t>
      </w:r>
      <w:r w:rsidRPr="008521BA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контролировать св</w:t>
      </w:r>
      <w:r w:rsidR="008521BA"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оё поведение, проявлять желание 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и способности предвидеть последствия сво</w:t>
      </w:r>
      <w:r w:rsidR="008521BA"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их действий и по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ступков;</w:t>
      </w:r>
    </w:p>
    <w:p w:rsidR="00863C3D" w:rsidRPr="008521BA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521BA">
        <w:rPr>
          <w:rFonts w:ascii="Segoe UI Symbol" w:hAnsi="Segoe UI Symbol" w:cs="Segoe UI Symbol"/>
          <w:b/>
          <w:bCs/>
          <w:color w:val="666666"/>
          <w:sz w:val="28"/>
          <w:szCs w:val="28"/>
          <w:lang w:val="ru-RU"/>
        </w:rPr>
        <w:t>◼</w:t>
      </w:r>
      <w:r w:rsidRPr="008521BA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оценивать различн</w:t>
      </w:r>
      <w:r w:rsidR="008521BA"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ые опасные и чрезвычайные ситу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ации, определять ошибки </w:t>
      </w:r>
      <w:r w:rsidR="008521BA"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недостатки в действиях людей, 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попавших в такие ситуации</w:t>
      </w:r>
      <w:r w:rsidR="008521BA"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, искать способы устранения не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гативных последствий.</w:t>
      </w:r>
    </w:p>
    <w:p w:rsidR="00863C3D" w:rsidRPr="008521BA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8521BA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Коммуникативные</w:t>
      </w:r>
    </w:p>
    <w:p w:rsidR="00863C3D" w:rsidRPr="008521BA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521BA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>Обучающиеся научатся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:</w:t>
      </w:r>
    </w:p>
    <w:p w:rsidR="00863C3D" w:rsidRPr="008521BA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521BA">
        <w:rPr>
          <w:rFonts w:ascii="Segoe UI Symbol" w:hAnsi="Segoe UI Symbol" w:cs="Segoe UI Symbol"/>
          <w:b/>
          <w:bCs/>
          <w:color w:val="666666"/>
          <w:sz w:val="28"/>
          <w:szCs w:val="28"/>
          <w:lang w:val="ru-RU"/>
        </w:rPr>
        <w:t>◼</w:t>
      </w:r>
      <w:r w:rsidRPr="008521BA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участвовать в диалоге</w:t>
      </w:r>
      <w:r w:rsidR="008521BA"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(высказывать своё мнение, тер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пимо относиться к разны</w:t>
      </w:r>
      <w:r w:rsidR="008521BA"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 мнениям, объективно оценивать 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суждения участников);</w:t>
      </w:r>
    </w:p>
    <w:p w:rsidR="00863C3D" w:rsidRPr="008521BA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521BA">
        <w:rPr>
          <w:rFonts w:ascii="Segoe UI Symbol" w:hAnsi="Segoe UI Symbol" w:cs="Segoe UI Symbol"/>
          <w:b/>
          <w:bCs/>
          <w:color w:val="666666"/>
          <w:sz w:val="28"/>
          <w:szCs w:val="28"/>
          <w:lang w:val="ru-RU"/>
        </w:rPr>
        <w:t>◼</w:t>
      </w:r>
      <w:r w:rsidRPr="008521BA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формулировать о</w:t>
      </w:r>
      <w:r w:rsidR="008521BA"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бобщения и выводы по изученному 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материалу;</w:t>
      </w:r>
    </w:p>
    <w:p w:rsidR="00863C3D" w:rsidRPr="008521BA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521BA">
        <w:rPr>
          <w:rFonts w:ascii="Segoe UI Symbol" w:hAnsi="Segoe UI Symbol" w:cs="Segoe UI Symbol"/>
          <w:b/>
          <w:bCs/>
          <w:color w:val="666666"/>
          <w:sz w:val="28"/>
          <w:szCs w:val="28"/>
          <w:lang w:val="ru-RU"/>
        </w:rPr>
        <w:lastRenderedPageBreak/>
        <w:t>◼</w:t>
      </w:r>
      <w:r w:rsidRPr="008521BA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составлять обоснов</w:t>
      </w:r>
      <w:r w:rsidR="008521BA"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анные суждения о правилах безо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пасного поведения в различных чрезвычайных ситуациях;</w:t>
      </w:r>
    </w:p>
    <w:p w:rsidR="00863C3D" w:rsidRPr="008521BA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521BA">
        <w:rPr>
          <w:rFonts w:ascii="Segoe UI Symbol" w:hAnsi="Segoe UI Symbol" w:cs="Segoe UI Symbol"/>
          <w:b/>
          <w:bCs/>
          <w:color w:val="666666"/>
          <w:sz w:val="28"/>
          <w:szCs w:val="28"/>
          <w:lang w:val="ru-RU"/>
        </w:rPr>
        <w:t>◼</w:t>
      </w:r>
      <w:r w:rsidRPr="008521BA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характеризовать терм</w:t>
      </w:r>
      <w:r w:rsidR="008521BA"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ины и понятия (в рамках изучен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ных), пользоваться энцикло</w:t>
      </w:r>
      <w:r w:rsidR="008521BA"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педиями и словарями для уточне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 их значения и смысла;</w:t>
      </w:r>
    </w:p>
    <w:p w:rsidR="00863C3D" w:rsidRPr="008521BA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521BA">
        <w:rPr>
          <w:rFonts w:ascii="Segoe UI Symbol" w:hAnsi="Segoe UI Symbol" w:cs="Segoe UI Symbol"/>
          <w:b/>
          <w:bCs/>
          <w:color w:val="666666"/>
          <w:sz w:val="28"/>
          <w:szCs w:val="28"/>
          <w:lang w:val="ru-RU"/>
        </w:rPr>
        <w:t>◼</w:t>
      </w:r>
      <w:r w:rsidRPr="008521BA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характеризовать</w:t>
      </w:r>
      <w:r w:rsidR="008521BA"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термины и причины происходящих 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негативных явлений и событий, де</w:t>
      </w:r>
      <w:r w:rsidR="008521BA"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лать выводы о возможных 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способах их предупреждения.</w:t>
      </w:r>
    </w:p>
    <w:p w:rsidR="00863C3D" w:rsidRPr="008521BA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8521BA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Предметные результаты</w:t>
      </w:r>
    </w:p>
    <w:p w:rsidR="00863C3D" w:rsidRPr="008521BA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521BA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>Обучающиеся научатся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:</w:t>
      </w:r>
    </w:p>
    <w:p w:rsidR="00863C3D" w:rsidRPr="008521BA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521BA">
        <w:rPr>
          <w:rFonts w:ascii="Segoe UI Symbol" w:hAnsi="Segoe UI Symbol" w:cs="Segoe UI Symbol"/>
          <w:b/>
          <w:bCs/>
          <w:color w:val="666666"/>
          <w:sz w:val="28"/>
          <w:szCs w:val="28"/>
          <w:lang w:val="ru-RU"/>
        </w:rPr>
        <w:t>◼</w:t>
      </w:r>
      <w:r w:rsidRPr="008521BA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объяснять смысл осно</w:t>
      </w:r>
      <w:r w:rsidR="008521BA"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вных терминов и понятий (в рам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ках изученного материала);</w:t>
      </w:r>
    </w:p>
    <w:p w:rsidR="00863C3D" w:rsidRPr="008521BA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521BA">
        <w:rPr>
          <w:rFonts w:ascii="Segoe UI Symbol" w:hAnsi="Segoe UI Symbol" w:cs="Segoe UI Symbol"/>
          <w:b/>
          <w:bCs/>
          <w:color w:val="666666"/>
          <w:sz w:val="28"/>
          <w:szCs w:val="28"/>
          <w:lang w:val="ru-RU"/>
        </w:rPr>
        <w:t>◼</w:t>
      </w:r>
      <w:r w:rsidRPr="008521BA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характеризовать го</w:t>
      </w:r>
      <w:r w:rsidR="008521BA"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сударственную политику, связан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ную с предотвращением разли</w:t>
      </w:r>
      <w:r w:rsidR="008521BA"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чных чрезвычайных ситуа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ций и ликвидацией их после</w:t>
      </w:r>
      <w:r w:rsidR="008521BA"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дствий (в рамках изученного ма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териала);</w:t>
      </w:r>
    </w:p>
    <w:p w:rsidR="00863C3D" w:rsidRPr="008521BA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521BA">
        <w:rPr>
          <w:rFonts w:ascii="Segoe UI Symbol" w:hAnsi="Segoe UI Symbol" w:cs="Segoe UI Symbol"/>
          <w:b/>
          <w:bCs/>
          <w:color w:val="666666"/>
          <w:sz w:val="28"/>
          <w:szCs w:val="28"/>
          <w:lang w:val="ru-RU"/>
        </w:rPr>
        <w:t>◼</w:t>
      </w:r>
      <w:r w:rsidRPr="008521BA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раскрывать особенности семьи как важного социального института; характеризовать факторы, влияющие на взаимоотношения в семье;</w:t>
      </w:r>
    </w:p>
    <w:p w:rsidR="00863C3D" w:rsidRPr="008521BA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521BA">
        <w:rPr>
          <w:rFonts w:ascii="Segoe UI Symbol" w:hAnsi="Segoe UI Symbol" w:cs="Segoe UI Symbol"/>
          <w:b/>
          <w:bCs/>
          <w:color w:val="666666"/>
          <w:sz w:val="28"/>
          <w:szCs w:val="28"/>
          <w:lang w:val="ru-RU"/>
        </w:rPr>
        <w:t>◼</w:t>
      </w:r>
      <w:r w:rsidRPr="008521BA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выявлять положительные и отрицательные факторы, влияющие на здоровье и благополучие человека;</w:t>
      </w:r>
    </w:p>
    <w:p w:rsidR="00863C3D" w:rsidRPr="008521BA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521BA">
        <w:rPr>
          <w:rFonts w:ascii="Segoe UI Symbol" w:hAnsi="Segoe UI Symbol" w:cs="Segoe UI Symbol"/>
          <w:b/>
          <w:bCs/>
          <w:color w:val="666666"/>
          <w:sz w:val="28"/>
          <w:szCs w:val="28"/>
          <w:lang w:val="ru-RU"/>
        </w:rPr>
        <w:t>◼</w:t>
      </w:r>
      <w:r w:rsidRPr="008521BA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раскрывать правила и особенности организации безопасного туризма, отдыха, игр и занятий;</w:t>
      </w:r>
    </w:p>
    <w:p w:rsidR="00863C3D" w:rsidRPr="008521BA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521BA">
        <w:rPr>
          <w:rFonts w:ascii="Segoe UI Symbol" w:hAnsi="Segoe UI Symbol" w:cs="Segoe UI Symbol"/>
          <w:b/>
          <w:bCs/>
          <w:color w:val="666666"/>
          <w:sz w:val="28"/>
          <w:szCs w:val="28"/>
          <w:lang w:val="ru-RU"/>
        </w:rPr>
        <w:t>◼</w:t>
      </w:r>
      <w:r w:rsidRPr="008521BA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классифицировать и характеризовать основные виды чрезвычайных ситуаций, отличать особенности каждого вида;</w:t>
      </w:r>
    </w:p>
    <w:p w:rsidR="00863C3D" w:rsidRPr="008521BA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521BA">
        <w:rPr>
          <w:rFonts w:ascii="Segoe UI Symbol" w:hAnsi="Segoe UI Symbol" w:cs="Segoe UI Symbol"/>
          <w:b/>
          <w:bCs/>
          <w:color w:val="666666"/>
          <w:sz w:val="28"/>
          <w:szCs w:val="28"/>
          <w:lang w:val="ru-RU"/>
        </w:rPr>
        <w:t>◼</w:t>
      </w:r>
      <w:r w:rsidRPr="008521BA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анализировать и оценивать различные ситуации, связанные с опасностями для здоровья и жизни отдельного человека и населения в масштабах региона;</w:t>
      </w:r>
    </w:p>
    <w:p w:rsidR="00863C3D" w:rsidRPr="008521BA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521BA">
        <w:rPr>
          <w:rFonts w:ascii="Segoe UI Symbol" w:hAnsi="Segoe UI Symbol" w:cs="Segoe UI Symbol"/>
          <w:b/>
          <w:bCs/>
          <w:color w:val="666666"/>
          <w:sz w:val="28"/>
          <w:szCs w:val="28"/>
          <w:lang w:val="ru-RU"/>
        </w:rPr>
        <w:t>◼</w:t>
      </w:r>
      <w:r w:rsidRPr="008521BA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различать чрезвычайные ситуации разного вида (природные, техногенные, социальные); приводить информацию о таких ситуациях;</w:t>
      </w:r>
    </w:p>
    <w:p w:rsidR="00863C3D" w:rsidRPr="008521BA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521BA">
        <w:rPr>
          <w:rFonts w:ascii="Segoe UI Symbol" w:hAnsi="Segoe UI Symbol" w:cs="Segoe UI Symbol"/>
          <w:b/>
          <w:bCs/>
          <w:color w:val="666666"/>
          <w:sz w:val="28"/>
          <w:szCs w:val="28"/>
          <w:lang w:val="ru-RU"/>
        </w:rPr>
        <w:t>◼</w:t>
      </w:r>
      <w:r w:rsidRPr="008521BA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предвидеть возможные последствия своих действий и поведения в различных ситуациях;</w:t>
      </w:r>
    </w:p>
    <w:p w:rsidR="00863C3D" w:rsidRPr="008521BA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521BA">
        <w:rPr>
          <w:rFonts w:ascii="Segoe UI Symbol" w:hAnsi="Segoe UI Symbol" w:cs="Segoe UI Symbol"/>
          <w:b/>
          <w:bCs/>
          <w:color w:val="666666"/>
          <w:sz w:val="28"/>
          <w:szCs w:val="28"/>
          <w:lang w:val="ru-RU"/>
        </w:rPr>
        <w:t>◼</w:t>
      </w:r>
      <w:r w:rsidRPr="008521BA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проявлять стремление противостоять негативным влияниям окружающей социальной среды, сверстников и взрослых;</w:t>
      </w:r>
    </w:p>
    <w:p w:rsidR="00863C3D" w:rsidRPr="008521BA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521BA">
        <w:rPr>
          <w:rFonts w:ascii="Segoe UI Symbol" w:hAnsi="Segoe UI Symbol" w:cs="Segoe UI Symbol"/>
          <w:b/>
          <w:bCs/>
          <w:color w:val="666666"/>
          <w:sz w:val="28"/>
          <w:szCs w:val="28"/>
          <w:lang w:val="ru-RU"/>
        </w:rPr>
        <w:t>◼</w:t>
      </w:r>
      <w:r w:rsidRPr="008521BA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организовывать режим и распорядок своей жизнедеятельности, включая в неё двигательную активность, закаливание и другие мероприятия;</w:t>
      </w:r>
    </w:p>
    <w:p w:rsidR="00863C3D" w:rsidRPr="008521BA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521BA">
        <w:rPr>
          <w:rFonts w:ascii="Segoe UI Symbol" w:hAnsi="Segoe UI Symbol" w:cs="Segoe UI Symbol"/>
          <w:b/>
          <w:bCs/>
          <w:color w:val="666666"/>
          <w:sz w:val="28"/>
          <w:szCs w:val="28"/>
          <w:lang w:val="ru-RU"/>
        </w:rPr>
        <w:t>◼</w:t>
      </w:r>
      <w:r w:rsidRPr="008521BA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проявлять разумную предосторожность в выборе мест для игр, при пользовании бытовыми электрическими и газовыми приборами;</w:t>
      </w:r>
    </w:p>
    <w:p w:rsidR="00863C3D" w:rsidRPr="008521BA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521BA">
        <w:rPr>
          <w:rFonts w:ascii="Segoe UI Symbol" w:hAnsi="Segoe UI Symbol" w:cs="Segoe UI Symbol"/>
          <w:b/>
          <w:bCs/>
          <w:color w:val="666666"/>
          <w:sz w:val="28"/>
          <w:szCs w:val="28"/>
          <w:lang w:val="ru-RU"/>
        </w:rPr>
        <w:t>◼</w:t>
      </w:r>
      <w:r w:rsidRPr="008521BA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правильно ориентироваться в дорожной обстановке, строго соблюдать Правила дорожного движения;</w:t>
      </w:r>
    </w:p>
    <w:p w:rsidR="00863C3D" w:rsidRPr="008521BA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521BA">
        <w:rPr>
          <w:rFonts w:ascii="Segoe UI Symbol" w:hAnsi="Segoe UI Symbol" w:cs="Segoe UI Symbol"/>
          <w:b/>
          <w:bCs/>
          <w:color w:val="666666"/>
          <w:sz w:val="28"/>
          <w:szCs w:val="28"/>
          <w:lang w:val="ru-RU"/>
        </w:rPr>
        <w:t>◼</w:t>
      </w:r>
      <w:r w:rsidRPr="008521BA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оказывать первую помощь при различных травмах.</w:t>
      </w:r>
    </w:p>
    <w:p w:rsidR="00383E56" w:rsidRPr="00E52F91" w:rsidRDefault="00383E56">
      <w:pPr>
        <w:rPr>
          <w:lang w:val="ru-RU"/>
        </w:rPr>
        <w:sectPr w:rsidR="00383E56" w:rsidRPr="00E52F91">
          <w:pgSz w:w="11900" w:h="16840"/>
          <w:pgMar w:top="298" w:right="716" w:bottom="428" w:left="666" w:header="720" w:footer="720" w:gutter="0"/>
          <w:cols w:space="720" w:equalWidth="0">
            <w:col w:w="10518" w:space="0"/>
          </w:cols>
          <w:docGrid w:linePitch="360"/>
        </w:sectPr>
      </w:pPr>
    </w:p>
    <w:p w:rsidR="00383E56" w:rsidRPr="00E52F91" w:rsidRDefault="00383E56">
      <w:pPr>
        <w:autoSpaceDE w:val="0"/>
        <w:autoSpaceDN w:val="0"/>
        <w:spacing w:after="64" w:line="220" w:lineRule="exact"/>
        <w:rPr>
          <w:lang w:val="ru-RU"/>
        </w:rPr>
      </w:pPr>
    </w:p>
    <w:p w:rsidR="00383E56" w:rsidRDefault="00E52F91">
      <w:pPr>
        <w:autoSpaceDE w:val="0"/>
        <w:autoSpaceDN w:val="0"/>
        <w:spacing w:after="258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3530"/>
        <w:gridCol w:w="10"/>
        <w:gridCol w:w="518"/>
        <w:gridCol w:w="1106"/>
        <w:gridCol w:w="746"/>
        <w:gridCol w:w="1258"/>
        <w:gridCol w:w="5104"/>
        <w:gridCol w:w="888"/>
        <w:gridCol w:w="1882"/>
      </w:tblGrid>
      <w:tr w:rsidR="00383E56" w:rsidRPr="00A120FB" w:rsidTr="001545B8">
        <w:trPr>
          <w:trHeight w:hRule="exact" w:val="348"/>
        </w:trPr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996C51" w:rsidRDefault="00E52F91">
            <w:pPr>
              <w:autoSpaceDE w:val="0"/>
              <w:autoSpaceDN w:val="0"/>
              <w:spacing w:before="78" w:after="0" w:line="245" w:lineRule="auto"/>
              <w:ind w:right="14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C5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№</w:t>
            </w:r>
            <w:r w:rsidRPr="00996C51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996C5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п/п</w:t>
            </w:r>
          </w:p>
        </w:tc>
        <w:tc>
          <w:tcPr>
            <w:tcW w:w="3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996C51" w:rsidRDefault="00E52F9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96C5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  <w:lang w:val="ru-RU"/>
              </w:rPr>
              <w:t>Наименование разделов и тем программы</w:t>
            </w:r>
          </w:p>
        </w:tc>
        <w:tc>
          <w:tcPr>
            <w:tcW w:w="23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996C51" w:rsidRDefault="00E52F9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996C5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Количество часов</w:t>
            </w:r>
          </w:p>
        </w:tc>
        <w:tc>
          <w:tcPr>
            <w:tcW w:w="12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996C51" w:rsidRDefault="00E52F91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996C5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 xml:space="preserve">Дата </w:t>
            </w:r>
            <w:r w:rsidRPr="00996C51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996C5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изучения</w:t>
            </w:r>
          </w:p>
        </w:tc>
        <w:tc>
          <w:tcPr>
            <w:tcW w:w="5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996C51" w:rsidRDefault="00E52F9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996C5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Виды деятельности</w:t>
            </w:r>
          </w:p>
        </w:tc>
        <w:tc>
          <w:tcPr>
            <w:tcW w:w="8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996C51" w:rsidRDefault="00E52F91">
            <w:pPr>
              <w:autoSpaceDE w:val="0"/>
              <w:autoSpaceDN w:val="0"/>
              <w:spacing w:before="78" w:after="0" w:line="247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996C5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 xml:space="preserve">Виды, </w:t>
            </w:r>
            <w:r w:rsidRPr="00996C51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996C5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 xml:space="preserve">формы </w:t>
            </w:r>
            <w:r w:rsidRPr="00996C51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996C5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контроля</w:t>
            </w:r>
          </w:p>
        </w:tc>
        <w:tc>
          <w:tcPr>
            <w:tcW w:w="18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996C51" w:rsidRDefault="00E52F91">
            <w:pPr>
              <w:autoSpaceDE w:val="0"/>
              <w:autoSpaceDN w:val="0"/>
              <w:spacing w:before="78" w:after="0" w:line="250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</w:rPr>
            </w:pPr>
            <w:r w:rsidRPr="00996C5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 xml:space="preserve">Электронные </w:t>
            </w:r>
            <w:r w:rsidRPr="00996C51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996C5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 xml:space="preserve">(цифровые) </w:t>
            </w:r>
            <w:r w:rsidRPr="00996C51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996C5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образовательные ресурсы</w:t>
            </w:r>
          </w:p>
        </w:tc>
      </w:tr>
      <w:tr w:rsidR="00383E56" w:rsidRPr="00A120FB" w:rsidTr="001545B8">
        <w:trPr>
          <w:trHeight w:hRule="exact" w:val="1185"/>
        </w:trPr>
        <w:tc>
          <w:tcPr>
            <w:tcW w:w="4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E56" w:rsidRPr="00996C51" w:rsidRDefault="00383E5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E56" w:rsidRPr="00996C51" w:rsidRDefault="00383E5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996C51" w:rsidRDefault="00E52F91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C5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всего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996C51" w:rsidRDefault="00E52F91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996C5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контрольные работы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996C51" w:rsidRDefault="00E52F91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996C5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практические работы</w:t>
            </w:r>
          </w:p>
        </w:tc>
        <w:tc>
          <w:tcPr>
            <w:tcW w:w="12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E56" w:rsidRPr="00996C51" w:rsidRDefault="00383E5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E56" w:rsidRPr="00996C51" w:rsidRDefault="00383E5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E56" w:rsidRPr="00996C51" w:rsidRDefault="00383E5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E56" w:rsidRPr="00996C51" w:rsidRDefault="00383E5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45B8" w:rsidRPr="00A120FB" w:rsidTr="00DE0C9A">
        <w:trPr>
          <w:trHeight w:hRule="exact" w:val="348"/>
        </w:trPr>
        <w:tc>
          <w:tcPr>
            <w:tcW w:w="4008" w:type="dxa"/>
            <w:gridSpan w:val="3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545B8" w:rsidRPr="00996C51" w:rsidRDefault="001545B8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Модуль. </w:t>
            </w:r>
            <w:r w:rsidR="00343B2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На природе</w:t>
            </w:r>
            <w:r w:rsidRPr="00996C5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.</w:t>
            </w:r>
          </w:p>
        </w:tc>
        <w:tc>
          <w:tcPr>
            <w:tcW w:w="11502" w:type="dxa"/>
            <w:gridSpan w:val="7"/>
            <w:tcBorders>
              <w:top w:val="single" w:sz="4" w:space="0" w:color="000000"/>
              <w:left w:val="single" w:sz="4" w:space="0" w:color="auto"/>
              <w:bottom w:val="single" w:sz="5" w:space="0" w:color="000000"/>
              <w:right w:val="single" w:sz="4" w:space="0" w:color="000000"/>
            </w:tcBorders>
          </w:tcPr>
          <w:p w:rsidR="001545B8" w:rsidRPr="00996C51" w:rsidRDefault="001545B8" w:rsidP="001545B8">
            <w:pPr>
              <w:autoSpaceDE w:val="0"/>
              <w:autoSpaceDN w:val="0"/>
              <w:spacing w:before="78" w:after="0" w:line="23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76CD" w:rsidRPr="007C76CD" w:rsidTr="007C76CD">
        <w:trPr>
          <w:trHeight w:hRule="exact" w:val="643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1</w:t>
            </w:r>
          </w:p>
        </w:tc>
        <w:tc>
          <w:tcPr>
            <w:tcW w:w="353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Введение.</w:t>
            </w:r>
          </w:p>
        </w:tc>
        <w:tc>
          <w:tcPr>
            <w:tcW w:w="528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1</w:t>
            </w:r>
          </w:p>
        </w:tc>
        <w:tc>
          <w:tcPr>
            <w:tcW w:w="110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</w:t>
            </w:r>
          </w:p>
        </w:tc>
        <w:tc>
          <w:tcPr>
            <w:tcW w:w="74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534995" w:rsidRDefault="00534995" w:rsidP="007C76CD">
            <w:pPr>
              <w:autoSpaceDE w:val="0"/>
              <w:autoSpaceDN w:val="0"/>
              <w:spacing w:before="76"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02.09.202</w:t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3</w:t>
            </w:r>
          </w:p>
        </w:tc>
        <w:tc>
          <w:tcPr>
            <w:tcW w:w="5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96C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Работа с текстом и иллюстрациями учебника</w:t>
            </w:r>
          </w:p>
        </w:tc>
        <w:tc>
          <w:tcPr>
            <w:tcW w:w="88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 опрос;</w:t>
            </w:r>
          </w:p>
        </w:tc>
        <w:tc>
          <w:tcPr>
            <w:tcW w:w="188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www</w:t>
            </w: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.</w:t>
            </w: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obzh</w:t>
            </w: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.</w:t>
            </w: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info</w:t>
            </w: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;</w:t>
            </w:r>
          </w:p>
        </w:tc>
      </w:tr>
      <w:tr w:rsidR="007C76CD" w:rsidRPr="00A120FB" w:rsidTr="00C7044D">
        <w:trPr>
          <w:trHeight w:hRule="exact" w:val="1843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6"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2</w:t>
            </w:r>
          </w:p>
        </w:tc>
        <w:tc>
          <w:tcPr>
            <w:tcW w:w="353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343B22" w:rsidP="007405B8">
            <w:pPr>
              <w:autoSpaceDE w:val="0"/>
              <w:autoSpaceDN w:val="0"/>
              <w:spacing w:before="78" w:after="0" w:line="245" w:lineRule="auto"/>
              <w:ind w:right="28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Умеете ли вы ориентироваться?</w:t>
            </w:r>
          </w:p>
        </w:tc>
        <w:tc>
          <w:tcPr>
            <w:tcW w:w="528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4E321F" w:rsidP="007C76CD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2</w:t>
            </w:r>
          </w:p>
        </w:tc>
        <w:tc>
          <w:tcPr>
            <w:tcW w:w="110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</w:t>
            </w:r>
          </w:p>
        </w:tc>
        <w:tc>
          <w:tcPr>
            <w:tcW w:w="74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C7044D" w:rsidP="007C76CD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1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534995" w:rsidP="007C76CD">
            <w:pPr>
              <w:autoSpaceDE w:val="0"/>
              <w:autoSpaceDN w:val="0"/>
              <w:spacing w:before="76"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09.09.202</w:t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3</w:t>
            </w:r>
            <w:r w:rsidR="007C76CD"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-</w:t>
            </w:r>
          </w:p>
          <w:p w:rsidR="007C76CD" w:rsidRPr="00996C51" w:rsidRDefault="00F22005" w:rsidP="007C76CD">
            <w:pPr>
              <w:autoSpaceDE w:val="0"/>
              <w:autoSpaceDN w:val="0"/>
              <w:spacing w:before="76"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16</w:t>
            </w:r>
            <w:r w:rsidR="0053499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.09.2023</w:t>
            </w:r>
          </w:p>
        </w:tc>
        <w:tc>
          <w:tcPr>
            <w:tcW w:w="5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7044D" w:rsidRDefault="00C7044D" w:rsidP="00C7044D">
            <w:pPr>
              <w:autoSpaceDE w:val="0"/>
              <w:autoSpaceDN w:val="0"/>
              <w:adjustRightInd w:val="0"/>
              <w:spacing w:after="0" w:line="240" w:lineRule="auto"/>
              <w:rPr>
                <w:rFonts w:ascii="Journal" w:hAnsi="Journal" w:cs="Journal"/>
                <w:sz w:val="21"/>
                <w:szCs w:val="21"/>
                <w:lang w:val="ru-RU"/>
              </w:rPr>
            </w:pPr>
            <w:r>
              <w:rPr>
                <w:rFonts w:ascii="PetersburgSanPin-Italic" w:hAnsi="PetersburgSanPin-Italic" w:cs="PetersburgSanPin-Italic"/>
                <w:i/>
                <w:iCs/>
                <w:sz w:val="21"/>
                <w:szCs w:val="21"/>
                <w:lang w:val="ru-RU"/>
              </w:rPr>
              <w:t>Практическая деятельность</w:t>
            </w:r>
            <w:r>
              <w:rPr>
                <w:rFonts w:ascii="Journal" w:hAnsi="Journal" w:cs="Journal"/>
                <w:sz w:val="21"/>
                <w:szCs w:val="21"/>
                <w:lang w:val="ru-RU"/>
              </w:rPr>
              <w:t>: определение ориентиров на плане местности; овладение навыками работы с компасом; определение сторон света по солнцу; определение сторон света по местным признакам; измерение расстояний на местности анализ иллюстраций учебника и составление памятки</w:t>
            </w:r>
          </w:p>
          <w:p w:rsidR="007C76CD" w:rsidRPr="00996C51" w:rsidRDefault="00C7044D" w:rsidP="00C704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Journal" w:hAnsi="Journal" w:cs="Journal"/>
                <w:sz w:val="21"/>
                <w:szCs w:val="21"/>
                <w:lang w:val="ru-RU"/>
              </w:rPr>
              <w:t>о правилах подачи сигналов о помощи.</w:t>
            </w:r>
          </w:p>
        </w:tc>
        <w:tc>
          <w:tcPr>
            <w:tcW w:w="88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6" w:after="0" w:line="245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</w:rPr>
            </w:pP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 опрос;</w:t>
            </w:r>
          </w:p>
        </w:tc>
        <w:tc>
          <w:tcPr>
            <w:tcW w:w="188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www.obzh.info;</w:t>
            </w:r>
          </w:p>
        </w:tc>
      </w:tr>
      <w:tr w:rsidR="007C76CD" w:rsidRPr="001D6906" w:rsidTr="00C7044D">
        <w:trPr>
          <w:trHeight w:hRule="exact" w:val="2265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6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3</w:t>
            </w:r>
          </w:p>
        </w:tc>
        <w:tc>
          <w:tcPr>
            <w:tcW w:w="353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343B22" w:rsidP="007405B8">
            <w:pPr>
              <w:autoSpaceDE w:val="0"/>
              <w:autoSpaceDN w:val="0"/>
              <w:spacing w:before="78" w:after="0" w:line="245" w:lineRule="auto"/>
              <w:ind w:right="28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Чрезвычайные ситуации природного характера</w:t>
            </w:r>
          </w:p>
        </w:tc>
        <w:tc>
          <w:tcPr>
            <w:tcW w:w="528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4E321F" w:rsidP="007C76CD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</w:t>
            </w:r>
          </w:p>
        </w:tc>
        <w:tc>
          <w:tcPr>
            <w:tcW w:w="110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74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C7044D" w:rsidP="007C76CD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F22005" w:rsidP="007C76CD">
            <w:pPr>
              <w:autoSpaceDE w:val="0"/>
              <w:autoSpaceDN w:val="0"/>
              <w:spacing w:before="76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23.</w:t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09</w:t>
            </w:r>
            <w:r w:rsidR="0053499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.2023</w:t>
            </w:r>
          </w:p>
        </w:tc>
        <w:tc>
          <w:tcPr>
            <w:tcW w:w="5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37AB3" w:rsidRDefault="00D37AB3" w:rsidP="00D37AB3">
            <w:pPr>
              <w:autoSpaceDE w:val="0"/>
              <w:autoSpaceDN w:val="0"/>
              <w:adjustRightInd w:val="0"/>
              <w:spacing w:after="0" w:line="240" w:lineRule="auto"/>
              <w:rPr>
                <w:rFonts w:ascii="Journal" w:hAnsi="Journal" w:cs="Journal"/>
                <w:sz w:val="21"/>
                <w:szCs w:val="21"/>
                <w:lang w:val="ru-RU"/>
              </w:rPr>
            </w:pPr>
            <w:r>
              <w:rPr>
                <w:rFonts w:ascii="Journal" w:hAnsi="Journal" w:cs="Journal"/>
                <w:sz w:val="21"/>
                <w:szCs w:val="21"/>
                <w:lang w:val="ru-RU"/>
              </w:rPr>
              <w:t>подготовка сообщения</w:t>
            </w:r>
            <w:r w:rsidR="00C7044D">
              <w:rPr>
                <w:rFonts w:ascii="Journal" w:hAnsi="Journal" w:cs="Journal"/>
                <w:sz w:val="21"/>
                <w:szCs w:val="21"/>
                <w:lang w:val="ru-RU"/>
              </w:rPr>
              <w:t xml:space="preserve"> </w:t>
            </w:r>
            <w:r>
              <w:rPr>
                <w:rFonts w:ascii="Journal" w:hAnsi="Journal" w:cs="Journal"/>
                <w:sz w:val="21"/>
                <w:szCs w:val="21"/>
                <w:lang w:val="ru-RU"/>
              </w:rPr>
              <w:t>о каком-либо опасном природном явлении</w:t>
            </w:r>
            <w:r w:rsidR="00C7044D">
              <w:rPr>
                <w:rFonts w:ascii="Journal" w:hAnsi="Journal" w:cs="Journal"/>
                <w:sz w:val="21"/>
                <w:szCs w:val="21"/>
                <w:lang w:val="ru-RU"/>
              </w:rPr>
              <w:t xml:space="preserve">; </w:t>
            </w:r>
            <w:r>
              <w:rPr>
                <w:rFonts w:ascii="Journal" w:hAnsi="Journal" w:cs="Journal"/>
                <w:sz w:val="21"/>
                <w:szCs w:val="21"/>
                <w:lang w:val="ru-RU"/>
              </w:rPr>
              <w:t>составление краткой инструкции для младших школьников, как действовать, если оказался в начале землетрясения без взрослых;</w:t>
            </w:r>
          </w:p>
          <w:p w:rsidR="007C76CD" w:rsidRPr="00C7044D" w:rsidRDefault="00D37AB3" w:rsidP="00D37AB3">
            <w:pPr>
              <w:autoSpaceDE w:val="0"/>
              <w:autoSpaceDN w:val="0"/>
              <w:adjustRightInd w:val="0"/>
              <w:spacing w:after="0" w:line="240" w:lineRule="auto"/>
              <w:rPr>
                <w:rFonts w:ascii="Journal" w:hAnsi="Journal" w:cs="Journal"/>
                <w:sz w:val="21"/>
                <w:szCs w:val="21"/>
                <w:lang w:val="ru-RU"/>
              </w:rPr>
            </w:pPr>
            <w:r>
              <w:rPr>
                <w:rFonts w:ascii="Journal" w:hAnsi="Journal" w:cs="Journal"/>
                <w:sz w:val="21"/>
                <w:szCs w:val="21"/>
                <w:lang w:val="ru-RU"/>
              </w:rPr>
              <w:t>подготовка памятки о правилах поведения</w:t>
            </w:r>
            <w:r w:rsidR="00C7044D">
              <w:rPr>
                <w:rFonts w:ascii="Journal" w:hAnsi="Journal" w:cs="Journal"/>
                <w:sz w:val="21"/>
                <w:szCs w:val="21"/>
                <w:lang w:val="ru-RU"/>
              </w:rPr>
              <w:t xml:space="preserve"> </w:t>
            </w:r>
            <w:r>
              <w:rPr>
                <w:rFonts w:ascii="Journal" w:hAnsi="Journal" w:cs="Journal"/>
                <w:sz w:val="21"/>
                <w:szCs w:val="21"/>
                <w:lang w:val="ru-RU"/>
              </w:rPr>
              <w:t>при угрозе схода селей, оползней, обвалов</w:t>
            </w:r>
            <w:r w:rsidR="00C7044D">
              <w:rPr>
                <w:rFonts w:ascii="Journal" w:hAnsi="Journal" w:cs="Journal"/>
                <w:sz w:val="21"/>
                <w:szCs w:val="21"/>
                <w:lang w:val="ru-RU"/>
              </w:rPr>
              <w:t xml:space="preserve">; </w:t>
            </w:r>
            <w:r>
              <w:rPr>
                <w:rFonts w:ascii="Journal" w:hAnsi="Journal" w:cs="Journal"/>
                <w:sz w:val="21"/>
                <w:szCs w:val="21"/>
                <w:lang w:val="ru-RU"/>
              </w:rPr>
              <w:t>подготовка вопросов по изученной теме для</w:t>
            </w:r>
            <w:r w:rsidR="00C7044D">
              <w:rPr>
                <w:rFonts w:ascii="Journal" w:hAnsi="Journal" w:cs="Journal"/>
                <w:sz w:val="21"/>
                <w:szCs w:val="21"/>
                <w:lang w:val="ru-RU"/>
              </w:rPr>
              <w:t xml:space="preserve"> </w:t>
            </w:r>
            <w:r>
              <w:rPr>
                <w:rFonts w:ascii="Journal" w:hAnsi="Journal" w:cs="Journal"/>
                <w:sz w:val="21"/>
                <w:szCs w:val="21"/>
                <w:lang w:val="ru-RU"/>
              </w:rPr>
              <w:t>одноклассников</w:t>
            </w:r>
            <w:r w:rsidR="00C7044D">
              <w:rPr>
                <w:rFonts w:ascii="Journal" w:hAnsi="Journal" w:cs="Journal"/>
                <w:sz w:val="21"/>
                <w:szCs w:val="21"/>
                <w:lang w:val="ru-RU"/>
              </w:rPr>
              <w:t xml:space="preserve">. </w:t>
            </w:r>
            <w:r>
              <w:rPr>
                <w:rFonts w:ascii="PetersburgSanPin-Italic" w:hAnsi="PetersburgSanPin-Italic" w:cs="PetersburgSanPin-Italic"/>
                <w:i/>
                <w:iCs/>
                <w:sz w:val="21"/>
                <w:szCs w:val="21"/>
                <w:lang w:val="ru-RU"/>
              </w:rPr>
              <w:t>Проектная деятельность</w:t>
            </w:r>
            <w:r>
              <w:rPr>
                <w:rFonts w:ascii="Journal" w:hAnsi="Journal" w:cs="Journal"/>
                <w:sz w:val="21"/>
                <w:szCs w:val="21"/>
                <w:lang w:val="ru-RU"/>
              </w:rPr>
              <w:t>: «Как смягчить</w:t>
            </w:r>
            <w:r w:rsidR="00C7044D">
              <w:rPr>
                <w:rFonts w:ascii="Journal" w:hAnsi="Journal" w:cs="Journal"/>
                <w:sz w:val="21"/>
                <w:szCs w:val="21"/>
                <w:lang w:val="ru-RU"/>
              </w:rPr>
              <w:t xml:space="preserve"> </w:t>
            </w:r>
            <w:r>
              <w:rPr>
                <w:rFonts w:ascii="Journal" w:hAnsi="Journal" w:cs="Journal"/>
                <w:sz w:val="21"/>
                <w:szCs w:val="21"/>
                <w:lang w:val="ru-RU"/>
              </w:rPr>
              <w:t>последствия природных чрезвычайных</w:t>
            </w:r>
            <w:r w:rsidR="00C7044D">
              <w:rPr>
                <w:rFonts w:ascii="Journal" w:hAnsi="Journal" w:cs="Journal"/>
                <w:sz w:val="21"/>
                <w:szCs w:val="21"/>
                <w:lang w:val="ru-RU"/>
              </w:rPr>
              <w:t xml:space="preserve"> </w:t>
            </w:r>
            <w:r>
              <w:rPr>
                <w:rFonts w:ascii="Journal" w:hAnsi="Journal" w:cs="Journal"/>
                <w:sz w:val="21"/>
                <w:szCs w:val="21"/>
                <w:lang w:val="ru-RU"/>
              </w:rPr>
              <w:t>ситуаций?»</w:t>
            </w:r>
          </w:p>
        </w:tc>
        <w:tc>
          <w:tcPr>
            <w:tcW w:w="88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6" w:after="0" w:line="245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Устный опрос;</w:t>
            </w:r>
          </w:p>
        </w:tc>
        <w:tc>
          <w:tcPr>
            <w:tcW w:w="188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</w:pP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www</w:t>
            </w: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.</w:t>
            </w: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obzh</w:t>
            </w: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.</w:t>
            </w: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info</w:t>
            </w: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;</w:t>
            </w:r>
          </w:p>
        </w:tc>
      </w:tr>
      <w:tr w:rsidR="007C76CD" w:rsidRPr="001D6906" w:rsidTr="001545B8">
        <w:trPr>
          <w:trHeight w:hRule="exact" w:val="3128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6"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4</w:t>
            </w:r>
          </w:p>
        </w:tc>
        <w:tc>
          <w:tcPr>
            <w:tcW w:w="353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4E321F" w:rsidP="007C76CD">
            <w:pPr>
              <w:autoSpaceDE w:val="0"/>
              <w:autoSpaceDN w:val="0"/>
              <w:spacing w:before="78" w:after="0" w:line="245" w:lineRule="auto"/>
              <w:ind w:right="288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Природа полна неожиданностей</w:t>
            </w:r>
            <w:r w:rsidR="007C76CD" w:rsidRPr="00996C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528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4E321F" w:rsidP="007C76CD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8</w:t>
            </w:r>
          </w:p>
        </w:tc>
        <w:tc>
          <w:tcPr>
            <w:tcW w:w="110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</w:t>
            </w:r>
          </w:p>
        </w:tc>
        <w:tc>
          <w:tcPr>
            <w:tcW w:w="74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C7044D" w:rsidP="007C76CD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F22005" w:rsidRDefault="00534995" w:rsidP="007C76CD">
            <w:pPr>
              <w:autoSpaceDE w:val="0"/>
              <w:autoSpaceDN w:val="0"/>
              <w:spacing w:before="76"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30.09.202</w:t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3-25.11.2023</w:t>
            </w:r>
          </w:p>
        </w:tc>
        <w:tc>
          <w:tcPr>
            <w:tcW w:w="5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37AB3" w:rsidRDefault="00C7044D" w:rsidP="00D37AB3">
            <w:pPr>
              <w:autoSpaceDE w:val="0"/>
              <w:autoSpaceDN w:val="0"/>
              <w:adjustRightInd w:val="0"/>
              <w:spacing w:after="0" w:line="240" w:lineRule="auto"/>
              <w:rPr>
                <w:rFonts w:ascii="Journal" w:hAnsi="Journal" w:cs="Journal"/>
                <w:sz w:val="21"/>
                <w:szCs w:val="21"/>
                <w:lang w:val="ru-RU"/>
              </w:rPr>
            </w:pPr>
            <w:r>
              <w:rPr>
                <w:rFonts w:ascii="Journal" w:hAnsi="Journal" w:cs="Journal"/>
                <w:sz w:val="21"/>
                <w:szCs w:val="21"/>
                <w:lang w:val="ru-RU"/>
              </w:rPr>
              <w:t>Р</w:t>
            </w:r>
            <w:r w:rsidR="00D37AB3">
              <w:rPr>
                <w:rFonts w:ascii="Journal" w:hAnsi="Journal" w:cs="Journal"/>
                <w:sz w:val="21"/>
                <w:szCs w:val="21"/>
                <w:lang w:val="ru-RU"/>
              </w:rPr>
              <w:t>абота</w:t>
            </w:r>
            <w:r>
              <w:rPr>
                <w:rFonts w:ascii="Journal" w:hAnsi="Journal" w:cs="Journal"/>
                <w:sz w:val="21"/>
                <w:szCs w:val="21"/>
                <w:lang w:val="ru-RU"/>
              </w:rPr>
              <w:t xml:space="preserve"> </w:t>
            </w:r>
            <w:r w:rsidR="00D37AB3">
              <w:rPr>
                <w:rFonts w:ascii="Journal" w:hAnsi="Journal" w:cs="Journal"/>
                <w:sz w:val="21"/>
                <w:szCs w:val="21"/>
                <w:lang w:val="ru-RU"/>
              </w:rPr>
              <w:t>с рубрикой «Вспомните</w:t>
            </w:r>
            <w:r>
              <w:rPr>
                <w:rFonts w:ascii="Journal" w:hAnsi="Journal" w:cs="Journal"/>
                <w:sz w:val="21"/>
                <w:szCs w:val="21"/>
                <w:lang w:val="ru-RU"/>
              </w:rPr>
              <w:t xml:space="preserve">». </w:t>
            </w:r>
            <w:r w:rsidR="00D37AB3">
              <w:rPr>
                <w:rFonts w:ascii="PetersburgSanPin-Italic" w:hAnsi="PetersburgSanPin-Italic" w:cs="PetersburgSanPin-Italic"/>
                <w:i/>
                <w:iCs/>
                <w:sz w:val="21"/>
                <w:szCs w:val="21"/>
                <w:lang w:val="ru-RU"/>
              </w:rPr>
              <w:t>Аналитическая деятельность</w:t>
            </w:r>
            <w:r w:rsidR="00D37AB3">
              <w:rPr>
                <w:rFonts w:ascii="Journal" w:hAnsi="Journal" w:cs="Journal"/>
                <w:sz w:val="21"/>
                <w:szCs w:val="21"/>
                <w:lang w:val="ru-RU"/>
              </w:rPr>
              <w:t>: работа</w:t>
            </w:r>
            <w:r>
              <w:rPr>
                <w:rFonts w:ascii="Journal" w:hAnsi="Journal" w:cs="Journal"/>
                <w:sz w:val="21"/>
                <w:szCs w:val="21"/>
                <w:lang w:val="ru-RU"/>
              </w:rPr>
              <w:t xml:space="preserve"> </w:t>
            </w:r>
            <w:r w:rsidR="00D37AB3">
              <w:rPr>
                <w:rFonts w:ascii="Journal" w:hAnsi="Journal" w:cs="Journal"/>
                <w:sz w:val="21"/>
                <w:szCs w:val="21"/>
                <w:lang w:val="ru-RU"/>
              </w:rPr>
              <w:t>с текстом и иллюстрациями учебника</w:t>
            </w:r>
            <w:r>
              <w:rPr>
                <w:rFonts w:ascii="Journal" w:hAnsi="Journal" w:cs="Journal"/>
                <w:sz w:val="21"/>
                <w:szCs w:val="21"/>
                <w:lang w:val="ru-RU"/>
              </w:rPr>
              <w:t xml:space="preserve">; </w:t>
            </w:r>
            <w:r w:rsidR="00D37AB3">
              <w:rPr>
                <w:rFonts w:ascii="Journal" w:hAnsi="Journal" w:cs="Journal"/>
                <w:sz w:val="21"/>
                <w:szCs w:val="21"/>
                <w:lang w:val="ru-RU"/>
              </w:rPr>
              <w:t>работа с рубриками «Медицинская страничка» и «Для любознательных</w:t>
            </w:r>
            <w:r>
              <w:rPr>
                <w:rFonts w:ascii="Journal" w:hAnsi="Journal" w:cs="Journal"/>
                <w:sz w:val="21"/>
                <w:szCs w:val="21"/>
                <w:lang w:val="ru-RU"/>
              </w:rPr>
              <w:t xml:space="preserve">». </w:t>
            </w:r>
            <w:r w:rsidR="00D37AB3">
              <w:rPr>
                <w:rFonts w:ascii="PetersburgSanPin-Italic" w:hAnsi="PetersburgSanPin-Italic" w:cs="PetersburgSanPin-Italic"/>
                <w:i/>
                <w:iCs/>
                <w:sz w:val="21"/>
                <w:szCs w:val="21"/>
                <w:lang w:val="ru-RU"/>
              </w:rPr>
              <w:t>Участие в учебном диалоге</w:t>
            </w:r>
            <w:r w:rsidR="00D37AB3">
              <w:rPr>
                <w:rFonts w:ascii="Journal" w:hAnsi="Journal" w:cs="Journal"/>
                <w:sz w:val="21"/>
                <w:szCs w:val="21"/>
                <w:lang w:val="ru-RU"/>
              </w:rPr>
              <w:t xml:space="preserve">: анализ </w:t>
            </w:r>
            <w:r>
              <w:rPr>
                <w:rFonts w:ascii="Journal" w:hAnsi="Journal" w:cs="Journal"/>
                <w:sz w:val="21"/>
                <w:szCs w:val="21"/>
                <w:lang w:val="ru-RU"/>
              </w:rPr>
              <w:t xml:space="preserve">текста </w:t>
            </w:r>
            <w:r w:rsidR="00D37AB3">
              <w:rPr>
                <w:rFonts w:ascii="Journal" w:hAnsi="Journal" w:cs="Journal"/>
                <w:sz w:val="21"/>
                <w:szCs w:val="21"/>
                <w:lang w:val="ru-RU"/>
              </w:rPr>
              <w:t>и иллюстраций учебника</w:t>
            </w:r>
            <w:r>
              <w:rPr>
                <w:rFonts w:ascii="Journal" w:hAnsi="Journal" w:cs="Journal"/>
                <w:sz w:val="21"/>
                <w:szCs w:val="21"/>
                <w:lang w:val="ru-RU"/>
              </w:rPr>
              <w:t xml:space="preserve">. </w:t>
            </w:r>
            <w:r w:rsidR="00D37AB3">
              <w:rPr>
                <w:rFonts w:ascii="PetersburgSanPin-Italic" w:hAnsi="PetersburgSanPin-Italic" w:cs="PetersburgSanPin-Italic"/>
                <w:i/>
                <w:iCs/>
                <w:sz w:val="21"/>
                <w:szCs w:val="21"/>
                <w:lang w:val="ru-RU"/>
              </w:rPr>
              <w:t>Работа в парах</w:t>
            </w:r>
            <w:r w:rsidR="00D37AB3">
              <w:rPr>
                <w:rFonts w:ascii="Journal" w:hAnsi="Journal" w:cs="Journal"/>
                <w:sz w:val="21"/>
                <w:szCs w:val="21"/>
                <w:lang w:val="ru-RU"/>
              </w:rPr>
              <w:t>: анализ текста учебника.</w:t>
            </w:r>
          </w:p>
          <w:p w:rsidR="00D37AB3" w:rsidRDefault="00D37AB3" w:rsidP="00D37AB3">
            <w:pPr>
              <w:autoSpaceDE w:val="0"/>
              <w:autoSpaceDN w:val="0"/>
              <w:adjustRightInd w:val="0"/>
              <w:spacing w:after="0" w:line="240" w:lineRule="auto"/>
              <w:rPr>
                <w:rFonts w:ascii="Journal" w:hAnsi="Journal" w:cs="Journal"/>
                <w:sz w:val="21"/>
                <w:szCs w:val="21"/>
                <w:lang w:val="ru-RU"/>
              </w:rPr>
            </w:pPr>
            <w:r>
              <w:rPr>
                <w:rFonts w:ascii="PetersburgSanPin-Italic" w:hAnsi="PetersburgSanPin-Italic" w:cs="PetersburgSanPin-Italic"/>
                <w:i/>
                <w:iCs/>
                <w:sz w:val="21"/>
                <w:szCs w:val="21"/>
                <w:lang w:val="ru-RU"/>
              </w:rPr>
              <w:t>Работа в группах</w:t>
            </w:r>
            <w:r>
              <w:rPr>
                <w:rFonts w:ascii="Journal" w:hAnsi="Journal" w:cs="Journal"/>
                <w:sz w:val="21"/>
                <w:szCs w:val="21"/>
                <w:lang w:val="ru-RU"/>
              </w:rPr>
              <w:t>: анализ иллюстраций</w:t>
            </w:r>
            <w:r w:rsidR="00C7044D">
              <w:rPr>
                <w:rFonts w:ascii="Journal" w:hAnsi="Journal" w:cs="Journal"/>
                <w:sz w:val="21"/>
                <w:szCs w:val="21"/>
                <w:lang w:val="ru-RU"/>
              </w:rPr>
              <w:t xml:space="preserve"> </w:t>
            </w:r>
            <w:r>
              <w:rPr>
                <w:rFonts w:ascii="Journal" w:hAnsi="Journal" w:cs="Journal"/>
                <w:sz w:val="21"/>
                <w:szCs w:val="21"/>
                <w:lang w:val="ru-RU"/>
              </w:rPr>
              <w:t>учебника; составление памятки о правилах</w:t>
            </w:r>
            <w:r w:rsidR="00C7044D">
              <w:rPr>
                <w:rFonts w:ascii="Journal" w:hAnsi="Journal" w:cs="Journal"/>
                <w:sz w:val="21"/>
                <w:szCs w:val="21"/>
                <w:lang w:val="ru-RU"/>
              </w:rPr>
              <w:t xml:space="preserve"> </w:t>
            </w:r>
            <w:r>
              <w:rPr>
                <w:rFonts w:ascii="Journal" w:hAnsi="Journal" w:cs="Journal"/>
                <w:sz w:val="21"/>
                <w:szCs w:val="21"/>
                <w:lang w:val="ru-RU"/>
              </w:rPr>
              <w:t>поведения при ледоходе</w:t>
            </w:r>
            <w:r w:rsidR="00C7044D">
              <w:rPr>
                <w:rFonts w:ascii="Journal" w:hAnsi="Journal" w:cs="Journal"/>
                <w:sz w:val="21"/>
                <w:szCs w:val="21"/>
                <w:lang w:val="ru-RU"/>
              </w:rPr>
              <w:t xml:space="preserve">. </w:t>
            </w:r>
            <w:r>
              <w:rPr>
                <w:rFonts w:ascii="PetersburgSanPin-Italic" w:hAnsi="PetersburgSanPin-Italic" w:cs="PetersburgSanPin-Italic"/>
                <w:i/>
                <w:iCs/>
                <w:sz w:val="21"/>
                <w:szCs w:val="21"/>
                <w:lang w:val="ru-RU"/>
              </w:rPr>
              <w:t>Практическая деятельность</w:t>
            </w:r>
            <w:r>
              <w:rPr>
                <w:rFonts w:ascii="Journal" w:hAnsi="Journal" w:cs="Journal"/>
                <w:sz w:val="21"/>
                <w:szCs w:val="21"/>
                <w:lang w:val="ru-RU"/>
              </w:rPr>
              <w:t>: оказание</w:t>
            </w:r>
          </w:p>
          <w:p w:rsidR="007C76CD" w:rsidRPr="00C7044D" w:rsidRDefault="00D37AB3" w:rsidP="00D37AB3">
            <w:pPr>
              <w:autoSpaceDE w:val="0"/>
              <w:autoSpaceDN w:val="0"/>
              <w:adjustRightInd w:val="0"/>
              <w:spacing w:after="0" w:line="240" w:lineRule="auto"/>
              <w:rPr>
                <w:rFonts w:ascii="Journal" w:hAnsi="Journal" w:cs="Journal"/>
                <w:sz w:val="21"/>
                <w:szCs w:val="21"/>
                <w:lang w:val="ru-RU"/>
              </w:rPr>
            </w:pPr>
            <w:r>
              <w:rPr>
                <w:rFonts w:ascii="Journal" w:hAnsi="Journal" w:cs="Journal"/>
                <w:sz w:val="21"/>
                <w:szCs w:val="21"/>
                <w:lang w:val="ru-RU"/>
              </w:rPr>
              <w:t>первой помощи при укусах насекомых</w:t>
            </w:r>
            <w:r w:rsidR="00C7044D">
              <w:rPr>
                <w:rFonts w:ascii="Journal" w:hAnsi="Journal" w:cs="Journal"/>
                <w:sz w:val="21"/>
                <w:szCs w:val="21"/>
                <w:lang w:val="ru-RU"/>
              </w:rPr>
              <w:t xml:space="preserve"> </w:t>
            </w:r>
            <w:r>
              <w:rPr>
                <w:rFonts w:ascii="Journal" w:hAnsi="Journal" w:cs="Journal"/>
                <w:sz w:val="21"/>
                <w:szCs w:val="21"/>
                <w:lang w:val="ru-RU"/>
              </w:rPr>
              <w:t>и змей; приёмы сердечно-лёгочной реанимации</w:t>
            </w:r>
          </w:p>
        </w:tc>
        <w:tc>
          <w:tcPr>
            <w:tcW w:w="88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6" w:after="0" w:line="245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Устный опрос;</w:t>
            </w:r>
          </w:p>
        </w:tc>
        <w:tc>
          <w:tcPr>
            <w:tcW w:w="188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</w:pP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www</w:t>
            </w: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.</w:t>
            </w: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obzh</w:t>
            </w: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.</w:t>
            </w: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info</w:t>
            </w: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;</w:t>
            </w:r>
          </w:p>
        </w:tc>
      </w:tr>
      <w:tr w:rsidR="007C76CD" w:rsidRPr="00A120FB" w:rsidTr="00C7044D">
        <w:trPr>
          <w:trHeight w:hRule="exact" w:val="575"/>
        </w:trPr>
        <w:tc>
          <w:tcPr>
            <w:tcW w:w="3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Итого по модулю</w:t>
            </w:r>
          </w:p>
        </w:tc>
        <w:tc>
          <w:tcPr>
            <w:tcW w:w="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</w:t>
            </w:r>
            <w:r w:rsidR="004E321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2</w:t>
            </w:r>
          </w:p>
        </w:tc>
        <w:tc>
          <w:tcPr>
            <w:tcW w:w="109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76CD" w:rsidRPr="00296A71" w:rsidTr="007405B8">
        <w:trPr>
          <w:trHeight w:hRule="exact" w:val="434"/>
        </w:trPr>
        <w:tc>
          <w:tcPr>
            <w:tcW w:w="155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7405B8" w:rsidRDefault="007C76CD" w:rsidP="007405B8">
            <w:pPr>
              <w:autoSpaceDE w:val="0"/>
              <w:autoSpaceDN w:val="0"/>
              <w:adjustRightInd w:val="0"/>
              <w:spacing w:after="0" w:line="240" w:lineRule="auto"/>
              <w:rPr>
                <w:rFonts w:ascii="Journal" w:hAnsi="Journal" w:cs="Journal"/>
                <w:sz w:val="21"/>
                <w:szCs w:val="21"/>
                <w:lang w:val="ru-RU"/>
              </w:rPr>
            </w:pP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lastRenderedPageBreak/>
              <w:t xml:space="preserve">Модуль. </w:t>
            </w:r>
            <w:r w:rsidRPr="00996C5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  <w:lang w:val="ru-RU"/>
              </w:rPr>
              <w:t xml:space="preserve"> </w:t>
            </w:r>
            <w:r w:rsidR="00343B22">
              <w:rPr>
                <w:rFonts w:ascii="Journal" w:hAnsi="Journal" w:cs="Journal"/>
                <w:b/>
                <w:sz w:val="21"/>
                <w:szCs w:val="21"/>
                <w:lang w:val="ru-RU"/>
              </w:rPr>
              <w:t>Туристский поход: радость без неприятностей</w:t>
            </w:r>
            <w:r w:rsidRPr="007405B8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  <w:lang w:val="ru-RU"/>
              </w:rPr>
              <w:t>.</w:t>
            </w:r>
          </w:p>
        </w:tc>
      </w:tr>
      <w:tr w:rsidR="00343B22" w:rsidRPr="00A120FB" w:rsidTr="00D37AB3">
        <w:trPr>
          <w:trHeight w:hRule="exact" w:val="2693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43B22" w:rsidRPr="00996C51" w:rsidRDefault="00343B22" w:rsidP="00343B22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5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43B22" w:rsidRPr="004E321F" w:rsidRDefault="004E321F" w:rsidP="004E321F">
            <w:pPr>
              <w:autoSpaceDE w:val="0"/>
              <w:autoSpaceDN w:val="0"/>
              <w:adjustRightInd w:val="0"/>
              <w:spacing w:after="0" w:line="240" w:lineRule="auto"/>
              <w:rPr>
                <w:rFonts w:ascii="PetersburgSanPin-Italic" w:hAnsi="PetersburgSanPin-Italic" w:cs="PetersburgSanPin-Italic"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PetersburgSanPin-Italic" w:hAnsi="PetersburgSanPin-Italic" w:cs="PetersburgSanPin-Italic"/>
                <w:i/>
                <w:iCs/>
                <w:sz w:val="21"/>
                <w:szCs w:val="21"/>
                <w:lang w:val="ru-RU"/>
              </w:rPr>
              <w:t>Перед походом ...</w:t>
            </w:r>
            <w:r w:rsidR="00343B22">
              <w:rPr>
                <w:rFonts w:ascii="Journal" w:hAnsi="Journal" w:cs="Journal"/>
                <w:sz w:val="21"/>
                <w:szCs w:val="21"/>
                <w:lang w:val="ru-RU"/>
              </w:rPr>
              <w:t>.</w:t>
            </w:r>
          </w:p>
        </w:tc>
        <w:tc>
          <w:tcPr>
            <w:tcW w:w="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43B22" w:rsidRPr="00996C51" w:rsidRDefault="004E321F" w:rsidP="00343B22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8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43B22" w:rsidRPr="00996C51" w:rsidRDefault="00343B22" w:rsidP="00343B22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43B22" w:rsidRPr="00996C51" w:rsidRDefault="00D37AB3" w:rsidP="00343B22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43B22" w:rsidRPr="00996C51" w:rsidRDefault="00F22005" w:rsidP="00343B22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02</w:t>
            </w:r>
            <w:r w:rsidR="0053499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.12.202</w:t>
            </w:r>
            <w:r w:rsidR="0053499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-27.01</w:t>
            </w:r>
            <w:r w:rsidR="0053499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.2024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43B22" w:rsidRDefault="00D37AB3" w:rsidP="00343B22">
            <w:pPr>
              <w:autoSpaceDE w:val="0"/>
              <w:autoSpaceDN w:val="0"/>
              <w:adjustRightInd w:val="0"/>
              <w:spacing w:after="0" w:line="240" w:lineRule="auto"/>
              <w:rPr>
                <w:rFonts w:ascii="Journal" w:hAnsi="Journal" w:cs="Journal"/>
                <w:sz w:val="21"/>
                <w:szCs w:val="21"/>
                <w:lang w:val="ru-RU"/>
              </w:rPr>
            </w:pPr>
            <w:r>
              <w:rPr>
                <w:rFonts w:ascii="Journal" w:hAnsi="Journal" w:cs="Journal"/>
                <w:sz w:val="21"/>
                <w:szCs w:val="21"/>
                <w:lang w:val="ru-RU"/>
              </w:rPr>
              <w:t>Р</w:t>
            </w:r>
            <w:r w:rsidR="00343B22">
              <w:rPr>
                <w:rFonts w:ascii="Journal" w:hAnsi="Journal" w:cs="Journal"/>
                <w:sz w:val="21"/>
                <w:szCs w:val="21"/>
                <w:lang w:val="ru-RU"/>
              </w:rPr>
              <w:t>абота</w:t>
            </w:r>
            <w:r>
              <w:rPr>
                <w:rFonts w:ascii="Journal" w:hAnsi="Journal" w:cs="Journal"/>
                <w:sz w:val="21"/>
                <w:szCs w:val="21"/>
                <w:lang w:val="ru-RU"/>
              </w:rPr>
              <w:t xml:space="preserve"> </w:t>
            </w:r>
            <w:r w:rsidR="00343B22">
              <w:rPr>
                <w:rFonts w:ascii="Journal" w:hAnsi="Journal" w:cs="Journal"/>
                <w:sz w:val="21"/>
                <w:szCs w:val="21"/>
                <w:lang w:val="ru-RU"/>
              </w:rPr>
              <w:t>с текстом и иллюстрациями учебника</w:t>
            </w:r>
            <w:r>
              <w:rPr>
                <w:rFonts w:ascii="Journal" w:hAnsi="Journal" w:cs="Journal"/>
                <w:sz w:val="21"/>
                <w:szCs w:val="21"/>
                <w:lang w:val="ru-RU"/>
              </w:rPr>
              <w:t xml:space="preserve">; </w:t>
            </w:r>
            <w:r w:rsidR="00343B22">
              <w:rPr>
                <w:rFonts w:ascii="Journal" w:hAnsi="Journal" w:cs="Journal"/>
                <w:sz w:val="21"/>
                <w:szCs w:val="21"/>
                <w:lang w:val="ru-RU"/>
              </w:rPr>
              <w:t>работа с рубриками «Медицинская страничка» и «Это полезно знать</w:t>
            </w:r>
            <w:r>
              <w:rPr>
                <w:rFonts w:ascii="Journal" w:hAnsi="Journal" w:cs="Journal"/>
                <w:sz w:val="21"/>
                <w:szCs w:val="21"/>
                <w:lang w:val="ru-RU"/>
              </w:rPr>
              <w:t xml:space="preserve">!». </w:t>
            </w:r>
            <w:r w:rsidR="00343B22">
              <w:rPr>
                <w:rFonts w:ascii="PetersburgSanPin-Italic" w:hAnsi="PetersburgSanPin-Italic" w:cs="PetersburgSanPin-Italic"/>
                <w:i/>
                <w:iCs/>
                <w:sz w:val="21"/>
                <w:szCs w:val="21"/>
                <w:lang w:val="ru-RU"/>
              </w:rPr>
              <w:t>Участие в учебном диалоге</w:t>
            </w:r>
            <w:r w:rsidR="00343B22">
              <w:rPr>
                <w:rFonts w:ascii="Journal" w:hAnsi="Journal" w:cs="Journal"/>
                <w:sz w:val="21"/>
                <w:szCs w:val="21"/>
                <w:lang w:val="ru-RU"/>
              </w:rPr>
              <w:t>: анализ текста</w:t>
            </w:r>
          </w:p>
          <w:p w:rsidR="00343B22" w:rsidRDefault="00343B22" w:rsidP="00343B22">
            <w:pPr>
              <w:autoSpaceDE w:val="0"/>
              <w:autoSpaceDN w:val="0"/>
              <w:adjustRightInd w:val="0"/>
              <w:spacing w:after="0" w:line="240" w:lineRule="auto"/>
              <w:rPr>
                <w:rFonts w:ascii="Journal" w:hAnsi="Journal" w:cs="Journal"/>
                <w:sz w:val="21"/>
                <w:szCs w:val="21"/>
                <w:lang w:val="ru-RU"/>
              </w:rPr>
            </w:pPr>
            <w:r>
              <w:rPr>
                <w:rFonts w:ascii="Journal" w:hAnsi="Journal" w:cs="Journal"/>
                <w:sz w:val="21"/>
                <w:szCs w:val="21"/>
                <w:lang w:val="ru-RU"/>
              </w:rPr>
              <w:t>и иллюстраций учебника</w:t>
            </w:r>
            <w:r w:rsidR="00D37AB3">
              <w:rPr>
                <w:rFonts w:ascii="Journal" w:hAnsi="Journal" w:cs="Journal"/>
                <w:sz w:val="21"/>
                <w:szCs w:val="21"/>
                <w:lang w:val="ru-RU"/>
              </w:rPr>
              <w:t xml:space="preserve">. </w:t>
            </w:r>
            <w:r>
              <w:rPr>
                <w:rFonts w:ascii="PetersburgSanPin-Italic" w:hAnsi="PetersburgSanPin-Italic" w:cs="PetersburgSanPin-Italic"/>
                <w:i/>
                <w:iCs/>
                <w:sz w:val="21"/>
                <w:szCs w:val="21"/>
                <w:lang w:val="ru-RU"/>
              </w:rPr>
              <w:t>Работа в группах</w:t>
            </w:r>
            <w:r>
              <w:rPr>
                <w:rFonts w:ascii="Journal" w:hAnsi="Journal" w:cs="Journal"/>
                <w:sz w:val="21"/>
                <w:szCs w:val="21"/>
                <w:lang w:val="ru-RU"/>
              </w:rPr>
              <w:t>: анализ текста и иллюстраций учебника; составление плана переправы; подготовка вопросов для одноклассников.</w:t>
            </w:r>
          </w:p>
          <w:p w:rsidR="00343B22" w:rsidRDefault="00343B22" w:rsidP="00343B22">
            <w:pPr>
              <w:autoSpaceDE w:val="0"/>
              <w:autoSpaceDN w:val="0"/>
              <w:adjustRightInd w:val="0"/>
              <w:spacing w:after="0" w:line="240" w:lineRule="auto"/>
              <w:rPr>
                <w:rFonts w:ascii="Journal" w:hAnsi="Journal" w:cs="Journal"/>
                <w:sz w:val="21"/>
                <w:szCs w:val="21"/>
                <w:lang w:val="ru-RU"/>
              </w:rPr>
            </w:pPr>
            <w:r>
              <w:rPr>
                <w:rFonts w:ascii="PetersburgSanPin-Italic" w:hAnsi="PetersburgSanPin-Italic" w:cs="PetersburgSanPin-Italic"/>
                <w:i/>
                <w:iCs/>
                <w:sz w:val="21"/>
                <w:szCs w:val="21"/>
                <w:lang w:val="ru-RU"/>
              </w:rPr>
              <w:t>Практическая деятельность</w:t>
            </w:r>
            <w:r>
              <w:rPr>
                <w:rFonts w:ascii="Journal" w:hAnsi="Journal" w:cs="Journal"/>
                <w:sz w:val="21"/>
                <w:szCs w:val="21"/>
                <w:lang w:val="ru-RU"/>
              </w:rPr>
              <w:t>: распределение</w:t>
            </w:r>
            <w:r w:rsidR="00D37AB3">
              <w:rPr>
                <w:rFonts w:ascii="Journal" w:hAnsi="Journal" w:cs="Journal"/>
                <w:sz w:val="21"/>
                <w:szCs w:val="21"/>
                <w:lang w:val="ru-RU"/>
              </w:rPr>
              <w:t xml:space="preserve"> </w:t>
            </w:r>
            <w:r>
              <w:rPr>
                <w:rFonts w:ascii="Journal" w:hAnsi="Journal" w:cs="Journal"/>
                <w:sz w:val="21"/>
                <w:szCs w:val="21"/>
                <w:lang w:val="ru-RU"/>
              </w:rPr>
              <w:t>снаряжения между участниками туристского похода; график движения по туристскому</w:t>
            </w:r>
            <w:r w:rsidR="00D37AB3">
              <w:rPr>
                <w:rFonts w:ascii="Journal" w:hAnsi="Journal" w:cs="Journal"/>
                <w:sz w:val="21"/>
                <w:szCs w:val="21"/>
                <w:lang w:val="ru-RU"/>
              </w:rPr>
              <w:t xml:space="preserve"> </w:t>
            </w:r>
            <w:r>
              <w:rPr>
                <w:rFonts w:ascii="Journal" w:hAnsi="Journal" w:cs="Journal"/>
                <w:sz w:val="21"/>
                <w:szCs w:val="21"/>
                <w:lang w:val="ru-RU"/>
              </w:rPr>
              <w:t>маршруту; организация поиска потерявшегося туриста и его действия в такой ситуации.</w:t>
            </w:r>
          </w:p>
          <w:p w:rsidR="00343B22" w:rsidRPr="00996C51" w:rsidRDefault="00343B22" w:rsidP="00343B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43B22" w:rsidRPr="00996C51" w:rsidRDefault="00343B22" w:rsidP="00343B22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Устный опрос;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43B22" w:rsidRPr="00996C51" w:rsidRDefault="00343B22" w:rsidP="00343B22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www</w:t>
            </w: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.</w:t>
            </w: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obzh</w:t>
            </w: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.</w:t>
            </w: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info</w:t>
            </w: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;</w:t>
            </w:r>
          </w:p>
        </w:tc>
      </w:tr>
      <w:tr w:rsidR="00343B22" w:rsidRPr="00296A71" w:rsidTr="00D37AB3">
        <w:trPr>
          <w:trHeight w:hRule="exact" w:val="1711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43B22" w:rsidRDefault="00343B22" w:rsidP="00343B22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</w:pP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43B22" w:rsidRPr="004E321F" w:rsidRDefault="004E321F" w:rsidP="004E321F">
            <w:pPr>
              <w:autoSpaceDE w:val="0"/>
              <w:autoSpaceDN w:val="0"/>
              <w:adjustRightInd w:val="0"/>
              <w:spacing w:after="0" w:line="240" w:lineRule="auto"/>
              <w:rPr>
                <w:rFonts w:ascii="PetersburgSanPin-Italic" w:hAnsi="PetersburgSanPin-Italic" w:cs="PetersburgSanPin-Italic"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PetersburgSanPin-Italic" w:hAnsi="PetersburgSanPin-Italic" w:cs="PetersburgSanPin-Italic"/>
                <w:i/>
                <w:iCs/>
                <w:sz w:val="21"/>
                <w:szCs w:val="21"/>
                <w:lang w:val="ru-RU"/>
              </w:rPr>
              <w:t>В</w:t>
            </w:r>
            <w:r w:rsidR="00343B22">
              <w:rPr>
                <w:rFonts w:ascii="PetersburgSanPin-Italic" w:hAnsi="PetersburgSanPin-Italic" w:cs="PetersburgSanPin-Italic"/>
                <w:i/>
                <w:iCs/>
                <w:sz w:val="21"/>
                <w:szCs w:val="21"/>
                <w:lang w:val="ru-RU"/>
              </w:rPr>
              <w:t xml:space="preserve"> походе</w:t>
            </w:r>
            <w:r w:rsidR="00343B22">
              <w:rPr>
                <w:rFonts w:ascii="Journal" w:hAnsi="Journal" w:cs="Journal"/>
                <w:sz w:val="21"/>
                <w:szCs w:val="21"/>
                <w:lang w:val="ru-RU"/>
              </w:rPr>
              <w:t>.</w:t>
            </w:r>
          </w:p>
        </w:tc>
        <w:tc>
          <w:tcPr>
            <w:tcW w:w="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43B22" w:rsidRPr="00343B22" w:rsidRDefault="004E321F" w:rsidP="00343B22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6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43B22" w:rsidRPr="00D37AB3" w:rsidRDefault="00D37AB3" w:rsidP="00343B22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43B22" w:rsidRPr="00D37AB3" w:rsidRDefault="00D37AB3" w:rsidP="00343B22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1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43B22" w:rsidRDefault="00534995" w:rsidP="00343B22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03.02.2024</w:t>
            </w:r>
            <w:r w:rsidR="00F2200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-</w:t>
            </w:r>
          </w:p>
          <w:p w:rsidR="00F22005" w:rsidRPr="00F22005" w:rsidRDefault="00534995" w:rsidP="00343B22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10.03.2024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43B22" w:rsidRDefault="00D37AB3" w:rsidP="00343B22">
            <w:pPr>
              <w:autoSpaceDE w:val="0"/>
              <w:autoSpaceDN w:val="0"/>
              <w:adjustRightInd w:val="0"/>
              <w:spacing w:after="0" w:line="240" w:lineRule="auto"/>
              <w:rPr>
                <w:rFonts w:ascii="Journal" w:hAnsi="Journal" w:cs="Journal"/>
                <w:sz w:val="21"/>
                <w:szCs w:val="21"/>
                <w:lang w:val="ru-RU"/>
              </w:rPr>
            </w:pPr>
            <w:r>
              <w:rPr>
                <w:rFonts w:ascii="Journal" w:hAnsi="Journal" w:cs="Journal"/>
                <w:sz w:val="21"/>
                <w:szCs w:val="21"/>
                <w:lang w:val="ru-RU"/>
              </w:rPr>
              <w:t>Р</w:t>
            </w:r>
            <w:r w:rsidR="00343B22">
              <w:rPr>
                <w:rFonts w:ascii="Journal" w:hAnsi="Journal" w:cs="Journal"/>
                <w:sz w:val="21"/>
                <w:szCs w:val="21"/>
                <w:lang w:val="ru-RU"/>
              </w:rPr>
              <w:t>абота</w:t>
            </w:r>
            <w:r>
              <w:rPr>
                <w:rFonts w:ascii="Journal" w:hAnsi="Journal" w:cs="Journal"/>
                <w:sz w:val="21"/>
                <w:szCs w:val="21"/>
                <w:lang w:val="ru-RU"/>
              </w:rPr>
              <w:t xml:space="preserve"> </w:t>
            </w:r>
            <w:r w:rsidR="00343B22">
              <w:rPr>
                <w:rFonts w:ascii="Journal" w:hAnsi="Journal" w:cs="Journal"/>
                <w:sz w:val="21"/>
                <w:szCs w:val="21"/>
                <w:lang w:val="ru-RU"/>
              </w:rPr>
              <w:t>с текстом и иллюстрациями учебника</w:t>
            </w:r>
            <w:r>
              <w:rPr>
                <w:rFonts w:ascii="Journal" w:hAnsi="Journal" w:cs="Journal"/>
                <w:sz w:val="21"/>
                <w:szCs w:val="21"/>
                <w:lang w:val="ru-RU"/>
              </w:rPr>
              <w:t xml:space="preserve">; </w:t>
            </w:r>
            <w:r w:rsidR="00343B22">
              <w:rPr>
                <w:rFonts w:ascii="Journal" w:hAnsi="Journal" w:cs="Journal"/>
                <w:sz w:val="21"/>
                <w:szCs w:val="21"/>
                <w:lang w:val="ru-RU"/>
              </w:rPr>
              <w:t>работа с рубрикой «Это полезно знать</w:t>
            </w:r>
            <w:r>
              <w:rPr>
                <w:rFonts w:ascii="Journal" w:hAnsi="Journal" w:cs="Journal"/>
                <w:sz w:val="21"/>
                <w:szCs w:val="21"/>
                <w:lang w:val="ru-RU"/>
              </w:rPr>
              <w:t xml:space="preserve">!». </w:t>
            </w:r>
            <w:r w:rsidR="00343B22">
              <w:rPr>
                <w:rFonts w:ascii="PetersburgSanPin-Italic" w:hAnsi="PetersburgSanPin-Italic" w:cs="PetersburgSanPin-Italic"/>
                <w:i/>
                <w:iCs/>
                <w:sz w:val="21"/>
                <w:szCs w:val="21"/>
                <w:lang w:val="ru-RU"/>
              </w:rPr>
              <w:t>Участие в учебном диалоге</w:t>
            </w:r>
            <w:r w:rsidR="00343B22">
              <w:rPr>
                <w:rFonts w:ascii="Journal" w:hAnsi="Journal" w:cs="Journal"/>
                <w:sz w:val="21"/>
                <w:szCs w:val="21"/>
                <w:lang w:val="ru-RU"/>
              </w:rPr>
              <w:t>: анализ текста</w:t>
            </w:r>
            <w:r>
              <w:rPr>
                <w:rFonts w:ascii="Journal" w:hAnsi="Journal" w:cs="Journal"/>
                <w:sz w:val="21"/>
                <w:szCs w:val="21"/>
                <w:lang w:val="ru-RU"/>
              </w:rPr>
              <w:t xml:space="preserve"> </w:t>
            </w:r>
            <w:r w:rsidR="00343B22">
              <w:rPr>
                <w:rFonts w:ascii="Journal" w:hAnsi="Journal" w:cs="Journal"/>
                <w:sz w:val="21"/>
                <w:szCs w:val="21"/>
                <w:lang w:val="ru-RU"/>
              </w:rPr>
              <w:t>учебника</w:t>
            </w:r>
            <w:r>
              <w:rPr>
                <w:rFonts w:ascii="Journal" w:hAnsi="Journal" w:cs="Journal"/>
                <w:sz w:val="21"/>
                <w:szCs w:val="21"/>
                <w:lang w:val="ru-RU"/>
              </w:rPr>
              <w:t xml:space="preserve">. </w:t>
            </w:r>
            <w:r w:rsidR="00343B22">
              <w:rPr>
                <w:rFonts w:ascii="PetersburgSanPin-Italic" w:hAnsi="PetersburgSanPin-Italic" w:cs="PetersburgSanPin-Italic"/>
                <w:i/>
                <w:iCs/>
                <w:sz w:val="21"/>
                <w:szCs w:val="21"/>
                <w:lang w:val="ru-RU"/>
              </w:rPr>
              <w:t>Работа в группах</w:t>
            </w:r>
            <w:r w:rsidR="00343B22">
              <w:rPr>
                <w:rFonts w:ascii="Journal" w:hAnsi="Journal" w:cs="Journal"/>
                <w:sz w:val="21"/>
                <w:szCs w:val="21"/>
                <w:lang w:val="ru-RU"/>
              </w:rPr>
              <w:t>: анализ иллюстраций</w:t>
            </w:r>
            <w:r>
              <w:rPr>
                <w:rFonts w:ascii="Journal" w:hAnsi="Journal" w:cs="Journal"/>
                <w:sz w:val="21"/>
                <w:szCs w:val="21"/>
                <w:lang w:val="ru-RU"/>
              </w:rPr>
              <w:t xml:space="preserve"> </w:t>
            </w:r>
            <w:r w:rsidR="00343B22">
              <w:rPr>
                <w:rFonts w:ascii="Journal" w:hAnsi="Journal" w:cs="Journal"/>
                <w:sz w:val="21"/>
                <w:szCs w:val="21"/>
                <w:lang w:val="ru-RU"/>
              </w:rPr>
              <w:t>учебника; подготовка вопросов по изученному разделу для одноклассников.</w:t>
            </w:r>
          </w:p>
          <w:p w:rsidR="00343B22" w:rsidRDefault="00343B22" w:rsidP="00343B22">
            <w:pPr>
              <w:autoSpaceDE w:val="0"/>
              <w:autoSpaceDN w:val="0"/>
              <w:adjustRightInd w:val="0"/>
              <w:spacing w:after="0" w:line="240" w:lineRule="auto"/>
              <w:rPr>
                <w:rFonts w:ascii="Journal" w:hAnsi="Journal" w:cs="Journal"/>
                <w:sz w:val="21"/>
                <w:szCs w:val="21"/>
                <w:lang w:val="ru-RU"/>
              </w:rPr>
            </w:pPr>
            <w:r>
              <w:rPr>
                <w:rFonts w:ascii="PetersburgSanPin-Italic" w:hAnsi="PetersburgSanPin-Italic" w:cs="PetersburgSanPin-Italic"/>
                <w:i/>
                <w:iCs/>
                <w:sz w:val="21"/>
                <w:szCs w:val="21"/>
                <w:lang w:val="ru-RU"/>
              </w:rPr>
              <w:t>Практическая деятельность</w:t>
            </w:r>
            <w:r>
              <w:rPr>
                <w:rFonts w:ascii="Journal" w:hAnsi="Journal" w:cs="Journal"/>
                <w:sz w:val="21"/>
                <w:szCs w:val="21"/>
                <w:lang w:val="ru-RU"/>
              </w:rPr>
              <w:t>: вязание узлов</w:t>
            </w:r>
          </w:p>
          <w:p w:rsidR="00343B22" w:rsidRPr="00996C51" w:rsidRDefault="00343B22" w:rsidP="00343B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Journal" w:hAnsi="Journal" w:cs="Journal"/>
                <w:sz w:val="21"/>
                <w:szCs w:val="21"/>
                <w:lang w:val="ru-RU"/>
              </w:rPr>
              <w:t>и их применение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43B22" w:rsidRPr="00996C51" w:rsidRDefault="00343B22" w:rsidP="00343B22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43B22" w:rsidRPr="00D37AB3" w:rsidRDefault="00343B22" w:rsidP="00343B22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</w:p>
        </w:tc>
      </w:tr>
      <w:tr w:rsidR="00343B22" w:rsidRPr="00D37AB3" w:rsidTr="001545B8">
        <w:trPr>
          <w:trHeight w:hRule="exact" w:val="348"/>
        </w:trPr>
        <w:tc>
          <w:tcPr>
            <w:tcW w:w="3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43B22" w:rsidRPr="00996C51" w:rsidRDefault="00343B22" w:rsidP="00343B22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Итого по модулю</w:t>
            </w:r>
          </w:p>
        </w:tc>
        <w:tc>
          <w:tcPr>
            <w:tcW w:w="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43B22" w:rsidRPr="00996C51" w:rsidRDefault="004E321F" w:rsidP="00343B22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14</w:t>
            </w:r>
          </w:p>
        </w:tc>
        <w:tc>
          <w:tcPr>
            <w:tcW w:w="109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43B22" w:rsidRPr="00996C51" w:rsidRDefault="00343B22" w:rsidP="00343B22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343B22" w:rsidRPr="00A00AB4" w:rsidTr="001545B8">
        <w:trPr>
          <w:trHeight w:hRule="exact" w:val="348"/>
        </w:trPr>
        <w:tc>
          <w:tcPr>
            <w:tcW w:w="155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43B22" w:rsidRPr="00996C51" w:rsidRDefault="00343B22" w:rsidP="00343B22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Модуль. </w:t>
            </w:r>
            <w:r w:rsidRPr="00996C5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Безопасность в обществе</w:t>
            </w:r>
            <w:r w:rsidRPr="00996C5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  <w:lang w:val="ru-RU"/>
              </w:rPr>
              <w:t>.</w:t>
            </w:r>
          </w:p>
        </w:tc>
      </w:tr>
      <w:tr w:rsidR="00F22005" w:rsidRPr="00A120FB" w:rsidTr="007C76CD">
        <w:trPr>
          <w:trHeight w:hRule="exact" w:val="1509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2005" w:rsidRPr="00996C51" w:rsidRDefault="00F22005" w:rsidP="00F22005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6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2005" w:rsidRDefault="00F22005" w:rsidP="00F22005">
            <w:pPr>
              <w:autoSpaceDE w:val="0"/>
              <w:autoSpaceDN w:val="0"/>
              <w:spacing w:before="78" w:after="0" w:line="245" w:lineRule="auto"/>
              <w:ind w:right="288"/>
              <w:rPr>
                <w:rFonts w:ascii="PetersburgSanPin-Italic" w:hAnsi="PetersburgSanPin-Italic" w:cs="PetersburgSanPin-Italic"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PetersburgSanPin-Italic" w:hAnsi="PetersburgSanPin-Italic" w:cs="PetersburgSanPin-Italic"/>
                <w:i/>
                <w:iCs/>
                <w:sz w:val="21"/>
                <w:szCs w:val="21"/>
                <w:lang w:val="ru-RU"/>
              </w:rPr>
              <w:t>Алкоголь разрушает личность</w:t>
            </w:r>
            <w:r>
              <w:rPr>
                <w:rFonts w:ascii="Journal" w:hAnsi="Journal" w:cs="Journal"/>
                <w:sz w:val="21"/>
                <w:szCs w:val="21"/>
                <w:lang w:val="ru-RU"/>
              </w:rPr>
              <w:t>.</w:t>
            </w:r>
          </w:p>
        </w:tc>
        <w:tc>
          <w:tcPr>
            <w:tcW w:w="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2005" w:rsidRPr="00996C51" w:rsidRDefault="00F22005" w:rsidP="00F22005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3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2005" w:rsidRPr="00996C51" w:rsidRDefault="00F22005" w:rsidP="00F22005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2005" w:rsidRPr="00996C51" w:rsidRDefault="00F22005" w:rsidP="00F22005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2005" w:rsidRPr="00996C51" w:rsidRDefault="00F22005" w:rsidP="00F22005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17.03</w:t>
            </w:r>
            <w:r w:rsidR="0053499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.2024</w:t>
            </w: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-</w:t>
            </w:r>
          </w:p>
          <w:p w:rsidR="00F22005" w:rsidRPr="00996C51" w:rsidRDefault="00F22005" w:rsidP="00F22005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07.04.</w:t>
            </w:r>
            <w:r w:rsidR="0053499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2024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2005" w:rsidRDefault="00F22005" w:rsidP="00F22005">
            <w:pPr>
              <w:autoSpaceDE w:val="0"/>
              <w:autoSpaceDN w:val="0"/>
              <w:adjustRightInd w:val="0"/>
              <w:spacing w:after="0" w:line="240" w:lineRule="auto"/>
              <w:rPr>
                <w:rFonts w:ascii="Journal" w:hAnsi="Journal" w:cs="Journal"/>
                <w:sz w:val="21"/>
                <w:szCs w:val="21"/>
                <w:lang w:val="ru-RU"/>
              </w:rPr>
            </w:pPr>
            <w:r>
              <w:rPr>
                <w:rFonts w:ascii="Journal" w:hAnsi="Journal" w:cs="Journal"/>
                <w:sz w:val="21"/>
                <w:szCs w:val="21"/>
                <w:lang w:val="ru-RU"/>
              </w:rPr>
              <w:t>Работа с текстом и иллюстрациями учебника;</w:t>
            </w:r>
          </w:p>
          <w:p w:rsidR="00F22005" w:rsidRDefault="00F22005" w:rsidP="00F22005">
            <w:pPr>
              <w:autoSpaceDE w:val="0"/>
              <w:autoSpaceDN w:val="0"/>
              <w:adjustRightInd w:val="0"/>
              <w:spacing w:after="0" w:line="240" w:lineRule="auto"/>
              <w:rPr>
                <w:rFonts w:ascii="Journal" w:hAnsi="Journal" w:cs="Journal"/>
                <w:sz w:val="21"/>
                <w:szCs w:val="21"/>
                <w:lang w:val="ru-RU"/>
              </w:rPr>
            </w:pPr>
            <w:r>
              <w:rPr>
                <w:rFonts w:ascii="Journal" w:hAnsi="Journal" w:cs="Journal"/>
                <w:sz w:val="21"/>
                <w:szCs w:val="21"/>
                <w:lang w:val="ru-RU"/>
              </w:rPr>
              <w:t xml:space="preserve">работа с рубриками «Медицинская страничка» и «Это полезно знать!». </w:t>
            </w:r>
            <w:r>
              <w:rPr>
                <w:rFonts w:ascii="PetersburgSanPin-Italic" w:hAnsi="PetersburgSanPin-Italic" w:cs="PetersburgSanPin-Italic"/>
                <w:i/>
                <w:iCs/>
                <w:sz w:val="21"/>
                <w:szCs w:val="21"/>
                <w:lang w:val="ru-RU"/>
              </w:rPr>
              <w:t>Участие в учебном диалоге</w:t>
            </w:r>
            <w:r>
              <w:rPr>
                <w:rFonts w:ascii="Journal" w:hAnsi="Journal" w:cs="Journal"/>
                <w:sz w:val="21"/>
                <w:szCs w:val="21"/>
                <w:lang w:val="ru-RU"/>
              </w:rPr>
              <w:t xml:space="preserve">: анализ текста и иллюстраций учебника. </w:t>
            </w:r>
            <w:r>
              <w:rPr>
                <w:rFonts w:ascii="PetersburgSanPin-Italic" w:hAnsi="PetersburgSanPin-Italic" w:cs="PetersburgSanPin-Italic"/>
                <w:i/>
                <w:iCs/>
                <w:sz w:val="21"/>
                <w:szCs w:val="21"/>
                <w:lang w:val="ru-RU"/>
              </w:rPr>
              <w:t>Работа в группах</w:t>
            </w:r>
            <w:r>
              <w:rPr>
                <w:rFonts w:ascii="Journal" w:hAnsi="Journal" w:cs="Journal"/>
                <w:sz w:val="21"/>
                <w:szCs w:val="21"/>
                <w:lang w:val="ru-RU"/>
              </w:rPr>
              <w:t xml:space="preserve">: анализ текста и иллюстраций учебника. </w:t>
            </w:r>
            <w:r>
              <w:rPr>
                <w:rFonts w:ascii="PetersburgSanPin-Italic" w:hAnsi="PetersburgSanPin-Italic" w:cs="PetersburgSanPin-Italic"/>
                <w:i/>
                <w:iCs/>
                <w:sz w:val="21"/>
                <w:szCs w:val="21"/>
                <w:lang w:val="ru-RU"/>
              </w:rPr>
              <w:t>Проектная деятельность</w:t>
            </w:r>
            <w:r>
              <w:rPr>
                <w:rFonts w:ascii="Journal" w:hAnsi="Journal" w:cs="Journal"/>
                <w:sz w:val="21"/>
                <w:szCs w:val="21"/>
                <w:lang w:val="ru-RU"/>
              </w:rPr>
              <w:t>: «Отношение</w:t>
            </w:r>
          </w:p>
          <w:p w:rsidR="00F22005" w:rsidRDefault="00F22005" w:rsidP="00F22005">
            <w:pPr>
              <w:autoSpaceDE w:val="0"/>
              <w:autoSpaceDN w:val="0"/>
              <w:adjustRightInd w:val="0"/>
              <w:spacing w:after="0" w:line="240" w:lineRule="auto"/>
              <w:rPr>
                <w:rFonts w:ascii="Journal" w:hAnsi="Journal" w:cs="Journal"/>
                <w:sz w:val="21"/>
                <w:szCs w:val="21"/>
                <w:lang w:val="ru-RU"/>
              </w:rPr>
            </w:pPr>
            <w:r>
              <w:rPr>
                <w:rFonts w:ascii="Journal" w:hAnsi="Journal" w:cs="Journal"/>
                <w:sz w:val="21"/>
                <w:szCs w:val="21"/>
                <w:lang w:val="ru-RU"/>
              </w:rPr>
              <w:t>к пьянству в России в разные времена»,</w:t>
            </w:r>
          </w:p>
          <w:p w:rsidR="00F22005" w:rsidRDefault="00F22005" w:rsidP="00F22005">
            <w:pPr>
              <w:autoSpaceDE w:val="0"/>
              <w:autoSpaceDN w:val="0"/>
              <w:adjustRightInd w:val="0"/>
              <w:spacing w:after="0" w:line="240" w:lineRule="auto"/>
              <w:rPr>
                <w:rFonts w:ascii="Journal" w:hAnsi="Journal" w:cs="Journal"/>
                <w:sz w:val="21"/>
                <w:szCs w:val="21"/>
                <w:lang w:val="ru-RU"/>
              </w:rPr>
            </w:pPr>
            <w:r>
              <w:rPr>
                <w:rFonts w:ascii="Journal" w:hAnsi="Journal" w:cs="Journal"/>
                <w:sz w:val="21"/>
                <w:szCs w:val="21"/>
                <w:lang w:val="ru-RU"/>
              </w:rPr>
              <w:t>«Мифы о пьянстве на Руси», «Отражение</w:t>
            </w:r>
          </w:p>
          <w:p w:rsidR="00F22005" w:rsidRDefault="00F22005" w:rsidP="00F22005">
            <w:pPr>
              <w:autoSpaceDE w:val="0"/>
              <w:autoSpaceDN w:val="0"/>
              <w:adjustRightInd w:val="0"/>
              <w:spacing w:after="0" w:line="240" w:lineRule="auto"/>
              <w:rPr>
                <w:rFonts w:ascii="Journal" w:hAnsi="Journal" w:cs="Journal"/>
                <w:sz w:val="21"/>
                <w:szCs w:val="21"/>
                <w:lang w:val="ru-RU"/>
              </w:rPr>
            </w:pPr>
            <w:r>
              <w:rPr>
                <w:rFonts w:ascii="Journal" w:hAnsi="Journal" w:cs="Journal"/>
                <w:sz w:val="21"/>
                <w:szCs w:val="21"/>
                <w:lang w:val="ru-RU"/>
              </w:rPr>
              <w:t>темы пьянства в карикатуре»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2005" w:rsidRPr="00996C51" w:rsidRDefault="00F22005" w:rsidP="00F22005">
            <w:pPr>
              <w:autoSpaceDE w:val="0"/>
              <w:autoSpaceDN w:val="0"/>
              <w:spacing w:before="76" w:after="0" w:line="245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</w:rPr>
            </w:pP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Устны</w:t>
            </w: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й опрос;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2005" w:rsidRPr="00996C51" w:rsidRDefault="00F22005" w:rsidP="00F22005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www.obzh.info;</w:t>
            </w:r>
          </w:p>
        </w:tc>
      </w:tr>
      <w:tr w:rsidR="00F22005" w:rsidRPr="00A120FB" w:rsidTr="007C76CD">
        <w:trPr>
          <w:trHeight w:hRule="exact" w:val="1489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2005" w:rsidRPr="00996C51" w:rsidRDefault="00F22005" w:rsidP="00F22005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7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2005" w:rsidRPr="00996C51" w:rsidRDefault="00F22005" w:rsidP="00F22005">
            <w:pPr>
              <w:autoSpaceDE w:val="0"/>
              <w:autoSpaceDN w:val="0"/>
              <w:spacing w:before="78" w:after="0" w:line="245" w:lineRule="auto"/>
              <w:ind w:right="28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PetersburgSanPin-Italic" w:hAnsi="PetersburgSanPin-Italic" w:cs="PetersburgSanPin-Italic"/>
                <w:i/>
                <w:iCs/>
                <w:sz w:val="21"/>
                <w:szCs w:val="21"/>
                <w:lang w:val="ru-RU"/>
              </w:rPr>
              <w:t>Курение убивает!</w:t>
            </w:r>
          </w:p>
        </w:tc>
        <w:tc>
          <w:tcPr>
            <w:tcW w:w="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2005" w:rsidRPr="00996C51" w:rsidRDefault="00F22005" w:rsidP="00F22005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2005" w:rsidRPr="00996C51" w:rsidRDefault="00F22005" w:rsidP="00F22005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2005" w:rsidRPr="00996C51" w:rsidRDefault="00F22005" w:rsidP="00F22005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2005" w:rsidRPr="00996C51" w:rsidRDefault="00F22005" w:rsidP="00F22005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14.04</w:t>
            </w:r>
            <w:r w:rsidR="0053499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.2024</w:t>
            </w: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-</w:t>
            </w:r>
          </w:p>
          <w:p w:rsidR="00F22005" w:rsidRPr="00996C51" w:rsidRDefault="00F22005" w:rsidP="00F22005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21.04</w:t>
            </w:r>
            <w:r w:rsidR="0053499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.2024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2005" w:rsidRDefault="00F22005" w:rsidP="00F22005">
            <w:pPr>
              <w:autoSpaceDE w:val="0"/>
              <w:autoSpaceDN w:val="0"/>
              <w:adjustRightInd w:val="0"/>
              <w:spacing w:after="0" w:line="240" w:lineRule="auto"/>
              <w:rPr>
                <w:rFonts w:ascii="Journal" w:hAnsi="Journal" w:cs="Journal"/>
                <w:sz w:val="21"/>
                <w:szCs w:val="21"/>
                <w:lang w:val="ru-RU"/>
              </w:rPr>
            </w:pPr>
            <w:r>
              <w:rPr>
                <w:rFonts w:ascii="Journal" w:hAnsi="Journal" w:cs="Journal"/>
                <w:sz w:val="21"/>
                <w:szCs w:val="21"/>
                <w:lang w:val="ru-RU"/>
              </w:rPr>
              <w:t xml:space="preserve">Работа с текстом и иллюстрациями учебника; работа с рубриками «Медицинская страничка» и «Это полезно знать!». </w:t>
            </w:r>
            <w:r>
              <w:rPr>
                <w:rFonts w:ascii="PetersburgSanPin-Italic" w:hAnsi="PetersburgSanPin-Italic" w:cs="PetersburgSanPin-Italic"/>
                <w:i/>
                <w:iCs/>
                <w:sz w:val="21"/>
                <w:szCs w:val="21"/>
                <w:lang w:val="ru-RU"/>
              </w:rPr>
              <w:t>Участие в учебном диалоге</w:t>
            </w:r>
            <w:r>
              <w:rPr>
                <w:rFonts w:ascii="Journal" w:hAnsi="Journal" w:cs="Journal"/>
                <w:sz w:val="21"/>
                <w:szCs w:val="21"/>
                <w:lang w:val="ru-RU"/>
              </w:rPr>
              <w:t>: проведение</w:t>
            </w:r>
          </w:p>
          <w:p w:rsidR="00F22005" w:rsidRDefault="00F22005" w:rsidP="00F22005">
            <w:pPr>
              <w:autoSpaceDE w:val="0"/>
              <w:autoSpaceDN w:val="0"/>
              <w:adjustRightInd w:val="0"/>
              <w:spacing w:after="0" w:line="240" w:lineRule="auto"/>
              <w:rPr>
                <w:rFonts w:ascii="Journal" w:hAnsi="Journal" w:cs="Journal"/>
                <w:sz w:val="21"/>
                <w:szCs w:val="21"/>
                <w:lang w:val="ru-RU"/>
              </w:rPr>
            </w:pPr>
            <w:r>
              <w:rPr>
                <w:rFonts w:ascii="Journal" w:hAnsi="Journal" w:cs="Journal"/>
                <w:sz w:val="21"/>
                <w:szCs w:val="21"/>
                <w:lang w:val="ru-RU"/>
              </w:rPr>
              <w:t xml:space="preserve">анонимного опроса среди одноклассников; анализ текста учебника. </w:t>
            </w:r>
            <w:r>
              <w:rPr>
                <w:rFonts w:ascii="PetersburgSanPin-Italic" w:hAnsi="PetersburgSanPin-Italic" w:cs="PetersburgSanPin-Italic"/>
                <w:i/>
                <w:iCs/>
                <w:sz w:val="21"/>
                <w:szCs w:val="21"/>
                <w:lang w:val="ru-RU"/>
              </w:rPr>
              <w:t>Работа в группах</w:t>
            </w:r>
            <w:r>
              <w:rPr>
                <w:rFonts w:ascii="Journal" w:hAnsi="Journal" w:cs="Journal"/>
                <w:sz w:val="21"/>
                <w:szCs w:val="21"/>
                <w:lang w:val="ru-RU"/>
              </w:rPr>
              <w:t>: анализ иллюстраций</w:t>
            </w:r>
          </w:p>
          <w:p w:rsidR="00F22005" w:rsidRDefault="00F22005" w:rsidP="00F22005">
            <w:pPr>
              <w:autoSpaceDE w:val="0"/>
              <w:autoSpaceDN w:val="0"/>
              <w:adjustRightInd w:val="0"/>
              <w:spacing w:after="0" w:line="240" w:lineRule="auto"/>
              <w:rPr>
                <w:rFonts w:ascii="Journal" w:hAnsi="Journal" w:cs="Journal"/>
                <w:sz w:val="21"/>
                <w:szCs w:val="21"/>
                <w:lang w:val="ru-RU"/>
              </w:rPr>
            </w:pPr>
            <w:r>
              <w:rPr>
                <w:rFonts w:ascii="Journal" w:hAnsi="Journal" w:cs="Journal"/>
                <w:sz w:val="21"/>
                <w:szCs w:val="21"/>
                <w:lang w:val="ru-RU"/>
              </w:rPr>
              <w:t>учебника и подготовка сообщения о вреде</w:t>
            </w:r>
          </w:p>
          <w:p w:rsidR="00F22005" w:rsidRDefault="00F22005" w:rsidP="00F22005">
            <w:pPr>
              <w:autoSpaceDE w:val="0"/>
              <w:autoSpaceDN w:val="0"/>
              <w:adjustRightInd w:val="0"/>
              <w:spacing w:after="0" w:line="240" w:lineRule="auto"/>
              <w:rPr>
                <w:rFonts w:ascii="Journal" w:hAnsi="Journal" w:cs="Journal"/>
                <w:sz w:val="21"/>
                <w:szCs w:val="21"/>
                <w:lang w:val="ru-RU"/>
              </w:rPr>
            </w:pPr>
            <w:r>
              <w:rPr>
                <w:rFonts w:ascii="Journal" w:hAnsi="Journal" w:cs="Journal"/>
                <w:sz w:val="21"/>
                <w:szCs w:val="21"/>
                <w:lang w:val="ru-RU"/>
              </w:rPr>
              <w:t>курения.</w:t>
            </w:r>
            <w:r>
              <w:rPr>
                <w:rFonts w:ascii="PetersburgSanPin-Italic" w:hAnsi="PetersburgSanPin-Italic" w:cs="PetersburgSanPin-Italic"/>
                <w:i/>
                <w:iCs/>
                <w:sz w:val="21"/>
                <w:szCs w:val="21"/>
                <w:lang w:val="ru-RU"/>
              </w:rPr>
              <w:t xml:space="preserve"> Практическая деятельность</w:t>
            </w:r>
            <w:r>
              <w:rPr>
                <w:rFonts w:ascii="Journal" w:hAnsi="Journal" w:cs="Journal"/>
                <w:sz w:val="21"/>
                <w:szCs w:val="21"/>
                <w:lang w:val="ru-RU"/>
              </w:rPr>
              <w:t>: навыки</w:t>
            </w:r>
          </w:p>
          <w:p w:rsidR="00F22005" w:rsidRDefault="00F22005" w:rsidP="00F22005">
            <w:pPr>
              <w:autoSpaceDE w:val="0"/>
              <w:autoSpaceDN w:val="0"/>
              <w:adjustRightInd w:val="0"/>
              <w:spacing w:after="0" w:line="240" w:lineRule="auto"/>
              <w:rPr>
                <w:rFonts w:ascii="Journal" w:hAnsi="Journal" w:cs="Journal"/>
                <w:sz w:val="21"/>
                <w:szCs w:val="21"/>
                <w:lang w:val="ru-RU"/>
              </w:rPr>
            </w:pPr>
            <w:r>
              <w:rPr>
                <w:rFonts w:ascii="Journal" w:hAnsi="Journal" w:cs="Journal"/>
                <w:sz w:val="21"/>
                <w:szCs w:val="21"/>
                <w:lang w:val="ru-RU"/>
              </w:rPr>
              <w:t>работы с документами: Федеральный закон</w:t>
            </w:r>
          </w:p>
          <w:p w:rsidR="00F22005" w:rsidRDefault="00F22005" w:rsidP="00F22005">
            <w:pPr>
              <w:autoSpaceDE w:val="0"/>
              <w:autoSpaceDN w:val="0"/>
              <w:adjustRightInd w:val="0"/>
              <w:spacing w:after="0" w:line="240" w:lineRule="auto"/>
              <w:rPr>
                <w:rFonts w:ascii="Journal" w:hAnsi="Journal" w:cs="Journal"/>
                <w:sz w:val="21"/>
                <w:szCs w:val="21"/>
                <w:lang w:val="ru-RU"/>
              </w:rPr>
            </w:pPr>
            <w:r>
              <w:rPr>
                <w:rFonts w:ascii="Journal" w:hAnsi="Journal" w:cs="Journal"/>
                <w:sz w:val="21"/>
                <w:szCs w:val="21"/>
                <w:lang w:val="ru-RU"/>
              </w:rPr>
              <w:t>«Об охране здоровья граждан от воздействия</w:t>
            </w:r>
          </w:p>
          <w:p w:rsidR="00F22005" w:rsidRDefault="00F22005" w:rsidP="00F22005">
            <w:pPr>
              <w:autoSpaceDE w:val="0"/>
              <w:autoSpaceDN w:val="0"/>
              <w:adjustRightInd w:val="0"/>
              <w:spacing w:after="0" w:line="240" w:lineRule="auto"/>
              <w:rPr>
                <w:rFonts w:ascii="Journal" w:hAnsi="Journal" w:cs="Journal"/>
                <w:sz w:val="21"/>
                <w:szCs w:val="21"/>
                <w:lang w:val="ru-RU"/>
              </w:rPr>
            </w:pPr>
            <w:r>
              <w:rPr>
                <w:rFonts w:ascii="Journal" w:hAnsi="Journal" w:cs="Journal"/>
                <w:sz w:val="21"/>
                <w:szCs w:val="21"/>
                <w:lang w:val="ru-RU"/>
              </w:rPr>
              <w:t>окружающего табачного дыма</w:t>
            </w:r>
          </w:p>
          <w:p w:rsidR="00F22005" w:rsidRPr="00996C51" w:rsidRDefault="00F22005" w:rsidP="00F220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Journal" w:hAnsi="Journal" w:cs="Journal"/>
                <w:sz w:val="21"/>
                <w:szCs w:val="21"/>
                <w:lang w:val="ru-RU"/>
              </w:rPr>
              <w:t>и последствий потребления табака»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2005" w:rsidRPr="00996C51" w:rsidRDefault="00F22005" w:rsidP="00F22005">
            <w:pPr>
              <w:autoSpaceDE w:val="0"/>
              <w:autoSpaceDN w:val="0"/>
              <w:spacing w:before="76" w:after="0" w:line="245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Устный опрос;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2005" w:rsidRPr="00996C51" w:rsidRDefault="00F22005" w:rsidP="00F22005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www</w:t>
            </w: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.</w:t>
            </w: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obzh</w:t>
            </w: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.</w:t>
            </w: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info</w:t>
            </w: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;</w:t>
            </w:r>
          </w:p>
        </w:tc>
      </w:tr>
      <w:tr w:rsidR="00F22005" w:rsidRPr="00A120FB" w:rsidTr="007C76CD">
        <w:trPr>
          <w:trHeight w:hRule="exact" w:val="1489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2005" w:rsidRDefault="00F22005" w:rsidP="00F22005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2005" w:rsidRDefault="00F22005" w:rsidP="00F22005">
            <w:pPr>
              <w:autoSpaceDE w:val="0"/>
              <w:autoSpaceDN w:val="0"/>
              <w:spacing w:before="78" w:after="0" w:line="245" w:lineRule="auto"/>
              <w:ind w:right="288"/>
              <w:rPr>
                <w:rFonts w:ascii="PetersburgSanPin-Italic" w:hAnsi="PetersburgSanPin-Italic" w:cs="PetersburgSanPin-Italic"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PetersburgSanPin-Italic" w:hAnsi="PetersburgSanPin-Italic" w:cs="PetersburgSanPin-Italic"/>
                <w:i/>
                <w:iCs/>
                <w:sz w:val="21"/>
                <w:szCs w:val="21"/>
                <w:lang w:val="ru-RU"/>
              </w:rPr>
              <w:t>Итоговый урок</w:t>
            </w:r>
          </w:p>
        </w:tc>
        <w:tc>
          <w:tcPr>
            <w:tcW w:w="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2005" w:rsidRDefault="00F22005" w:rsidP="00F22005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2005" w:rsidRPr="00996C51" w:rsidRDefault="00F22005" w:rsidP="00F22005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1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2005" w:rsidRPr="00996C51" w:rsidRDefault="00F22005" w:rsidP="00F22005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2005" w:rsidRPr="00996C51" w:rsidRDefault="00534995" w:rsidP="00F22005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05.05.2024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2005" w:rsidRDefault="00F22005" w:rsidP="00F22005">
            <w:pPr>
              <w:autoSpaceDE w:val="0"/>
              <w:autoSpaceDN w:val="0"/>
              <w:adjustRightInd w:val="0"/>
              <w:spacing w:after="0" w:line="240" w:lineRule="auto"/>
              <w:rPr>
                <w:rFonts w:ascii="Journal" w:hAnsi="Journal" w:cs="Journal"/>
                <w:sz w:val="21"/>
                <w:szCs w:val="21"/>
                <w:lang w:val="ru-RU"/>
              </w:rPr>
            </w:pPr>
            <w:r>
              <w:rPr>
                <w:rFonts w:ascii="Journal" w:hAnsi="Journal" w:cs="Journal"/>
                <w:sz w:val="21"/>
                <w:szCs w:val="21"/>
                <w:lang w:val="ru-RU"/>
              </w:rPr>
              <w:t>Обобщение изученного материала.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2005" w:rsidRPr="00996C51" w:rsidRDefault="00F22005" w:rsidP="00F22005">
            <w:pPr>
              <w:autoSpaceDE w:val="0"/>
              <w:autoSpaceDN w:val="0"/>
              <w:spacing w:before="76" w:after="0" w:line="245" w:lineRule="auto"/>
              <w:ind w:left="72" w:right="144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Тестирование;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2005" w:rsidRPr="00996C51" w:rsidRDefault="00F22005" w:rsidP="00F22005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</w:pP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www</w:t>
            </w: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.</w:t>
            </w: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obzh</w:t>
            </w: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.</w:t>
            </w: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info</w:t>
            </w: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;</w:t>
            </w:r>
          </w:p>
        </w:tc>
      </w:tr>
      <w:tr w:rsidR="00F22005" w:rsidRPr="00F22005" w:rsidTr="00D37AB3">
        <w:trPr>
          <w:trHeight w:hRule="exact" w:val="256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2005" w:rsidRDefault="00F22005" w:rsidP="00F22005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2005" w:rsidRDefault="00F22005" w:rsidP="00F22005">
            <w:pPr>
              <w:autoSpaceDE w:val="0"/>
              <w:autoSpaceDN w:val="0"/>
              <w:spacing w:before="78" w:after="0" w:line="245" w:lineRule="auto"/>
              <w:ind w:right="288"/>
              <w:rPr>
                <w:rFonts w:ascii="PetersburgSanPin-Italic" w:hAnsi="PetersburgSanPin-Italic" w:cs="PetersburgSanPin-Italic"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PetersburgSanPin-Italic" w:hAnsi="PetersburgSanPin-Italic" w:cs="PetersburgSanPin-Italic"/>
                <w:i/>
                <w:iCs/>
                <w:sz w:val="21"/>
                <w:szCs w:val="21"/>
                <w:lang w:val="ru-RU"/>
              </w:rPr>
              <w:t>Проектная деятельность</w:t>
            </w:r>
          </w:p>
        </w:tc>
        <w:tc>
          <w:tcPr>
            <w:tcW w:w="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2005" w:rsidRDefault="00F22005" w:rsidP="00F22005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2005" w:rsidRDefault="00F22005" w:rsidP="00F22005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2005" w:rsidRDefault="00F22005" w:rsidP="00F22005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2005" w:rsidRPr="00996C51" w:rsidRDefault="00534995" w:rsidP="00F22005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12.05.2024-19.05.2024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2005" w:rsidRDefault="00F22005" w:rsidP="00F22005">
            <w:pPr>
              <w:autoSpaceDE w:val="0"/>
              <w:autoSpaceDN w:val="0"/>
              <w:adjustRightInd w:val="0"/>
              <w:spacing w:after="0" w:line="240" w:lineRule="auto"/>
              <w:rPr>
                <w:rFonts w:ascii="Journal" w:hAnsi="Journal" w:cs="Journal"/>
                <w:sz w:val="21"/>
                <w:szCs w:val="21"/>
                <w:lang w:val="ru-RU"/>
              </w:rPr>
            </w:pPr>
            <w:r>
              <w:rPr>
                <w:rFonts w:ascii="Journal" w:hAnsi="Journal" w:cs="Journal"/>
                <w:sz w:val="21"/>
                <w:szCs w:val="21"/>
                <w:lang w:val="ru-RU"/>
              </w:rPr>
              <w:t>Темы проектов:</w:t>
            </w:r>
          </w:p>
          <w:p w:rsidR="00F22005" w:rsidRPr="00D37AB3" w:rsidRDefault="00F22005" w:rsidP="00F22005">
            <w:pPr>
              <w:autoSpaceDE w:val="0"/>
              <w:autoSpaceDN w:val="0"/>
              <w:adjustRightInd w:val="0"/>
              <w:spacing w:after="0" w:line="240" w:lineRule="auto"/>
              <w:rPr>
                <w:rFonts w:ascii="Journal" w:hAnsi="Journal" w:cs="Journal"/>
                <w:sz w:val="21"/>
                <w:szCs w:val="21"/>
                <w:lang w:val="ru-RU"/>
              </w:rPr>
            </w:pPr>
            <w:r w:rsidRPr="00D37AB3">
              <w:rPr>
                <w:rFonts w:ascii="Journal" w:hAnsi="Journal" w:cs="Journal"/>
                <w:sz w:val="21"/>
                <w:szCs w:val="21"/>
                <w:lang w:val="ru-RU"/>
              </w:rPr>
              <w:t>Отдых на природе: опасности, которые могут подстерегать.</w:t>
            </w:r>
          </w:p>
          <w:p w:rsidR="00F22005" w:rsidRPr="00D37AB3" w:rsidRDefault="00F22005" w:rsidP="00F22005">
            <w:pPr>
              <w:autoSpaceDE w:val="0"/>
              <w:autoSpaceDN w:val="0"/>
              <w:adjustRightInd w:val="0"/>
              <w:spacing w:after="0" w:line="240" w:lineRule="auto"/>
              <w:rPr>
                <w:rFonts w:ascii="Journal" w:hAnsi="Journal" w:cs="Journal"/>
                <w:sz w:val="21"/>
                <w:szCs w:val="21"/>
                <w:lang w:val="ru-RU"/>
              </w:rPr>
            </w:pPr>
            <w:r w:rsidRPr="00D37AB3">
              <w:rPr>
                <w:rFonts w:ascii="Journal" w:hAnsi="Journal" w:cs="Journal"/>
                <w:sz w:val="21"/>
                <w:szCs w:val="21"/>
                <w:lang w:val="ru-RU"/>
              </w:rPr>
              <w:t xml:space="preserve"> История великих кораблекрушений.</w:t>
            </w:r>
          </w:p>
          <w:p w:rsidR="00F22005" w:rsidRPr="00D37AB3" w:rsidRDefault="00F22005" w:rsidP="00F22005">
            <w:pPr>
              <w:autoSpaceDE w:val="0"/>
              <w:autoSpaceDN w:val="0"/>
              <w:adjustRightInd w:val="0"/>
              <w:spacing w:after="0" w:line="240" w:lineRule="auto"/>
              <w:rPr>
                <w:rFonts w:ascii="Journal" w:hAnsi="Journal" w:cs="Journal"/>
                <w:sz w:val="21"/>
                <w:szCs w:val="21"/>
                <w:lang w:val="ru-RU"/>
              </w:rPr>
            </w:pPr>
            <w:r w:rsidRPr="00D37AB3">
              <w:rPr>
                <w:rFonts w:ascii="Journal" w:hAnsi="Journal" w:cs="Journal"/>
                <w:sz w:val="21"/>
                <w:szCs w:val="21"/>
                <w:lang w:val="ru-RU"/>
              </w:rPr>
              <w:t xml:space="preserve"> Правила безопасного поведения при чрезвычайной ситуации на корабле.</w:t>
            </w:r>
          </w:p>
          <w:p w:rsidR="00F22005" w:rsidRPr="00D37AB3" w:rsidRDefault="00F22005" w:rsidP="00F22005">
            <w:pPr>
              <w:autoSpaceDE w:val="0"/>
              <w:autoSpaceDN w:val="0"/>
              <w:adjustRightInd w:val="0"/>
              <w:spacing w:after="0" w:line="240" w:lineRule="auto"/>
              <w:rPr>
                <w:rFonts w:ascii="Journal" w:hAnsi="Journal" w:cs="Journal"/>
                <w:sz w:val="21"/>
                <w:szCs w:val="21"/>
                <w:lang w:val="ru-RU"/>
              </w:rPr>
            </w:pPr>
            <w:r w:rsidRPr="00D37AB3">
              <w:rPr>
                <w:rFonts w:ascii="Journal" w:hAnsi="Journal" w:cs="Journal"/>
                <w:sz w:val="21"/>
                <w:szCs w:val="21"/>
                <w:lang w:val="ru-RU"/>
              </w:rPr>
              <w:t xml:space="preserve"> Как укрыться от непогоды.</w:t>
            </w:r>
          </w:p>
          <w:p w:rsidR="00F22005" w:rsidRPr="00D37AB3" w:rsidRDefault="00F22005" w:rsidP="00F22005">
            <w:pPr>
              <w:autoSpaceDE w:val="0"/>
              <w:autoSpaceDN w:val="0"/>
              <w:adjustRightInd w:val="0"/>
              <w:spacing w:after="0" w:line="240" w:lineRule="auto"/>
              <w:rPr>
                <w:rFonts w:ascii="Journal" w:hAnsi="Journal" w:cs="Journal"/>
                <w:sz w:val="21"/>
                <w:szCs w:val="21"/>
                <w:lang w:val="ru-RU"/>
              </w:rPr>
            </w:pPr>
            <w:r w:rsidRPr="00D37AB3">
              <w:rPr>
                <w:rFonts w:ascii="Journal" w:hAnsi="Journal" w:cs="Journal"/>
                <w:sz w:val="21"/>
                <w:szCs w:val="21"/>
                <w:lang w:val="ru-RU"/>
              </w:rPr>
              <w:t xml:space="preserve"> Отношение к пьянству в России в разные времена.</w:t>
            </w:r>
          </w:p>
          <w:p w:rsidR="00F22005" w:rsidRPr="00D37AB3" w:rsidRDefault="00F22005" w:rsidP="00F22005">
            <w:pPr>
              <w:autoSpaceDE w:val="0"/>
              <w:autoSpaceDN w:val="0"/>
              <w:adjustRightInd w:val="0"/>
              <w:spacing w:after="0" w:line="240" w:lineRule="auto"/>
              <w:rPr>
                <w:rFonts w:ascii="Journal" w:hAnsi="Journal" w:cs="Journal"/>
                <w:sz w:val="21"/>
                <w:szCs w:val="21"/>
                <w:lang w:val="ru-RU"/>
              </w:rPr>
            </w:pPr>
            <w:r w:rsidRPr="00D37AB3">
              <w:rPr>
                <w:rFonts w:ascii="Journal" w:hAnsi="Journal" w:cs="Journal"/>
                <w:sz w:val="21"/>
                <w:szCs w:val="21"/>
                <w:lang w:val="ru-RU"/>
              </w:rPr>
              <w:t xml:space="preserve"> Мифы о пьянстве на Руси.</w:t>
            </w:r>
          </w:p>
          <w:p w:rsidR="00F22005" w:rsidRPr="00D37AB3" w:rsidRDefault="00F22005" w:rsidP="00F22005">
            <w:pPr>
              <w:autoSpaceDE w:val="0"/>
              <w:autoSpaceDN w:val="0"/>
              <w:adjustRightInd w:val="0"/>
              <w:spacing w:after="0" w:line="240" w:lineRule="auto"/>
              <w:rPr>
                <w:rFonts w:ascii="Journal" w:hAnsi="Journal" w:cs="Journal"/>
                <w:sz w:val="21"/>
                <w:szCs w:val="21"/>
                <w:lang w:val="ru-RU"/>
              </w:rPr>
            </w:pPr>
            <w:r w:rsidRPr="00D37AB3">
              <w:rPr>
                <w:rFonts w:ascii="Journal" w:hAnsi="Journal" w:cs="Journal"/>
                <w:sz w:val="21"/>
                <w:szCs w:val="21"/>
                <w:lang w:val="ru-RU"/>
              </w:rPr>
              <w:t xml:space="preserve"> Отражение темы пьянства в карикатуре.</w:t>
            </w:r>
          </w:p>
          <w:p w:rsidR="00F22005" w:rsidRDefault="00F22005" w:rsidP="00F22005">
            <w:pPr>
              <w:autoSpaceDE w:val="0"/>
              <w:autoSpaceDN w:val="0"/>
              <w:adjustRightInd w:val="0"/>
              <w:spacing w:after="0" w:line="240" w:lineRule="auto"/>
              <w:rPr>
                <w:rFonts w:ascii="Journal" w:hAnsi="Journal" w:cs="Journal"/>
                <w:sz w:val="21"/>
                <w:szCs w:val="21"/>
                <w:lang w:val="ru-RU"/>
              </w:rPr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2005" w:rsidRPr="00996C51" w:rsidRDefault="00F22005" w:rsidP="00F22005">
            <w:pPr>
              <w:autoSpaceDE w:val="0"/>
              <w:autoSpaceDN w:val="0"/>
              <w:spacing w:before="76" w:after="0" w:line="245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Устный опрос;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2005" w:rsidRPr="00996C51" w:rsidRDefault="00F22005" w:rsidP="00F22005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www</w:t>
            </w: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.</w:t>
            </w: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obzh</w:t>
            </w: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.</w:t>
            </w: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info</w:t>
            </w: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;</w:t>
            </w:r>
          </w:p>
        </w:tc>
      </w:tr>
      <w:tr w:rsidR="00F22005" w:rsidRPr="00A120FB" w:rsidTr="001545B8">
        <w:trPr>
          <w:trHeight w:hRule="exact" w:val="520"/>
        </w:trPr>
        <w:tc>
          <w:tcPr>
            <w:tcW w:w="3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2005" w:rsidRPr="00996C51" w:rsidRDefault="00F22005" w:rsidP="00F22005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Итого по модулю</w:t>
            </w:r>
          </w:p>
        </w:tc>
        <w:tc>
          <w:tcPr>
            <w:tcW w:w="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2005" w:rsidRPr="00996C51" w:rsidRDefault="00F22005" w:rsidP="00F22005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8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2005" w:rsidRPr="00996C51" w:rsidRDefault="00F22005" w:rsidP="00F22005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2005" w:rsidRPr="00996C51" w:rsidRDefault="00F22005" w:rsidP="00F22005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2005" w:rsidRPr="00996C51" w:rsidRDefault="00F22005" w:rsidP="00F22005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2005" w:rsidRPr="00996C51" w:rsidRDefault="00F22005" w:rsidP="00F22005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2005" w:rsidRPr="00996C51" w:rsidRDefault="00F22005" w:rsidP="00F22005">
            <w:pPr>
              <w:autoSpaceDE w:val="0"/>
              <w:autoSpaceDN w:val="0"/>
              <w:spacing w:before="76" w:after="0" w:line="245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2005" w:rsidRPr="00996C51" w:rsidRDefault="00F22005" w:rsidP="00F22005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F22005" w:rsidRPr="00A120FB" w:rsidTr="001545B8">
        <w:trPr>
          <w:trHeight w:hRule="exact" w:val="52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2005" w:rsidRPr="00996C51" w:rsidRDefault="00F22005" w:rsidP="00F22005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10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2005" w:rsidRPr="00996C51" w:rsidRDefault="00F22005" w:rsidP="00F22005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ОБЩЕЕ КОЛИЧЕСТВО ЧАСОВ ПО ПРОГРАММЕ</w:t>
            </w:r>
          </w:p>
        </w:tc>
        <w:tc>
          <w:tcPr>
            <w:tcW w:w="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2005" w:rsidRPr="00996C51" w:rsidRDefault="00F22005" w:rsidP="00F22005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34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2005" w:rsidRPr="00996C51" w:rsidRDefault="00F22005" w:rsidP="00F22005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1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2005" w:rsidRPr="00996C51" w:rsidRDefault="00F22005" w:rsidP="00F22005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2</w:t>
            </w:r>
          </w:p>
        </w:tc>
        <w:tc>
          <w:tcPr>
            <w:tcW w:w="91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2005" w:rsidRPr="00996C51" w:rsidRDefault="00F22005" w:rsidP="00F22005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</w:p>
        </w:tc>
      </w:tr>
    </w:tbl>
    <w:p w:rsidR="00383E56" w:rsidRPr="00A120FB" w:rsidRDefault="00383E56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83E56" w:rsidRPr="001D5503" w:rsidRDefault="00383E56">
      <w:pPr>
        <w:rPr>
          <w:lang w:val="ru-RU"/>
        </w:rPr>
        <w:sectPr w:rsidR="00383E56" w:rsidRPr="001D5503">
          <w:pgSz w:w="16840" w:h="11900"/>
          <w:pgMar w:top="282" w:right="640" w:bottom="31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383E56" w:rsidRPr="001D5503" w:rsidRDefault="00383E56">
      <w:pPr>
        <w:autoSpaceDE w:val="0"/>
        <w:autoSpaceDN w:val="0"/>
        <w:spacing w:after="66" w:line="220" w:lineRule="exact"/>
        <w:rPr>
          <w:lang w:val="ru-RU"/>
        </w:rPr>
      </w:pPr>
    </w:p>
    <w:p w:rsidR="00383E56" w:rsidRDefault="00383E56">
      <w:pPr>
        <w:autoSpaceDE w:val="0"/>
        <w:autoSpaceDN w:val="0"/>
        <w:spacing w:after="0" w:line="14" w:lineRule="exact"/>
      </w:pPr>
    </w:p>
    <w:p w:rsidR="00383E56" w:rsidRDefault="00383E56">
      <w:pPr>
        <w:autoSpaceDE w:val="0"/>
        <w:autoSpaceDN w:val="0"/>
        <w:spacing w:after="78" w:line="220" w:lineRule="exact"/>
      </w:pPr>
    </w:p>
    <w:p w:rsidR="00383E56" w:rsidRDefault="00E52F91">
      <w:pPr>
        <w:autoSpaceDE w:val="0"/>
        <w:autoSpaceDN w:val="0"/>
        <w:spacing w:after="32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ПОУРОЧНОЕ ПЛАНИРОВАНИЕ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302"/>
        <w:gridCol w:w="732"/>
        <w:gridCol w:w="1620"/>
        <w:gridCol w:w="1668"/>
        <w:gridCol w:w="1236"/>
        <w:gridCol w:w="1490"/>
      </w:tblGrid>
      <w:tr w:rsidR="00383E56">
        <w:trPr>
          <w:trHeight w:hRule="exact" w:val="492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п/п</w:t>
            </w:r>
          </w:p>
        </w:tc>
        <w:tc>
          <w:tcPr>
            <w:tcW w:w="33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Тема урока</w:t>
            </w:r>
          </w:p>
        </w:tc>
        <w:tc>
          <w:tcPr>
            <w:tcW w:w="4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изучения</w:t>
            </w:r>
          </w:p>
        </w:tc>
        <w:tc>
          <w:tcPr>
            <w:tcW w:w="14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71" w:lineRule="auto"/>
              <w:ind w:left="72" w:right="288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Виды,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формы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контроля</w:t>
            </w:r>
          </w:p>
        </w:tc>
      </w:tr>
      <w:tr w:rsidR="00383E56" w:rsidTr="000368BD">
        <w:trPr>
          <w:trHeight w:hRule="exact" w:val="828"/>
        </w:trPr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E56" w:rsidRDefault="00383E56"/>
        </w:tc>
        <w:tc>
          <w:tcPr>
            <w:tcW w:w="33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E56" w:rsidRDefault="00383E56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всего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контрольные работы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практические работы</w:t>
            </w:r>
          </w:p>
        </w:tc>
        <w:tc>
          <w:tcPr>
            <w:tcW w:w="12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E56" w:rsidRDefault="00383E56"/>
        </w:tc>
        <w:tc>
          <w:tcPr>
            <w:tcW w:w="14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E56" w:rsidRDefault="00383E56"/>
        </w:tc>
      </w:tr>
      <w:tr w:rsidR="00383E56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A00AB4" w:rsidRDefault="00A00AB4" w:rsidP="00A00AB4">
            <w:pPr>
              <w:autoSpaceDE w:val="0"/>
              <w:autoSpaceDN w:val="0"/>
              <w:spacing w:before="98" w:after="0" w:line="262" w:lineRule="auto"/>
              <w:ind w:right="144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Введение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207A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02</w:t>
            </w:r>
            <w:r w:rsidR="00534995">
              <w:rPr>
                <w:rFonts w:ascii="Times New Roman" w:eastAsia="Times New Roman" w:hAnsi="Times New Roman"/>
                <w:color w:val="000000"/>
                <w:sz w:val="24"/>
              </w:rPr>
              <w:t>.09.202</w:t>
            </w:r>
            <w:r w:rsidR="0053499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</w:t>
            </w:r>
            <w:r w:rsidR="00E52F91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 w:rsidP="00207A34">
            <w:pPr>
              <w:autoSpaceDE w:val="0"/>
              <w:autoSpaceDN w:val="0"/>
              <w:spacing w:before="98" w:after="0" w:line="262" w:lineRule="auto"/>
              <w:ind w:left="72" w:right="576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383E56" w:rsidRPr="00A00AB4" w:rsidTr="00A00AB4">
        <w:trPr>
          <w:trHeight w:hRule="exact" w:val="93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DE0C9A" w:rsidRDefault="00DE0C9A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>
              <w:rPr>
                <w:lang w:val="ru-RU"/>
              </w:rPr>
              <w:t>Умеете ли вы ориентироваться?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A00AB4" w:rsidRDefault="00E52F9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A00AB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A00AB4" w:rsidRDefault="00E52F9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A00AB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A00AB4" w:rsidRDefault="00E52F9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A00AB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A00AB4" w:rsidRDefault="00207A34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09</w:t>
            </w:r>
            <w:r w:rsidR="0053499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.09.2023</w:t>
            </w:r>
            <w:r w:rsidR="00E52F91" w:rsidRPr="00A00AB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A00AB4" w:rsidRDefault="00E52F91" w:rsidP="00207A34">
            <w:pPr>
              <w:autoSpaceDE w:val="0"/>
              <w:autoSpaceDN w:val="0"/>
              <w:spacing w:before="98" w:after="0" w:line="262" w:lineRule="auto"/>
              <w:ind w:left="72" w:right="576"/>
              <w:jc w:val="center"/>
              <w:rPr>
                <w:lang w:val="ru-RU"/>
              </w:rPr>
            </w:pPr>
            <w:r w:rsidRPr="00A00AB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опрос;</w:t>
            </w:r>
          </w:p>
        </w:tc>
      </w:tr>
      <w:tr w:rsidR="00383E56" w:rsidRPr="00A00AB4" w:rsidTr="00A00AB4">
        <w:trPr>
          <w:trHeight w:hRule="exact" w:val="989"/>
        </w:trPr>
        <w:tc>
          <w:tcPr>
            <w:tcW w:w="5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A00AB4" w:rsidRDefault="00E52F91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 w:rsidRPr="00A00AB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3.</w:t>
            </w:r>
          </w:p>
        </w:tc>
        <w:tc>
          <w:tcPr>
            <w:tcW w:w="330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E52F91" w:rsidRDefault="00DE0C9A">
            <w:pPr>
              <w:autoSpaceDE w:val="0"/>
              <w:autoSpaceDN w:val="0"/>
              <w:spacing w:before="100" w:after="0" w:line="262" w:lineRule="auto"/>
              <w:ind w:left="72" w:right="720"/>
              <w:rPr>
                <w:lang w:val="ru-RU"/>
              </w:rPr>
            </w:pPr>
            <w:r>
              <w:rPr>
                <w:lang w:val="ru-RU"/>
              </w:rPr>
              <w:t>Умеете ли вы ориентироваться?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A00AB4" w:rsidRDefault="00E52F91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 w:rsidRPr="00A00AB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A00AB4" w:rsidRDefault="00E52F91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 w:rsidRPr="00A00AB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A00AB4" w:rsidRDefault="00C7044D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A00AB4" w:rsidRDefault="00207A34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16</w:t>
            </w:r>
            <w:r w:rsidR="0053499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.09.2023</w:t>
            </w:r>
            <w:r w:rsidR="00E52F91" w:rsidRPr="00A00AB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149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A00AB4" w:rsidRDefault="00E52F91" w:rsidP="00207A34">
            <w:pPr>
              <w:autoSpaceDE w:val="0"/>
              <w:autoSpaceDN w:val="0"/>
              <w:spacing w:before="100" w:after="0" w:line="262" w:lineRule="auto"/>
              <w:ind w:left="72" w:right="576"/>
              <w:jc w:val="center"/>
              <w:rPr>
                <w:lang w:val="ru-RU"/>
              </w:rPr>
            </w:pPr>
            <w:r w:rsidRPr="00A00AB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опрос;</w:t>
            </w:r>
          </w:p>
        </w:tc>
      </w:tr>
      <w:tr w:rsidR="00383E56" w:rsidTr="00A00AB4">
        <w:trPr>
          <w:trHeight w:hRule="exact" w:val="100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A00AB4" w:rsidRDefault="00E52F9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A00AB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A00AB4" w:rsidRDefault="00DE0C9A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>
              <w:rPr>
                <w:lang w:val="ru-RU"/>
              </w:rPr>
              <w:t>Чрезвычайные ситуации природного характера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207A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</w:t>
            </w:r>
            <w:r w:rsidR="00534995">
              <w:rPr>
                <w:rFonts w:ascii="Times New Roman" w:eastAsia="Times New Roman" w:hAnsi="Times New Roman"/>
                <w:color w:val="000000"/>
                <w:sz w:val="24"/>
              </w:rPr>
              <w:t>.09.202</w:t>
            </w:r>
            <w:r w:rsidR="0053499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</w:t>
            </w:r>
            <w:r w:rsidR="00E52F91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 w:rsidP="00207A34">
            <w:pPr>
              <w:autoSpaceDE w:val="0"/>
              <w:autoSpaceDN w:val="0"/>
              <w:spacing w:before="98" w:after="0" w:line="262" w:lineRule="auto"/>
              <w:ind w:left="72" w:right="576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383E56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E52F91" w:rsidRDefault="00DE0C9A" w:rsidP="00DE0C9A">
            <w:pPr>
              <w:autoSpaceDE w:val="0"/>
              <w:autoSpaceDN w:val="0"/>
              <w:adjustRightInd w:val="0"/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 xml:space="preserve">Правила поведения </w:t>
            </w:r>
            <w:r w:rsidRPr="00DE0C9A">
              <w:rPr>
                <w:lang w:val="ru-RU"/>
              </w:rPr>
              <w:t>во время прогулок и на экскурсии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207A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</w:t>
            </w:r>
            <w:r w:rsidR="00E52F91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9</w:t>
            </w:r>
            <w:r w:rsidR="00534995">
              <w:rPr>
                <w:rFonts w:ascii="Times New Roman" w:eastAsia="Times New Roman" w:hAnsi="Times New Roman"/>
                <w:color w:val="000000"/>
                <w:sz w:val="24"/>
              </w:rPr>
              <w:t>.202</w:t>
            </w:r>
            <w:r w:rsidR="0053499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</w:t>
            </w:r>
            <w:r w:rsidR="00E52F91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 w:rsidP="00207A34">
            <w:pPr>
              <w:autoSpaceDE w:val="0"/>
              <w:autoSpaceDN w:val="0"/>
              <w:spacing w:before="98" w:after="0" w:line="262" w:lineRule="auto"/>
              <w:ind w:left="72" w:right="576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383E56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E52F91" w:rsidRDefault="00DE0C9A" w:rsidP="00DE0C9A">
            <w:pPr>
              <w:autoSpaceDE w:val="0"/>
              <w:autoSpaceDN w:val="0"/>
              <w:adjustRightInd w:val="0"/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 xml:space="preserve">Правила поведения </w:t>
            </w:r>
            <w:r w:rsidRPr="00DE0C9A">
              <w:rPr>
                <w:lang w:val="ru-RU"/>
              </w:rPr>
              <w:t>во время прогулок и на экскурсии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7405B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207A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07</w:t>
            </w:r>
            <w:r w:rsidR="00534995">
              <w:rPr>
                <w:rFonts w:ascii="Times New Roman" w:eastAsia="Times New Roman" w:hAnsi="Times New Roman"/>
                <w:color w:val="000000"/>
                <w:sz w:val="24"/>
              </w:rPr>
              <w:t>.10.202</w:t>
            </w:r>
            <w:r w:rsidR="0053499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</w:t>
            </w:r>
            <w:r w:rsidR="00E52F91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 w:rsidP="00207A34">
            <w:pPr>
              <w:autoSpaceDE w:val="0"/>
              <w:autoSpaceDN w:val="0"/>
              <w:spacing w:before="98" w:after="0" w:line="262" w:lineRule="auto"/>
              <w:ind w:left="72" w:right="576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383E56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A00AB4" w:rsidRDefault="00DE0C9A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lang w:val="ru-RU"/>
              </w:rPr>
            </w:pPr>
            <w:r w:rsidRPr="00DE0C9A">
              <w:rPr>
                <w:lang w:val="ru-RU"/>
              </w:rPr>
              <w:t>Если встретилась опасность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207A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</w:t>
            </w:r>
            <w:r w:rsidR="00534995">
              <w:rPr>
                <w:rFonts w:ascii="Times New Roman" w:eastAsia="Times New Roman" w:hAnsi="Times New Roman"/>
                <w:color w:val="000000"/>
                <w:sz w:val="24"/>
              </w:rPr>
              <w:t>.10.202</w:t>
            </w:r>
            <w:r w:rsidR="0053499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</w:t>
            </w:r>
            <w:r w:rsidR="00E52F91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 w:rsidP="00207A34">
            <w:pPr>
              <w:autoSpaceDE w:val="0"/>
              <w:autoSpaceDN w:val="0"/>
              <w:spacing w:before="98" w:after="0" w:line="262" w:lineRule="auto"/>
              <w:ind w:left="72" w:right="576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383E56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E52F91" w:rsidRDefault="00343B22">
            <w:pPr>
              <w:autoSpaceDE w:val="0"/>
              <w:autoSpaceDN w:val="0"/>
              <w:spacing w:before="98" w:after="0" w:line="262" w:lineRule="auto"/>
              <w:ind w:left="72" w:right="1152"/>
              <w:rPr>
                <w:lang w:val="ru-RU"/>
              </w:rPr>
            </w:pPr>
            <w:r>
              <w:rPr>
                <w:lang w:val="ru-RU"/>
              </w:rPr>
              <w:t xml:space="preserve">Если встретилась </w:t>
            </w:r>
            <w:r w:rsidR="00DE0C9A" w:rsidRPr="00DE0C9A">
              <w:rPr>
                <w:lang w:val="ru-RU"/>
              </w:rPr>
              <w:t>опасность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1545B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207A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</w:t>
            </w:r>
            <w:r w:rsidR="00534995">
              <w:rPr>
                <w:rFonts w:ascii="Times New Roman" w:eastAsia="Times New Roman" w:hAnsi="Times New Roman"/>
                <w:color w:val="000000"/>
                <w:sz w:val="24"/>
              </w:rPr>
              <w:t>.10.202</w:t>
            </w:r>
            <w:r w:rsidR="0053499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</w:t>
            </w:r>
            <w:r w:rsidR="00E52F91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 w:rsidP="00207A34">
            <w:pPr>
              <w:autoSpaceDE w:val="0"/>
              <w:autoSpaceDN w:val="0"/>
              <w:spacing w:before="98" w:after="0" w:line="262" w:lineRule="auto"/>
              <w:ind w:left="72" w:right="576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383E56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E52F91" w:rsidRDefault="00DE0C9A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DE0C9A">
              <w:rPr>
                <w:lang w:val="ru-RU"/>
              </w:rPr>
              <w:t>Если встретилась опасность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207A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28.10</w:t>
            </w:r>
            <w:r w:rsidR="00534995">
              <w:rPr>
                <w:rFonts w:ascii="Times New Roman" w:eastAsia="Times New Roman" w:hAnsi="Times New Roman"/>
                <w:color w:val="000000"/>
                <w:sz w:val="24"/>
              </w:rPr>
              <w:t>.202</w:t>
            </w:r>
            <w:r w:rsidR="0053499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</w:t>
            </w:r>
            <w:r w:rsidR="00E52F91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 w:rsidP="00207A34">
            <w:pPr>
              <w:autoSpaceDE w:val="0"/>
              <w:autoSpaceDN w:val="0"/>
              <w:spacing w:before="98" w:after="0" w:line="262" w:lineRule="auto"/>
              <w:ind w:left="72" w:right="576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383E56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A00AB4" w:rsidRDefault="00DE0C9A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DE0C9A">
              <w:rPr>
                <w:lang w:val="ru-RU"/>
              </w:rPr>
              <w:t>Вода таит опасности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1545B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207A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</w:t>
            </w:r>
            <w:r w:rsidR="00534995">
              <w:rPr>
                <w:rFonts w:ascii="Times New Roman" w:eastAsia="Times New Roman" w:hAnsi="Times New Roman"/>
                <w:color w:val="000000"/>
                <w:sz w:val="24"/>
              </w:rPr>
              <w:t>.11.202</w:t>
            </w:r>
            <w:r w:rsidR="0053499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</w:t>
            </w:r>
            <w:r w:rsidR="00E52F91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 w:rsidP="00207A34">
            <w:pPr>
              <w:autoSpaceDE w:val="0"/>
              <w:autoSpaceDN w:val="0"/>
              <w:spacing w:before="98" w:after="0" w:line="262" w:lineRule="auto"/>
              <w:ind w:left="72" w:right="576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383E56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DE0C9A" w:rsidRDefault="00DE0C9A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 w:rsidRPr="00DE0C9A">
              <w:rPr>
                <w:lang w:val="ru-RU"/>
              </w:rPr>
              <w:t>Вода таит опасности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1545B8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207A34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8</w:t>
            </w:r>
            <w:r w:rsidR="00534995">
              <w:rPr>
                <w:rFonts w:ascii="Times New Roman" w:eastAsia="Times New Roman" w:hAnsi="Times New Roman"/>
                <w:color w:val="000000"/>
                <w:sz w:val="24"/>
              </w:rPr>
              <w:t>.11.202</w:t>
            </w:r>
            <w:r w:rsidR="0053499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</w:t>
            </w:r>
            <w:r w:rsidR="00E52F91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1545B8" w:rsidP="001545B8">
            <w:pPr>
              <w:autoSpaceDE w:val="0"/>
              <w:autoSpaceDN w:val="0"/>
              <w:spacing w:before="100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383E56">
        <w:trPr>
          <w:trHeight w:hRule="exact" w:val="83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DE0C9A" w:rsidRDefault="00DE0C9A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 w:rsidRPr="00DE0C9A">
              <w:rPr>
                <w:lang w:val="ru-RU"/>
              </w:rPr>
              <w:t>Вода таит опасности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7405B8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207A34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25.11</w:t>
            </w:r>
            <w:r w:rsidR="00534995">
              <w:rPr>
                <w:rFonts w:ascii="Times New Roman" w:eastAsia="Times New Roman" w:hAnsi="Times New Roman"/>
                <w:color w:val="000000"/>
                <w:sz w:val="24"/>
              </w:rPr>
              <w:t>.202</w:t>
            </w:r>
            <w:r w:rsidR="0053499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</w:t>
            </w:r>
            <w:r w:rsidR="00E52F91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 w:rsidP="00207A34">
            <w:pPr>
              <w:autoSpaceDE w:val="0"/>
              <w:autoSpaceDN w:val="0"/>
              <w:spacing w:before="100" w:after="0" w:line="262" w:lineRule="auto"/>
              <w:ind w:left="72" w:right="576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383E56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0C9A" w:rsidRPr="007405B8" w:rsidRDefault="00DE0C9A" w:rsidP="00DE0C9A">
            <w:pPr>
              <w:autoSpaceDE w:val="0"/>
              <w:autoSpaceDN w:val="0"/>
              <w:adjustRightInd w:val="0"/>
              <w:spacing w:after="0" w:line="240" w:lineRule="auto"/>
              <w:rPr>
                <w:lang w:val="ru-RU"/>
              </w:rPr>
            </w:pPr>
            <w:r w:rsidRPr="007405B8">
              <w:rPr>
                <w:lang w:val="ru-RU"/>
              </w:rPr>
              <w:t>Любим ли мы</w:t>
            </w:r>
          </w:p>
          <w:p w:rsidR="00383E56" w:rsidRPr="00A00AB4" w:rsidRDefault="00DE0C9A" w:rsidP="00DE0C9A">
            <w:pPr>
              <w:autoSpaceDE w:val="0"/>
              <w:autoSpaceDN w:val="0"/>
              <w:spacing w:before="98" w:after="0" w:line="230" w:lineRule="auto"/>
              <w:rPr>
                <w:lang w:val="ru-RU"/>
              </w:rPr>
            </w:pPr>
            <w:r w:rsidRPr="007405B8">
              <w:rPr>
                <w:lang w:val="ru-RU"/>
              </w:rPr>
              <w:t>туристские походы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207A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02</w:t>
            </w:r>
            <w:r w:rsidR="00534995">
              <w:rPr>
                <w:rFonts w:ascii="Times New Roman" w:eastAsia="Times New Roman" w:hAnsi="Times New Roman"/>
                <w:color w:val="000000"/>
                <w:sz w:val="24"/>
              </w:rPr>
              <w:t>.12.202</w:t>
            </w:r>
            <w:r w:rsidR="0053499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</w:t>
            </w:r>
            <w:r w:rsidR="00E52F91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 w:rsidP="00207A34">
            <w:pPr>
              <w:autoSpaceDE w:val="0"/>
              <w:autoSpaceDN w:val="0"/>
              <w:spacing w:before="98" w:after="0" w:line="262" w:lineRule="auto"/>
              <w:ind w:right="576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383E56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0C9A" w:rsidRPr="007405B8" w:rsidRDefault="00DE0C9A" w:rsidP="00DE0C9A">
            <w:pPr>
              <w:autoSpaceDE w:val="0"/>
              <w:autoSpaceDN w:val="0"/>
              <w:adjustRightInd w:val="0"/>
              <w:spacing w:after="0" w:line="240" w:lineRule="auto"/>
              <w:rPr>
                <w:lang w:val="ru-RU"/>
              </w:rPr>
            </w:pPr>
            <w:r w:rsidRPr="007405B8">
              <w:rPr>
                <w:lang w:val="ru-RU"/>
              </w:rPr>
              <w:t>Правила организации</w:t>
            </w:r>
          </w:p>
          <w:p w:rsidR="00383E56" w:rsidRPr="00E52F91" w:rsidRDefault="00DE0C9A" w:rsidP="00DE0C9A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7405B8">
              <w:rPr>
                <w:lang w:val="ru-RU"/>
              </w:rPr>
              <w:t>туристского похода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207A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09</w:t>
            </w:r>
            <w:r w:rsidR="00534995">
              <w:rPr>
                <w:rFonts w:ascii="Times New Roman" w:eastAsia="Times New Roman" w:hAnsi="Times New Roman"/>
                <w:color w:val="000000"/>
                <w:sz w:val="24"/>
              </w:rPr>
              <w:t>.12.202</w:t>
            </w:r>
            <w:r w:rsidR="0053499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</w:t>
            </w:r>
            <w:r w:rsidR="00E52F91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 w:rsidP="00207A34">
            <w:pPr>
              <w:autoSpaceDE w:val="0"/>
              <w:autoSpaceDN w:val="0"/>
              <w:spacing w:before="98" w:after="0" w:line="262" w:lineRule="auto"/>
              <w:ind w:left="72" w:right="576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383E56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0C9A" w:rsidRPr="007405B8" w:rsidRDefault="00DE0C9A" w:rsidP="00DE0C9A">
            <w:pPr>
              <w:autoSpaceDE w:val="0"/>
              <w:autoSpaceDN w:val="0"/>
              <w:adjustRightInd w:val="0"/>
              <w:spacing w:after="0" w:line="240" w:lineRule="auto"/>
              <w:rPr>
                <w:lang w:val="ru-RU"/>
              </w:rPr>
            </w:pPr>
            <w:r w:rsidRPr="007405B8">
              <w:rPr>
                <w:lang w:val="ru-RU"/>
              </w:rPr>
              <w:t>Правила организации</w:t>
            </w:r>
          </w:p>
          <w:p w:rsidR="00383E56" w:rsidRPr="00A00AB4" w:rsidRDefault="00DE0C9A" w:rsidP="00DE0C9A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7405B8">
              <w:rPr>
                <w:lang w:val="ru-RU"/>
              </w:rPr>
              <w:t>туристского похода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207A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</w:t>
            </w:r>
            <w:r w:rsidR="00534995">
              <w:rPr>
                <w:rFonts w:ascii="Times New Roman" w:eastAsia="Times New Roman" w:hAnsi="Times New Roman"/>
                <w:color w:val="000000"/>
                <w:sz w:val="24"/>
              </w:rPr>
              <w:t>.12.202</w:t>
            </w:r>
            <w:r w:rsidR="0053499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</w:t>
            </w:r>
            <w:r w:rsidR="00E52F91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 w:rsidP="00207A34">
            <w:pPr>
              <w:autoSpaceDE w:val="0"/>
              <w:autoSpaceDN w:val="0"/>
              <w:spacing w:before="98" w:after="0" w:line="262" w:lineRule="auto"/>
              <w:ind w:left="72" w:right="576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383E56">
        <w:trPr>
          <w:trHeight w:hRule="exact" w:val="8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lastRenderedPageBreak/>
              <w:t>16.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7405B8" w:rsidRDefault="00DE0C9A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7405B8">
              <w:rPr>
                <w:lang w:val="ru-RU"/>
              </w:rPr>
              <w:t>Походная аптечка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7405B8" w:rsidRDefault="00E52F9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7405B8">
              <w:rPr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207A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</w:t>
            </w:r>
            <w:r w:rsidR="00E52F91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</w:t>
            </w:r>
            <w:r w:rsidR="00534995">
              <w:rPr>
                <w:rFonts w:ascii="Times New Roman" w:eastAsia="Times New Roman" w:hAnsi="Times New Roman"/>
                <w:color w:val="000000"/>
                <w:sz w:val="24"/>
              </w:rPr>
              <w:t>.202</w:t>
            </w:r>
            <w:r w:rsidR="0053499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</w:t>
            </w:r>
            <w:r w:rsidR="00E52F91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 w:rsidP="00207A34">
            <w:pPr>
              <w:autoSpaceDE w:val="0"/>
              <w:autoSpaceDN w:val="0"/>
              <w:spacing w:before="98" w:after="0" w:line="262" w:lineRule="auto"/>
              <w:ind w:left="72" w:right="576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0368BD" w:rsidRPr="00A00AB4">
        <w:trPr>
          <w:trHeight w:hRule="exact" w:val="8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Pr="00A00AB4" w:rsidRDefault="000368BD" w:rsidP="000368BD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17.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DE0C9A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7405B8">
              <w:rPr>
                <w:lang w:val="ru-RU"/>
              </w:rPr>
              <w:t>Походная аптечка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Pr="007405B8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7405B8">
              <w:rPr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Pr="00A00AB4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Pr="00A00AB4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Pr="00534995" w:rsidRDefault="00207A34" w:rsidP="000368BD">
            <w:pPr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13.01.</w:t>
            </w:r>
            <w:r w:rsidR="00534995">
              <w:rPr>
                <w:rFonts w:ascii="Times New Roman" w:eastAsia="Times New Roman" w:hAnsi="Times New Roman"/>
                <w:color w:val="000000"/>
                <w:sz w:val="24"/>
              </w:rPr>
              <w:t>202</w:t>
            </w:r>
            <w:r w:rsidR="0053499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207A34">
            <w:pPr>
              <w:jc w:val="center"/>
            </w:pPr>
            <w:r w:rsidRPr="00A042A7"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0368BD" w:rsidRPr="00A00AB4">
        <w:trPr>
          <w:trHeight w:hRule="exact" w:val="8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Pr="00A00AB4" w:rsidRDefault="000368BD" w:rsidP="000368BD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18.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DE0C9A" w:rsidP="00675F55">
            <w:pPr>
              <w:autoSpaceDE w:val="0"/>
              <w:autoSpaceDN w:val="0"/>
              <w:adjustRightInd w:val="0"/>
              <w:spacing w:after="0" w:line="240" w:lineRule="auto"/>
              <w:rPr>
                <w:lang w:val="ru-RU"/>
              </w:rPr>
            </w:pPr>
            <w:r w:rsidRPr="007405B8">
              <w:rPr>
                <w:lang w:val="ru-RU"/>
              </w:rPr>
              <w:t>Знакомимся</w:t>
            </w:r>
            <w:r w:rsidR="00675F55">
              <w:rPr>
                <w:lang w:val="ru-RU"/>
              </w:rPr>
              <w:t xml:space="preserve"> </w:t>
            </w:r>
            <w:r w:rsidRPr="007405B8">
              <w:rPr>
                <w:lang w:val="ru-RU"/>
              </w:rPr>
              <w:t>с лекарственными растениями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Pr="007405B8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7405B8">
              <w:rPr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Pr="00A00AB4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Pr="00A00AB4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Pr="00534995" w:rsidRDefault="00207A34" w:rsidP="000368BD">
            <w:pPr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20.01.</w:t>
            </w:r>
            <w:r w:rsidR="00534995">
              <w:rPr>
                <w:rFonts w:ascii="Times New Roman" w:eastAsia="Times New Roman" w:hAnsi="Times New Roman"/>
                <w:color w:val="000000"/>
                <w:sz w:val="24"/>
              </w:rPr>
              <w:t>202</w:t>
            </w:r>
            <w:r w:rsidR="0053499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207A34">
            <w:pPr>
              <w:jc w:val="center"/>
            </w:pPr>
            <w:r w:rsidRPr="00A042A7"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0368BD" w:rsidRPr="00A00AB4">
        <w:trPr>
          <w:trHeight w:hRule="exact" w:val="8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Pr="00A00AB4" w:rsidRDefault="000368BD" w:rsidP="000368BD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19.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DE0C9A" w:rsidP="00675F55">
            <w:pPr>
              <w:autoSpaceDE w:val="0"/>
              <w:autoSpaceDN w:val="0"/>
              <w:adjustRightInd w:val="0"/>
              <w:spacing w:after="0" w:line="240" w:lineRule="auto"/>
              <w:rPr>
                <w:lang w:val="ru-RU"/>
              </w:rPr>
            </w:pPr>
            <w:r w:rsidRPr="007405B8">
              <w:rPr>
                <w:lang w:val="ru-RU"/>
              </w:rPr>
              <w:t>Знакомимся</w:t>
            </w:r>
            <w:r w:rsidR="00675F55">
              <w:rPr>
                <w:lang w:val="ru-RU"/>
              </w:rPr>
              <w:t xml:space="preserve"> </w:t>
            </w:r>
            <w:r w:rsidRPr="007405B8">
              <w:rPr>
                <w:lang w:val="ru-RU"/>
              </w:rPr>
              <w:t>с лекарственными растениями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Pr="007405B8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7405B8">
              <w:rPr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Pr="00A00AB4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Pr="00A00AB4" w:rsidRDefault="00D37AB3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Pr="00534995" w:rsidRDefault="00207A34" w:rsidP="000368BD">
            <w:pPr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27.01.</w:t>
            </w:r>
            <w:r w:rsidR="00534995">
              <w:rPr>
                <w:rFonts w:ascii="Times New Roman" w:eastAsia="Times New Roman" w:hAnsi="Times New Roman"/>
                <w:color w:val="000000"/>
                <w:sz w:val="24"/>
              </w:rPr>
              <w:t>202</w:t>
            </w:r>
            <w:r w:rsidR="0053499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207A34">
            <w:pPr>
              <w:jc w:val="center"/>
            </w:pPr>
            <w:r w:rsidRPr="00A042A7"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0368BD" w:rsidRPr="00A00AB4">
        <w:trPr>
          <w:trHeight w:hRule="exact" w:val="8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Pr="00A00AB4" w:rsidRDefault="000368BD" w:rsidP="000368BD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20.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DE0C9A" w:rsidP="00675F55">
            <w:pPr>
              <w:autoSpaceDE w:val="0"/>
              <w:autoSpaceDN w:val="0"/>
              <w:adjustRightInd w:val="0"/>
              <w:spacing w:after="0" w:line="240" w:lineRule="auto"/>
              <w:rPr>
                <w:lang w:val="ru-RU"/>
              </w:rPr>
            </w:pPr>
            <w:r w:rsidRPr="007405B8">
              <w:rPr>
                <w:lang w:val="ru-RU"/>
              </w:rPr>
              <w:t>Режим дня</w:t>
            </w:r>
            <w:r w:rsidR="00675F55">
              <w:rPr>
                <w:lang w:val="ru-RU"/>
              </w:rPr>
              <w:t xml:space="preserve"> </w:t>
            </w:r>
            <w:r w:rsidRPr="007405B8">
              <w:rPr>
                <w:lang w:val="ru-RU"/>
              </w:rPr>
              <w:t>в многодневном туристском походе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Pr="007405B8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7405B8">
              <w:rPr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Pr="00A00AB4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Pr="00A00AB4" w:rsidRDefault="007405B8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Pr="00534995" w:rsidRDefault="00207A34" w:rsidP="000368BD">
            <w:pPr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03.02.</w:t>
            </w:r>
            <w:r w:rsidR="00534995">
              <w:rPr>
                <w:rFonts w:ascii="Times New Roman" w:eastAsia="Times New Roman" w:hAnsi="Times New Roman"/>
                <w:color w:val="000000"/>
                <w:sz w:val="24"/>
              </w:rPr>
              <w:t>202</w:t>
            </w:r>
            <w:r w:rsidR="0053499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207A34">
            <w:pPr>
              <w:jc w:val="center"/>
            </w:pPr>
            <w:r w:rsidRPr="00A042A7"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0368BD" w:rsidRPr="00A00AB4">
        <w:trPr>
          <w:trHeight w:hRule="exact" w:val="8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Pr="00A00AB4" w:rsidRDefault="000368BD" w:rsidP="000368BD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21.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DE0C9A" w:rsidP="00675F55">
            <w:pPr>
              <w:autoSpaceDE w:val="0"/>
              <w:autoSpaceDN w:val="0"/>
              <w:adjustRightInd w:val="0"/>
              <w:spacing w:after="0" w:line="240" w:lineRule="auto"/>
              <w:rPr>
                <w:lang w:val="ru-RU"/>
              </w:rPr>
            </w:pPr>
            <w:r w:rsidRPr="007405B8">
              <w:rPr>
                <w:lang w:val="ru-RU"/>
              </w:rPr>
              <w:t>Режим дня</w:t>
            </w:r>
            <w:r w:rsidR="00675F55">
              <w:rPr>
                <w:lang w:val="ru-RU"/>
              </w:rPr>
              <w:t xml:space="preserve"> </w:t>
            </w:r>
            <w:r w:rsidRPr="007405B8">
              <w:rPr>
                <w:lang w:val="ru-RU"/>
              </w:rPr>
              <w:t>в многодневном туристском походе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Pr="007405B8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7405B8">
              <w:rPr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Pr="00A00AB4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Pr="00A00AB4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Pr="00534995" w:rsidRDefault="00207A34" w:rsidP="000368BD">
            <w:pPr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10.02.</w:t>
            </w:r>
            <w:r w:rsidR="00534995">
              <w:rPr>
                <w:rFonts w:ascii="Times New Roman" w:eastAsia="Times New Roman" w:hAnsi="Times New Roman"/>
                <w:color w:val="000000"/>
                <w:sz w:val="24"/>
              </w:rPr>
              <w:t>202</w:t>
            </w:r>
            <w:r w:rsidR="0053499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207A34">
            <w:pPr>
              <w:jc w:val="center"/>
            </w:pPr>
            <w:r w:rsidRPr="00A042A7"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0368BD" w:rsidRPr="00A00AB4">
        <w:trPr>
          <w:trHeight w:hRule="exact" w:val="8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0368BD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22.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DE0C9A" w:rsidP="00DE0C9A">
            <w:pPr>
              <w:autoSpaceDE w:val="0"/>
              <w:autoSpaceDN w:val="0"/>
              <w:adjustRightInd w:val="0"/>
              <w:spacing w:after="0" w:line="240" w:lineRule="auto"/>
              <w:rPr>
                <w:lang w:val="ru-RU"/>
              </w:rPr>
            </w:pPr>
            <w:r w:rsidRPr="007405B8">
              <w:rPr>
                <w:lang w:val="ru-RU"/>
              </w:rPr>
              <w:t>Режим дня</w:t>
            </w:r>
            <w:r w:rsidR="00675F55">
              <w:rPr>
                <w:lang w:val="ru-RU"/>
              </w:rPr>
              <w:t xml:space="preserve"> </w:t>
            </w:r>
            <w:r w:rsidRPr="007405B8">
              <w:rPr>
                <w:lang w:val="ru-RU"/>
              </w:rPr>
              <w:t>в многодневном туристском походе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Pr="007405B8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7405B8">
              <w:rPr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Pr="00534995" w:rsidRDefault="00207A34" w:rsidP="000368BD">
            <w:pPr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17.02.</w:t>
            </w:r>
            <w:r w:rsidR="00534995">
              <w:rPr>
                <w:rFonts w:ascii="Times New Roman" w:eastAsia="Times New Roman" w:hAnsi="Times New Roman"/>
                <w:color w:val="000000"/>
                <w:sz w:val="24"/>
              </w:rPr>
              <w:t>202</w:t>
            </w:r>
            <w:r w:rsidR="0053499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207A34">
            <w:pPr>
              <w:jc w:val="center"/>
            </w:pPr>
            <w:r w:rsidRPr="00A042A7"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0368BD" w:rsidRPr="00A00AB4">
        <w:trPr>
          <w:trHeight w:hRule="exact" w:val="8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0368BD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23.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DE0C9A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7405B8">
              <w:rPr>
                <w:lang w:val="ru-RU"/>
              </w:rPr>
              <w:t>Походная еда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Pr="007405B8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7405B8">
              <w:rPr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Pr="00534995" w:rsidRDefault="00207A34" w:rsidP="000368BD">
            <w:pPr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24.02.</w:t>
            </w:r>
            <w:r w:rsidR="00534995">
              <w:rPr>
                <w:rFonts w:ascii="Times New Roman" w:eastAsia="Times New Roman" w:hAnsi="Times New Roman"/>
                <w:color w:val="000000"/>
                <w:sz w:val="24"/>
              </w:rPr>
              <w:t>202</w:t>
            </w:r>
            <w:r w:rsidR="0053499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207A34">
            <w:pPr>
              <w:jc w:val="center"/>
            </w:pPr>
            <w:r w:rsidRPr="00A042A7"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0368BD" w:rsidRPr="00A00AB4">
        <w:trPr>
          <w:trHeight w:hRule="exact" w:val="8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0368BD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24.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DE0C9A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7405B8">
              <w:rPr>
                <w:lang w:val="ru-RU"/>
              </w:rPr>
              <w:t>Походная еда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Pr="007405B8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7405B8">
              <w:rPr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Pr="00534995" w:rsidRDefault="00207A34" w:rsidP="000368BD">
            <w:pPr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03.03.</w:t>
            </w:r>
            <w:r w:rsidR="00534995">
              <w:rPr>
                <w:rFonts w:ascii="Times New Roman" w:eastAsia="Times New Roman" w:hAnsi="Times New Roman"/>
                <w:color w:val="000000"/>
                <w:sz w:val="24"/>
              </w:rPr>
              <w:t>202</w:t>
            </w:r>
            <w:r w:rsidR="0053499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207A34">
            <w:pPr>
              <w:jc w:val="center"/>
            </w:pPr>
            <w:r w:rsidRPr="00A042A7"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0368BD" w:rsidRPr="00A00AB4">
        <w:trPr>
          <w:trHeight w:hRule="exact" w:val="8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0368BD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25.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DE0C9A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7405B8">
              <w:rPr>
                <w:lang w:val="ru-RU"/>
              </w:rPr>
              <w:t>Походная еда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Pr="007405B8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7405B8">
              <w:rPr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Pr="00534995" w:rsidRDefault="00207A34" w:rsidP="000368BD">
            <w:pPr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10.03.</w:t>
            </w:r>
            <w:r w:rsidR="00534995">
              <w:rPr>
                <w:rFonts w:ascii="Times New Roman" w:eastAsia="Times New Roman" w:hAnsi="Times New Roman"/>
                <w:color w:val="000000"/>
                <w:sz w:val="24"/>
              </w:rPr>
              <w:t>202</w:t>
            </w:r>
            <w:r w:rsidR="0053499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207A34">
            <w:pPr>
              <w:jc w:val="center"/>
            </w:pPr>
            <w:r w:rsidRPr="00A042A7"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0368BD" w:rsidRPr="00A00AB4" w:rsidTr="000368BD">
        <w:trPr>
          <w:trHeight w:hRule="exact" w:val="71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0368BD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26.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0C9A" w:rsidRPr="007405B8" w:rsidRDefault="00DE0C9A" w:rsidP="00DE0C9A">
            <w:pPr>
              <w:autoSpaceDE w:val="0"/>
              <w:autoSpaceDN w:val="0"/>
              <w:adjustRightInd w:val="0"/>
              <w:spacing w:after="0" w:line="240" w:lineRule="auto"/>
              <w:rPr>
                <w:lang w:val="ru-RU"/>
              </w:rPr>
            </w:pPr>
            <w:r w:rsidRPr="007405B8">
              <w:rPr>
                <w:lang w:val="ru-RU"/>
              </w:rPr>
              <w:t>Алкоголь наносит удары</w:t>
            </w:r>
          </w:p>
          <w:p w:rsidR="000368BD" w:rsidRDefault="00DE0C9A" w:rsidP="00DE0C9A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7405B8">
              <w:rPr>
                <w:lang w:val="ru-RU"/>
              </w:rPr>
              <w:t>по организму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Pr="007405B8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7405B8">
              <w:rPr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Pr="00534995" w:rsidRDefault="00207A34" w:rsidP="000368BD">
            <w:pPr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17.03.</w:t>
            </w:r>
            <w:r w:rsidR="00534995">
              <w:rPr>
                <w:rFonts w:ascii="Times New Roman" w:eastAsia="Times New Roman" w:hAnsi="Times New Roman"/>
                <w:color w:val="000000"/>
                <w:sz w:val="24"/>
              </w:rPr>
              <w:t>202</w:t>
            </w:r>
            <w:r w:rsidR="0053499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207A34">
            <w:pPr>
              <w:jc w:val="center"/>
            </w:pPr>
            <w:r w:rsidRPr="0075649D"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0368BD" w:rsidRPr="00A00AB4" w:rsidTr="000368BD">
        <w:trPr>
          <w:trHeight w:hRule="exact" w:val="1129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0368BD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27.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0C9A" w:rsidRPr="007405B8" w:rsidRDefault="00DE0C9A" w:rsidP="00DE0C9A">
            <w:pPr>
              <w:autoSpaceDE w:val="0"/>
              <w:autoSpaceDN w:val="0"/>
              <w:adjustRightInd w:val="0"/>
              <w:spacing w:after="0" w:line="240" w:lineRule="auto"/>
              <w:rPr>
                <w:lang w:val="ru-RU"/>
              </w:rPr>
            </w:pPr>
            <w:r w:rsidRPr="007405B8">
              <w:rPr>
                <w:lang w:val="ru-RU"/>
              </w:rPr>
              <w:t>Алкоголь наносит удары</w:t>
            </w:r>
          </w:p>
          <w:p w:rsidR="000368BD" w:rsidRDefault="00DE0C9A" w:rsidP="00DE0C9A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7405B8">
              <w:rPr>
                <w:lang w:val="ru-RU"/>
              </w:rPr>
              <w:t>по организму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Pr="007405B8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7405B8">
              <w:rPr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Pr="00534995" w:rsidRDefault="00207A34" w:rsidP="000368BD">
            <w:pPr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31.03.</w:t>
            </w:r>
            <w:r w:rsidR="00534995">
              <w:rPr>
                <w:rFonts w:ascii="Times New Roman" w:eastAsia="Times New Roman" w:hAnsi="Times New Roman"/>
                <w:color w:val="000000"/>
                <w:sz w:val="24"/>
              </w:rPr>
              <w:t>202</w:t>
            </w:r>
            <w:r w:rsidR="0053499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207A34">
            <w:pPr>
              <w:jc w:val="center"/>
            </w:pPr>
            <w:r w:rsidRPr="0075649D"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0368BD" w:rsidRPr="00A00AB4" w:rsidTr="000368BD">
        <w:trPr>
          <w:trHeight w:hRule="exact" w:val="1145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0368BD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28.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E0C9A" w:rsidRPr="007405B8" w:rsidRDefault="00DE0C9A" w:rsidP="00DE0C9A">
            <w:pPr>
              <w:autoSpaceDE w:val="0"/>
              <w:autoSpaceDN w:val="0"/>
              <w:adjustRightInd w:val="0"/>
              <w:spacing w:after="0" w:line="240" w:lineRule="auto"/>
              <w:rPr>
                <w:lang w:val="ru-RU"/>
              </w:rPr>
            </w:pPr>
            <w:r w:rsidRPr="007405B8">
              <w:rPr>
                <w:lang w:val="ru-RU"/>
              </w:rPr>
              <w:t>Алкоголь наносит удары</w:t>
            </w:r>
          </w:p>
          <w:p w:rsidR="000368BD" w:rsidRDefault="00DE0C9A" w:rsidP="00DE0C9A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7405B8">
              <w:rPr>
                <w:lang w:val="ru-RU"/>
              </w:rPr>
              <w:t>по организму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Pr="007405B8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7405B8">
              <w:rPr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Pr="00534995" w:rsidRDefault="00207A34" w:rsidP="000368BD">
            <w:pPr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07.04.</w:t>
            </w:r>
            <w:r w:rsidR="00534995">
              <w:rPr>
                <w:rFonts w:ascii="Times New Roman" w:eastAsia="Times New Roman" w:hAnsi="Times New Roman"/>
                <w:color w:val="000000"/>
                <w:sz w:val="24"/>
              </w:rPr>
              <w:t>202</w:t>
            </w:r>
            <w:r w:rsidR="0053499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207A34">
            <w:pPr>
              <w:jc w:val="center"/>
            </w:pPr>
            <w:r w:rsidRPr="0075649D"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0368BD" w:rsidRPr="00A00AB4" w:rsidTr="00207A34">
        <w:trPr>
          <w:trHeight w:hRule="exact" w:val="703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0368BD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29.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7405B8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7405B8">
              <w:rPr>
                <w:lang w:val="ru-RU"/>
              </w:rPr>
              <w:t>Курение убивает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Pr="007405B8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7405B8">
              <w:rPr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Pr="00534995" w:rsidRDefault="00207A34" w:rsidP="000368BD">
            <w:pPr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14.04.</w:t>
            </w:r>
            <w:r w:rsidR="00534995">
              <w:rPr>
                <w:rFonts w:ascii="Times New Roman" w:eastAsia="Times New Roman" w:hAnsi="Times New Roman"/>
                <w:color w:val="000000"/>
                <w:sz w:val="24"/>
              </w:rPr>
              <w:t>202</w:t>
            </w:r>
            <w:r w:rsidR="0053499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207A34">
            <w:pPr>
              <w:jc w:val="center"/>
            </w:pPr>
            <w:r w:rsidRPr="0075649D"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0368BD" w:rsidRPr="00A00AB4" w:rsidTr="00207A34">
        <w:trPr>
          <w:trHeight w:hRule="exact" w:val="713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0368BD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30.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7405B8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7405B8">
              <w:rPr>
                <w:lang w:val="ru-RU"/>
              </w:rPr>
              <w:t>Курение убивает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Pr="007405B8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7405B8">
              <w:rPr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Pr="00534995" w:rsidRDefault="00207A34" w:rsidP="000368BD">
            <w:pPr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21.04.</w:t>
            </w:r>
            <w:r w:rsidR="00534995">
              <w:rPr>
                <w:rFonts w:ascii="Times New Roman" w:eastAsia="Times New Roman" w:hAnsi="Times New Roman"/>
                <w:color w:val="000000"/>
                <w:sz w:val="24"/>
              </w:rPr>
              <w:t>202</w:t>
            </w:r>
            <w:r w:rsidR="0053499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207A34">
            <w:pPr>
              <w:jc w:val="center"/>
            </w:pPr>
            <w:r w:rsidRPr="0075649D"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0368BD" w:rsidRPr="00A00AB4">
        <w:trPr>
          <w:trHeight w:hRule="exact" w:val="8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0368BD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31.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7405B8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Проектная деятельность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7405B8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Pr="00534995" w:rsidRDefault="00207A34" w:rsidP="000368BD">
            <w:pPr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28.04.</w:t>
            </w:r>
            <w:r w:rsidR="00534995">
              <w:rPr>
                <w:rFonts w:ascii="Times New Roman" w:eastAsia="Times New Roman" w:hAnsi="Times New Roman"/>
                <w:color w:val="000000"/>
                <w:sz w:val="24"/>
              </w:rPr>
              <w:t>202</w:t>
            </w:r>
            <w:r w:rsidR="0053499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Pr="00A00AB4" w:rsidRDefault="007405B8" w:rsidP="00207A34">
            <w:pPr>
              <w:autoSpaceDE w:val="0"/>
              <w:autoSpaceDN w:val="0"/>
              <w:spacing w:before="98" w:after="0" w:line="262" w:lineRule="auto"/>
              <w:ind w:left="72" w:right="576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75649D"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0368BD" w:rsidRPr="00A00AB4" w:rsidTr="00207A34">
        <w:trPr>
          <w:trHeight w:hRule="exact" w:val="9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7405B8" w:rsidP="000368BD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32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7405B8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Итоговый урок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7405B8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Pr="00534995" w:rsidRDefault="00207A34" w:rsidP="00207A34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5.05.</w:t>
            </w:r>
            <w:r w:rsidR="00534995">
              <w:rPr>
                <w:rFonts w:ascii="Times New Roman" w:eastAsia="Times New Roman" w:hAnsi="Times New Roman"/>
                <w:color w:val="000000"/>
                <w:sz w:val="24"/>
              </w:rPr>
              <w:t>202</w:t>
            </w:r>
            <w:r w:rsidR="0053499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</w:t>
            </w:r>
          </w:p>
          <w:p w:rsidR="00207A34" w:rsidRPr="00207A34" w:rsidRDefault="00207A34" w:rsidP="00F22005">
            <w:pPr>
              <w:spacing w:after="0"/>
              <w:jc w:val="center"/>
              <w:rPr>
                <w:lang w:val="ru-RU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7405B8" w:rsidP="00207A34">
            <w:pPr>
              <w:autoSpaceDE w:val="0"/>
              <w:autoSpaceDN w:val="0"/>
              <w:spacing w:before="98" w:after="0" w:line="262" w:lineRule="auto"/>
              <w:ind w:left="72" w:right="576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</w:t>
            </w:r>
            <w:r w:rsidR="00207A34" w:rsidRPr="0075649D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7405B8" w:rsidRPr="00A00AB4" w:rsidTr="00207A34">
        <w:trPr>
          <w:trHeight w:hRule="exact" w:val="9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05B8" w:rsidRDefault="007405B8" w:rsidP="000368BD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33-34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05B8" w:rsidRDefault="007405B8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Резерв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05B8" w:rsidRDefault="007405B8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05B8" w:rsidRDefault="007405B8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05B8" w:rsidRDefault="007405B8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05B8" w:rsidRDefault="00534995" w:rsidP="00F22005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12.05.2024</w:t>
            </w:r>
            <w:r w:rsidR="007405B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;</w:t>
            </w:r>
          </w:p>
          <w:p w:rsidR="007405B8" w:rsidRDefault="00534995" w:rsidP="007405B8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19.05.2024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05B8" w:rsidRPr="0075649D" w:rsidRDefault="007405B8" w:rsidP="00207A34">
            <w:pPr>
              <w:autoSpaceDE w:val="0"/>
              <w:autoSpaceDN w:val="0"/>
              <w:spacing w:before="98" w:after="0" w:line="262" w:lineRule="auto"/>
              <w:ind w:left="72" w:right="576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75649D"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0368BD" w:rsidRPr="00A00AB4" w:rsidTr="00863C3D">
        <w:trPr>
          <w:trHeight w:hRule="exact" w:val="808"/>
        </w:trPr>
        <w:tc>
          <w:tcPr>
            <w:tcW w:w="3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0368BD">
              <w:rPr>
                <w:lang w:val="ru-RU"/>
              </w:rPr>
              <w:t>ОБЩЕЕ КОЛИЧЕСТВО ЧАСОВ ПО ПРОГРАММЕ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34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C7044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Pr="00A00AB4" w:rsidRDefault="000368B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</w:tr>
    </w:tbl>
    <w:p w:rsidR="00383E56" w:rsidRPr="00A00AB4" w:rsidRDefault="00383E56">
      <w:pPr>
        <w:autoSpaceDE w:val="0"/>
        <w:autoSpaceDN w:val="0"/>
        <w:spacing w:after="0" w:line="14" w:lineRule="exact"/>
        <w:rPr>
          <w:lang w:val="ru-RU"/>
        </w:rPr>
      </w:pPr>
    </w:p>
    <w:p w:rsidR="00383E56" w:rsidRPr="00A00AB4" w:rsidRDefault="00383E56">
      <w:pPr>
        <w:rPr>
          <w:lang w:val="ru-RU"/>
        </w:rPr>
        <w:sectPr w:rsidR="00383E56" w:rsidRPr="00A00AB4">
          <w:pgSz w:w="11900" w:h="16840"/>
          <w:pgMar w:top="298" w:right="650" w:bottom="53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383E56" w:rsidRDefault="00383E56">
      <w:pPr>
        <w:autoSpaceDE w:val="0"/>
        <w:autoSpaceDN w:val="0"/>
        <w:spacing w:after="78" w:line="220" w:lineRule="exact"/>
      </w:pPr>
    </w:p>
    <w:p w:rsidR="00383E56" w:rsidRPr="000368BD" w:rsidRDefault="00E52F91">
      <w:pPr>
        <w:autoSpaceDE w:val="0"/>
        <w:autoSpaceDN w:val="0"/>
        <w:spacing w:after="0" w:line="230" w:lineRule="auto"/>
        <w:rPr>
          <w:lang w:val="ru-RU"/>
        </w:rPr>
      </w:pPr>
      <w:r w:rsidRPr="000368B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УЧЕБНО-МЕТОДИЧЕСКОЕ ОБЕСПЕЧЕНИЕ ОБРАЗОВАТЕЛЬНОГО ПРОЦЕССА </w:t>
      </w:r>
    </w:p>
    <w:p w:rsidR="00383E56" w:rsidRPr="00E52F91" w:rsidRDefault="00E52F91">
      <w:pPr>
        <w:autoSpaceDE w:val="0"/>
        <w:autoSpaceDN w:val="0"/>
        <w:spacing w:before="346" w:after="0" w:line="298" w:lineRule="auto"/>
        <w:rPr>
          <w:lang w:val="ru-RU"/>
        </w:rPr>
      </w:pPr>
      <w:r w:rsidRPr="00E52F9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ОБЯЗАТЕЛЬНЫЕ УЧЕБНЫЕ МАТЕРИАЛЫ ДЛЯ УЧЕНИКА </w:t>
      </w:r>
      <w:r w:rsidRPr="00E52F91">
        <w:rPr>
          <w:lang w:val="ru-RU"/>
        </w:rPr>
        <w:br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>Основы б</w:t>
      </w:r>
      <w:r w:rsidR="000368BD">
        <w:rPr>
          <w:rFonts w:ascii="Times New Roman" w:eastAsia="Times New Roman" w:hAnsi="Times New Roman"/>
          <w:color w:val="000000"/>
          <w:sz w:val="24"/>
          <w:lang w:val="ru-RU"/>
        </w:rPr>
        <w:t>езопасности жизнедеятельности, 5-7</w:t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 класс /Виноградова Н.Ф., Смирнов Д.В., Сидоренко Л.В. и другие, Общество с ограниченной ответственностью «Издательский центр ВЕНТАНА-ГРАФ»; Акционерное общество «Издательство Просвещение»; </w:t>
      </w:r>
      <w:r w:rsidRPr="00E52F91">
        <w:rPr>
          <w:lang w:val="ru-RU"/>
        </w:rPr>
        <w:br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>Введите свой вариант:</w:t>
      </w:r>
    </w:p>
    <w:p w:rsidR="00383E56" w:rsidRPr="00E52F91" w:rsidRDefault="00E52F91">
      <w:pPr>
        <w:autoSpaceDE w:val="0"/>
        <w:autoSpaceDN w:val="0"/>
        <w:spacing w:before="262" w:after="0" w:line="300" w:lineRule="auto"/>
        <w:ind w:right="432"/>
        <w:rPr>
          <w:lang w:val="ru-RU"/>
        </w:rPr>
      </w:pPr>
      <w:r w:rsidRPr="00E52F9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МЕТОДИЧЕСКИЕ МАТЕРИАЛЫ ДЛЯ УЧИТЕЛЯ </w:t>
      </w:r>
      <w:r w:rsidRPr="00E52F91">
        <w:rPr>
          <w:lang w:val="ru-RU"/>
        </w:rPr>
        <w:br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>Виноградова Н.Ф. Основы безопасности жизнедеятельности 5-9 классы методическое пособие. М. Просвещение.</w:t>
      </w:r>
    </w:p>
    <w:p w:rsidR="00383E56" w:rsidRPr="00E52F91" w:rsidRDefault="00E52F91" w:rsidP="00996C51">
      <w:pPr>
        <w:autoSpaceDE w:val="0"/>
        <w:autoSpaceDN w:val="0"/>
        <w:spacing w:before="264" w:after="0" w:line="302" w:lineRule="auto"/>
        <w:ind w:right="1440"/>
        <w:rPr>
          <w:lang w:val="ru-RU"/>
        </w:rPr>
        <w:sectPr w:rsidR="00383E56" w:rsidRPr="00E52F91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  <w:r w:rsidRPr="00E52F9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ЦИФРОВЫЕ ОБРАЗОВАТЕЛЬНЫЕ РЕСУРСЫ И РЕСУРСЫ СЕТИ ИНТЕРНЕТ 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obzh</w:t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info</w:t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; 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school</w:t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obz</w:t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org</w:t>
      </w:r>
    </w:p>
    <w:p w:rsidR="007C76CD" w:rsidRDefault="007C76CD">
      <w:pPr>
        <w:autoSpaceDE w:val="0"/>
        <w:autoSpaceDN w:val="0"/>
        <w:spacing w:after="0" w:line="408" w:lineRule="auto"/>
        <w:ind w:right="432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996C51" w:rsidRPr="007C76CD" w:rsidRDefault="00E52F91">
      <w:pPr>
        <w:autoSpaceDE w:val="0"/>
        <w:autoSpaceDN w:val="0"/>
        <w:spacing w:after="0" w:line="408" w:lineRule="auto"/>
        <w:ind w:right="432"/>
        <w:rPr>
          <w:rFonts w:ascii="Times New Roman" w:eastAsia="Times New Roman" w:hAnsi="Times New Roman"/>
          <w:b/>
          <w:color w:val="000000"/>
          <w:sz w:val="28"/>
          <w:szCs w:val="28"/>
          <w:lang w:val="ru-RU"/>
        </w:rPr>
      </w:pPr>
      <w:r w:rsidRPr="007C76CD">
        <w:rPr>
          <w:rFonts w:ascii="Times New Roman" w:eastAsia="Times New Roman" w:hAnsi="Times New Roman"/>
          <w:b/>
          <w:color w:val="000000"/>
          <w:sz w:val="28"/>
          <w:szCs w:val="28"/>
          <w:lang w:val="ru-RU"/>
        </w:rPr>
        <w:t xml:space="preserve">МАТЕРИАЛЬНО-ТЕХНИЧЕСКОЕ ОБЕСПЕЧЕНИЕ ОБРАЗОВАТЕЛЬНОГО ПРОЦЕССА </w:t>
      </w:r>
    </w:p>
    <w:p w:rsidR="00996C51" w:rsidRPr="007C76CD" w:rsidRDefault="00996C51" w:rsidP="00996C51">
      <w:pPr>
        <w:autoSpaceDE w:val="0"/>
        <w:autoSpaceDN w:val="0"/>
        <w:adjustRightInd w:val="0"/>
        <w:spacing w:after="0" w:line="240" w:lineRule="auto"/>
        <w:rPr>
          <w:rFonts w:ascii="Journal" w:hAnsi="Journal" w:cs="Journal"/>
          <w:sz w:val="24"/>
          <w:szCs w:val="24"/>
          <w:lang w:val="ru-RU"/>
        </w:rPr>
      </w:pPr>
      <w:r w:rsidRPr="007C76CD">
        <w:rPr>
          <w:rFonts w:ascii="Journal" w:hAnsi="Journal" w:cs="Journal"/>
          <w:sz w:val="24"/>
          <w:szCs w:val="24"/>
          <w:lang w:val="ru-RU"/>
        </w:rPr>
        <w:t>Компьютер</w:t>
      </w:r>
      <w:r w:rsidR="007C76CD" w:rsidRPr="007C76CD">
        <w:rPr>
          <w:rFonts w:ascii="Journal" w:hAnsi="Journal" w:cs="Journal"/>
          <w:sz w:val="24"/>
          <w:szCs w:val="24"/>
          <w:lang w:val="ru-RU"/>
        </w:rPr>
        <w:t>, проектор</w:t>
      </w:r>
    </w:p>
    <w:p w:rsidR="007C76CD" w:rsidRPr="007C76CD" w:rsidRDefault="007C76CD" w:rsidP="00996C51">
      <w:pPr>
        <w:autoSpaceDE w:val="0"/>
        <w:autoSpaceDN w:val="0"/>
        <w:adjustRightInd w:val="0"/>
        <w:spacing w:after="0" w:line="240" w:lineRule="auto"/>
        <w:rPr>
          <w:rFonts w:ascii="Journal" w:hAnsi="Journal" w:cs="Journal"/>
          <w:sz w:val="28"/>
          <w:szCs w:val="28"/>
          <w:lang w:val="ru-RU"/>
        </w:rPr>
      </w:pPr>
    </w:p>
    <w:p w:rsidR="00996C51" w:rsidRPr="007C76CD" w:rsidRDefault="00E52F91">
      <w:pPr>
        <w:autoSpaceDE w:val="0"/>
        <w:autoSpaceDN w:val="0"/>
        <w:spacing w:after="0" w:line="408" w:lineRule="auto"/>
        <w:ind w:right="432"/>
        <w:rPr>
          <w:rFonts w:ascii="Times New Roman" w:eastAsia="Times New Roman" w:hAnsi="Times New Roman"/>
          <w:b/>
          <w:color w:val="000000"/>
          <w:sz w:val="28"/>
          <w:szCs w:val="28"/>
          <w:lang w:val="ru-RU"/>
        </w:rPr>
      </w:pPr>
      <w:r w:rsidRPr="007C76CD">
        <w:rPr>
          <w:rFonts w:ascii="Times New Roman" w:eastAsia="Times New Roman" w:hAnsi="Times New Roman"/>
          <w:b/>
          <w:color w:val="000000"/>
          <w:sz w:val="28"/>
          <w:szCs w:val="28"/>
          <w:lang w:val="ru-RU"/>
        </w:rPr>
        <w:t xml:space="preserve">УЧЕБНОЕ ОБОРУДОВАНИЕ </w:t>
      </w:r>
    </w:p>
    <w:p w:rsidR="00B97635" w:rsidRDefault="00B97635" w:rsidP="00B97635">
      <w:pPr>
        <w:autoSpaceDE w:val="0"/>
        <w:autoSpaceDN w:val="0"/>
        <w:adjustRightInd w:val="0"/>
        <w:spacing w:after="0" w:line="240" w:lineRule="auto"/>
        <w:rPr>
          <w:rFonts w:ascii="Journal" w:hAnsi="Journal" w:cs="Journal"/>
          <w:color w:val="000000"/>
          <w:sz w:val="21"/>
          <w:szCs w:val="21"/>
          <w:lang w:val="ru-RU"/>
        </w:rPr>
      </w:pPr>
      <w:r>
        <w:rPr>
          <w:rFonts w:ascii="Journal" w:hAnsi="Journal" w:cs="Journal"/>
          <w:color w:val="000000"/>
          <w:sz w:val="21"/>
          <w:szCs w:val="21"/>
          <w:lang w:val="ru-RU"/>
        </w:rPr>
        <w:t>Комплект учебных видеофильмов;</w:t>
      </w:r>
    </w:p>
    <w:p w:rsidR="00B97635" w:rsidRDefault="00B97635" w:rsidP="00B97635">
      <w:pPr>
        <w:autoSpaceDE w:val="0"/>
        <w:autoSpaceDN w:val="0"/>
        <w:adjustRightInd w:val="0"/>
        <w:spacing w:after="0" w:line="240" w:lineRule="auto"/>
        <w:rPr>
          <w:rFonts w:ascii="Journal" w:hAnsi="Journal" w:cs="Journal"/>
          <w:color w:val="000000"/>
          <w:sz w:val="21"/>
          <w:szCs w:val="21"/>
          <w:lang w:val="ru-RU"/>
        </w:rPr>
      </w:pPr>
      <w:r>
        <w:rPr>
          <w:rFonts w:ascii="Journal" w:hAnsi="Journal" w:cs="Journal"/>
          <w:color w:val="000000"/>
          <w:sz w:val="21"/>
          <w:szCs w:val="21"/>
          <w:lang w:val="ru-RU"/>
        </w:rPr>
        <w:t>справочники (по предметной области);</w:t>
      </w:r>
    </w:p>
    <w:p w:rsidR="00B97635" w:rsidRDefault="00B97635" w:rsidP="00B97635">
      <w:pPr>
        <w:autoSpaceDE w:val="0"/>
        <w:autoSpaceDN w:val="0"/>
        <w:adjustRightInd w:val="0"/>
        <w:spacing w:after="0" w:line="240" w:lineRule="auto"/>
        <w:rPr>
          <w:rFonts w:ascii="Journal" w:hAnsi="Journal" w:cs="Journal"/>
          <w:color w:val="000000"/>
          <w:sz w:val="21"/>
          <w:szCs w:val="21"/>
          <w:lang w:val="ru-RU"/>
        </w:rPr>
      </w:pPr>
      <w:r>
        <w:rPr>
          <w:rFonts w:ascii="Journal-Bold" w:hAnsi="Journal-Bold" w:cs="Journal-Bold"/>
          <w:b/>
          <w:bCs/>
          <w:color w:val="666666"/>
          <w:sz w:val="17"/>
          <w:szCs w:val="17"/>
          <w:lang w:val="ru-RU"/>
        </w:rPr>
        <w:t>К</w:t>
      </w:r>
      <w:r>
        <w:rPr>
          <w:rFonts w:ascii="Journal" w:hAnsi="Journal" w:cs="Journal"/>
          <w:color w:val="000000"/>
          <w:sz w:val="21"/>
          <w:szCs w:val="21"/>
          <w:lang w:val="ru-RU"/>
        </w:rPr>
        <w:t>омплект демонстрационных учебных таблиц.</w:t>
      </w:r>
    </w:p>
    <w:p w:rsidR="00383E56" w:rsidRPr="00B97635" w:rsidRDefault="00E52F91" w:rsidP="00B97635">
      <w:pPr>
        <w:autoSpaceDE w:val="0"/>
        <w:autoSpaceDN w:val="0"/>
        <w:adjustRightInd w:val="0"/>
        <w:spacing w:after="0" w:line="240" w:lineRule="auto"/>
        <w:rPr>
          <w:rFonts w:ascii="PetersburgSanPin-Italic" w:hAnsi="PetersburgSanPin-Italic" w:cs="PetersburgSanPin-Italic"/>
          <w:i/>
          <w:iCs/>
          <w:color w:val="000000"/>
          <w:sz w:val="21"/>
          <w:szCs w:val="21"/>
          <w:lang w:val="ru-RU"/>
        </w:rPr>
      </w:pPr>
      <w:r w:rsidRPr="007C76CD">
        <w:rPr>
          <w:sz w:val="28"/>
          <w:szCs w:val="28"/>
          <w:lang w:val="ru-RU"/>
        </w:rPr>
        <w:br/>
      </w:r>
      <w:r w:rsidRPr="007C76CD">
        <w:rPr>
          <w:rFonts w:ascii="Times New Roman" w:eastAsia="Times New Roman" w:hAnsi="Times New Roman"/>
          <w:b/>
          <w:color w:val="000000"/>
          <w:sz w:val="28"/>
          <w:szCs w:val="28"/>
          <w:lang w:val="ru-RU"/>
        </w:rPr>
        <w:t>ОБОРУДОВАНИЕ ДЛЯ ПРОВЕДЕНИЯ ПРАКТИЧЕСКИХ РАБОТ</w:t>
      </w:r>
    </w:p>
    <w:p w:rsidR="007C76CD" w:rsidRPr="007C76CD" w:rsidRDefault="007C76CD" w:rsidP="007C76CD">
      <w:pPr>
        <w:autoSpaceDE w:val="0"/>
        <w:autoSpaceDN w:val="0"/>
        <w:adjustRightInd w:val="0"/>
        <w:spacing w:after="0" w:line="240" w:lineRule="auto"/>
        <w:rPr>
          <w:rFonts w:ascii="Journal" w:hAnsi="Journal" w:cs="Journal"/>
          <w:sz w:val="28"/>
          <w:szCs w:val="28"/>
          <w:lang w:val="ru-RU"/>
        </w:rPr>
      </w:pPr>
    </w:p>
    <w:p w:rsidR="00996C51" w:rsidRPr="00B97635" w:rsidRDefault="007C76CD" w:rsidP="00B97635">
      <w:pPr>
        <w:autoSpaceDE w:val="0"/>
        <w:autoSpaceDN w:val="0"/>
        <w:adjustRightInd w:val="0"/>
        <w:spacing w:after="0" w:line="240" w:lineRule="auto"/>
        <w:rPr>
          <w:lang w:val="ru-RU"/>
        </w:rPr>
      </w:pPr>
      <w:r w:rsidRPr="00B97635">
        <w:rPr>
          <w:rFonts w:ascii="Journal" w:hAnsi="Journal" w:cs="Journal"/>
          <w:color w:val="000000"/>
          <w:lang w:val="ru-RU"/>
        </w:rPr>
        <w:t xml:space="preserve"> </w:t>
      </w:r>
      <w:r w:rsidR="00B97635" w:rsidRPr="00B97635">
        <w:rPr>
          <w:rFonts w:ascii="Journal" w:hAnsi="Journal" w:cs="Journal"/>
          <w:color w:val="000000"/>
          <w:lang w:val="ru-RU"/>
        </w:rPr>
        <w:t>Компас-азимут</w:t>
      </w:r>
      <w:r w:rsidR="00B97635" w:rsidRPr="00B97635">
        <w:rPr>
          <w:lang w:val="ru-RU"/>
        </w:rPr>
        <w:t>;</w:t>
      </w:r>
    </w:p>
    <w:p w:rsidR="00B97635" w:rsidRPr="00B97635" w:rsidRDefault="00B97635" w:rsidP="00B97635">
      <w:pPr>
        <w:autoSpaceDE w:val="0"/>
        <w:autoSpaceDN w:val="0"/>
        <w:adjustRightInd w:val="0"/>
        <w:spacing w:after="0" w:line="240" w:lineRule="auto"/>
        <w:rPr>
          <w:lang w:val="ru-RU"/>
        </w:rPr>
      </w:pPr>
      <w:r>
        <w:rPr>
          <w:lang w:val="ru-RU"/>
        </w:rPr>
        <w:t xml:space="preserve"> в</w:t>
      </w:r>
      <w:r w:rsidRPr="00B97635">
        <w:rPr>
          <w:lang w:val="ru-RU"/>
        </w:rPr>
        <w:t>еревки для вязания узлов</w:t>
      </w:r>
      <w:r>
        <w:rPr>
          <w:lang w:val="ru-RU"/>
        </w:rPr>
        <w:t>.</w:t>
      </w:r>
    </w:p>
    <w:p w:rsidR="00B97635" w:rsidRPr="007C76CD" w:rsidRDefault="00B97635" w:rsidP="00B97635">
      <w:pPr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  <w:sectPr w:rsidR="00B97635" w:rsidRPr="007C76CD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E52F91" w:rsidRPr="00E52F91" w:rsidRDefault="00E52F91">
      <w:pPr>
        <w:rPr>
          <w:lang w:val="ru-RU"/>
        </w:rPr>
      </w:pPr>
    </w:p>
    <w:sectPr w:rsidR="00E52F91" w:rsidRPr="00E52F91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PetersburgSanPin-Italic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Journal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Journal-Bold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154C2AB5"/>
    <w:multiLevelType w:val="hybridMultilevel"/>
    <w:tmpl w:val="3A24F3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AC26D0"/>
    <w:multiLevelType w:val="hybridMultilevel"/>
    <w:tmpl w:val="5AB08D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368BD"/>
    <w:rsid w:val="0006063C"/>
    <w:rsid w:val="000D1FBF"/>
    <w:rsid w:val="000F3843"/>
    <w:rsid w:val="0015074B"/>
    <w:rsid w:val="001545B8"/>
    <w:rsid w:val="001671E8"/>
    <w:rsid w:val="0018412E"/>
    <w:rsid w:val="001D5503"/>
    <w:rsid w:val="001D6906"/>
    <w:rsid w:val="00207A34"/>
    <w:rsid w:val="0029639D"/>
    <w:rsid w:val="00296A71"/>
    <w:rsid w:val="00326F90"/>
    <w:rsid w:val="00343B22"/>
    <w:rsid w:val="00383E56"/>
    <w:rsid w:val="004E321F"/>
    <w:rsid w:val="00525E0E"/>
    <w:rsid w:val="00534995"/>
    <w:rsid w:val="00675F55"/>
    <w:rsid w:val="007261CA"/>
    <w:rsid w:val="007405B8"/>
    <w:rsid w:val="00787AB5"/>
    <w:rsid w:val="007C76CD"/>
    <w:rsid w:val="0080647E"/>
    <w:rsid w:val="008521BA"/>
    <w:rsid w:val="00863C3D"/>
    <w:rsid w:val="00996C51"/>
    <w:rsid w:val="00A00AB4"/>
    <w:rsid w:val="00A120FB"/>
    <w:rsid w:val="00AA1D8D"/>
    <w:rsid w:val="00B47730"/>
    <w:rsid w:val="00B97635"/>
    <w:rsid w:val="00C7044D"/>
    <w:rsid w:val="00CB0664"/>
    <w:rsid w:val="00D37AB3"/>
    <w:rsid w:val="00DE0C9A"/>
    <w:rsid w:val="00E52F91"/>
    <w:rsid w:val="00F22005"/>
    <w:rsid w:val="00F265E7"/>
    <w:rsid w:val="00F5350E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4FE9E11-DE99-436C-BCF0-973AC148C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2250</Words>
  <Characters>12828</Characters>
  <Application>Microsoft Office Word</Application>
  <DocSecurity>0</DocSecurity>
  <Lines>106</Lines>
  <Paragraphs>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15048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Надежда</cp:lastModifiedBy>
  <cp:revision>2</cp:revision>
  <dcterms:created xsi:type="dcterms:W3CDTF">2023-09-21T09:48:00Z</dcterms:created>
  <dcterms:modified xsi:type="dcterms:W3CDTF">2023-09-21T09:48:00Z</dcterms:modified>
</cp:coreProperties>
</file>