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A23" w:rsidRDefault="00F37A23">
      <w:pPr>
        <w:autoSpaceDE w:val="0"/>
        <w:autoSpaceDN w:val="0"/>
        <w:spacing w:after="78" w:line="220" w:lineRule="exact"/>
      </w:pPr>
    </w:p>
    <w:p w:rsidR="007937F3" w:rsidRPr="007937F3" w:rsidRDefault="001B5220" w:rsidP="007937F3">
      <w:pPr>
        <w:jc w:val="center"/>
        <w:rPr>
          <w:lang w:val="ru-RU"/>
        </w:rPr>
        <w:sectPr w:rsidR="007937F3" w:rsidRPr="007937F3">
          <w:pgSz w:w="11900" w:h="16840"/>
          <w:pgMar w:top="298" w:right="878" w:bottom="1440" w:left="738" w:header="720" w:footer="720" w:gutter="0"/>
          <w:cols w:space="720" w:equalWidth="0">
            <w:col w:w="10284" w:space="0"/>
          </w:cols>
          <w:docGrid w:linePitch="360"/>
        </w:sectPr>
      </w:pPr>
      <w:bookmarkStart w:id="0" w:name="_GoBack"/>
      <w:bookmarkEnd w:id="0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05.75pt">
            <v:imagedata r:id="rId7" o:title="8"/>
          </v:shape>
        </w:pict>
      </w:r>
    </w:p>
    <w:p w:rsidR="00F37A23" w:rsidRPr="007937F3" w:rsidRDefault="00F37A23">
      <w:pPr>
        <w:autoSpaceDE w:val="0"/>
        <w:autoSpaceDN w:val="0"/>
        <w:spacing w:after="78" w:line="220" w:lineRule="exact"/>
        <w:rPr>
          <w:lang w:val="ru-RU"/>
        </w:rPr>
      </w:pPr>
    </w:p>
    <w:p w:rsidR="00F37A23" w:rsidRPr="007937F3" w:rsidRDefault="00F37A23">
      <w:pPr>
        <w:autoSpaceDE w:val="0"/>
        <w:autoSpaceDN w:val="0"/>
        <w:spacing w:after="78" w:line="220" w:lineRule="exact"/>
        <w:rPr>
          <w:lang w:val="ru-RU"/>
        </w:rPr>
      </w:pPr>
    </w:p>
    <w:p w:rsidR="00F37A23" w:rsidRPr="00C87FB9" w:rsidRDefault="00C87FB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C87FB9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</w:t>
      </w:r>
      <w:r w:rsidR="00346F8A" w:rsidRPr="00C87FB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ПРЕДМЕТА 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b/>
          <w:color w:val="000000"/>
          <w:sz w:val="24"/>
          <w:lang w:val="ru-RU"/>
        </w:rPr>
        <w:t>Введение. Основы безопасности жизнедеятельности. Это нужно знать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Немного истории. Забота о здоровье человека в древности и в наши дни. Окружающая среда и безопасность. Что такое опасность, виды опасностей. Какие знания и умения вы получите, изучая предмет «Основы безопасности жизнедеятельности». Связь предмета с другими науками, его цели и задачи.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b/>
          <w:color w:val="000000"/>
          <w:sz w:val="24"/>
          <w:lang w:val="ru-RU"/>
        </w:rPr>
        <w:t>Здоровый образ жизни. Что это?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Зависит ли здоровье от образа жизни. Основные понятия о здоровье и здоровом образе жизни. Физическое здоровье, условия его укрепления и сохранения. Психическое здоровье человека. Эмоциональное благополучие и здоровье человека. Внешние признаки здорового человека: уверенная походка, правильная осанка, приятное выражение лица, активность. Физическое здоровье человека. Факторы, определяющие физическое здоровье человека. Физическая культура и здоровье. Закаливание как один из способов тренировки организма. Правила гигиены. Правильное питание. Что такое правильное питание. Зависит ли здоровье от питания. Жиры, белки и углеводы. Экология питания. Продукты питания как экологический фактор. О чём может рассказать этикетка продукта. Как защититься от гриппа. Диета. Психическое здоровье человека. Показатели психического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здоровья и нездоровья. Планирование своей жизнедеятельности. Воздействие шума на организм человека. Правила общения с компьютером. Информационная безопасность. Социальное здоровье человека. Понятие о социальном здоровье. Источники опасности для социального здоровья. Осознанное и добровольное принятие нравственных ценностей общества и их добровольное и добросовестное исполнение как критерий социального здоровья.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Репродуктивное здоровье подростков и его охрана. Что такое репродуктивное здоровье. Правила ухода за своим те-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лом. Влияние семьи на здоровье подрастающего поколения, его психическое и эмоциональное благополучие. Социальные (общественные) институты и организации, участвующие в охране жизни и здоровья граждан.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b/>
          <w:color w:val="000000"/>
          <w:sz w:val="24"/>
          <w:lang w:val="ru-RU"/>
        </w:rPr>
        <w:t>Опасности, подстерегающие нас в повседневной жизни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 xml:space="preserve">Как вести себя при пожаре. Причины и последствия пожара. Правила пожарной безопасности. Правила безопасного поведения при пожаре. Первая помощь при ожогах. Средства пожаротушения. Меры безопасности при пользовании пиротехникой. Чрезвычайные ситуации в быту. Безопасность при использовании бытового газа, предметов бытовой химии. Первая помощь при отравлении угарным газом, ядохимикатами и уксусной кислотой. Правила поведения при затоплении квартиры. Правила пользования электроприборами. Первая помощь при </w:t>
      </w:r>
      <w:proofErr w:type="spellStart"/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электротравмах</w:t>
      </w:r>
      <w:proofErr w:type="spellEnd"/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. Разумная предосторожность. Выбор безопасного места для отдыха. Внимательное отношение к объявлениям технических, экологических, санитарных служб. Безопасное поведение на улицах населённого пункта. Опасное время суток. Меры предосторожности в лифте и на лестнице. Правила поведения при нападении. Подручные средства, которые можно использовать для самообороны. Опасные игры. Неразорвавшиеся боеприпасы. Экстремальные виды спорта и развлечений. Способность предвидеть последствия своего поведения, умение справиться с эмоциями при выборе занятий и развлечений. Первая помощь при переломах.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b/>
          <w:color w:val="000000"/>
          <w:sz w:val="24"/>
          <w:lang w:val="ru-RU"/>
        </w:rPr>
        <w:t>Опасности, с которыми мы сталкиваемся на природе.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Лес — это серьёзно. Ядовитые растения. Первая помощь при отравлении ядовитыми растениями. Съедобные и не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съедобные грибы. Правила приготовления грибов. Первая помощь при отравлении грибами. Встреча в лесу с дикими животными. Если в лесу застала гроза. Водоём зимой и летом. Опасные ситуации на воде. Правила поведения на водоёмах. Как помочь тонущему человеку. Правила проведения сердечно-лёгочной реанимации. Первая помощь при обморожении.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b/>
          <w:color w:val="000000"/>
          <w:sz w:val="24"/>
          <w:lang w:val="ru-RU"/>
        </w:rPr>
        <w:t>Современный транспорт и безопасность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Транспорт в современном мире. Роль транспорта в мире. Виды транспорта. Экологически безопасный автомобильный транспорт. Альтернативный транспорт. Чрезвычайные ситуации на дорогах. Дорожно-транспортные происшествия. Причины и последствия. Нарушение Правил дорожного движения как главная причина дорожных происшествий. Опасные игры на дорогах. Правила безопасного поведения пешехода, пассажира и велосипедиста. Знаки дорожного движения для велосипедистов. Поведение в дорожно-транспортных происшествиях. Первая помощь при кровотечении. Опасные ситуации в метро. Правила поведения на станции метро, эскалаторе, в вагоне поезда. Авиакатастрофы. Поведение в салоне авиалайнера. Пожар на борту лайнера или другие чрезвычайные ситуации: правила безопасного поведения. Железнодорожные катастрофы. Правила поведения при железнодорожной катастрофе. Опасные игры на железнодорожном транспорте и отношение к ним.</w:t>
      </w:r>
    </w:p>
    <w:p w:rsidR="00A4476E" w:rsidRPr="00A4476E" w:rsidRDefault="00A4476E" w:rsidP="00A447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A4476E">
        <w:rPr>
          <w:rFonts w:ascii="Times New Roman" w:eastAsia="Times New Roman" w:hAnsi="Times New Roman"/>
          <w:color w:val="000000"/>
          <w:sz w:val="24"/>
          <w:lang w:val="ru-RU"/>
        </w:rPr>
        <w:t>Террористические акты на транспорте. Понятие о террористическом акте. Уголовная ответственность за террористическую деятельность.</w:t>
      </w:r>
    </w:p>
    <w:p w:rsidR="00F37A23" w:rsidRPr="00346F8A" w:rsidRDefault="00346F8A" w:rsidP="00A4476E">
      <w:pPr>
        <w:tabs>
          <w:tab w:val="left" w:pos="180"/>
        </w:tabs>
        <w:autoSpaceDE w:val="0"/>
        <w:autoSpaceDN w:val="0"/>
        <w:spacing w:before="346" w:after="0" w:line="286" w:lineRule="auto"/>
        <w:ind w:right="144"/>
        <w:rPr>
          <w:lang w:val="ru-RU"/>
        </w:rPr>
        <w:sectPr w:rsidR="00F37A23" w:rsidRPr="00346F8A">
          <w:pgSz w:w="11900" w:h="16840"/>
          <w:pgMar w:top="298" w:right="698" w:bottom="1440" w:left="666" w:header="720" w:footer="720" w:gutter="0"/>
          <w:cols w:space="720" w:equalWidth="0">
            <w:col w:w="10536" w:space="0"/>
          </w:cols>
          <w:docGrid w:linePitch="360"/>
        </w:sectPr>
      </w:pPr>
      <w:r w:rsidRPr="00346F8A">
        <w:rPr>
          <w:lang w:val="ru-RU"/>
        </w:rPr>
        <w:tab/>
      </w:r>
    </w:p>
    <w:p w:rsidR="00F37A23" w:rsidRPr="00346F8A" w:rsidRDefault="00F37A23">
      <w:pPr>
        <w:autoSpaceDE w:val="0"/>
        <w:autoSpaceDN w:val="0"/>
        <w:spacing w:after="78" w:line="220" w:lineRule="exact"/>
        <w:rPr>
          <w:lang w:val="ru-RU"/>
        </w:rPr>
      </w:pPr>
    </w:p>
    <w:p w:rsidR="00F37A23" w:rsidRPr="00346F8A" w:rsidRDefault="00C87FB9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</w:t>
      </w:r>
      <w:r w:rsidR="00346F8A"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РЕЗУЛЬТАТЫ</w:t>
      </w:r>
    </w:p>
    <w:p w:rsidR="00F37A23" w:rsidRPr="00346F8A" w:rsidRDefault="00346F8A">
      <w:pPr>
        <w:autoSpaceDE w:val="0"/>
        <w:autoSpaceDN w:val="0"/>
        <w:spacing w:before="346" w:after="0" w:line="230" w:lineRule="auto"/>
        <w:rPr>
          <w:lang w:val="ru-RU"/>
        </w:rPr>
      </w:pP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F37A23" w:rsidRPr="00346F8A" w:rsidRDefault="00346F8A">
      <w:pPr>
        <w:autoSpaceDE w:val="0"/>
        <w:autoSpaceDN w:val="0"/>
        <w:spacing w:before="166" w:after="0"/>
        <w:ind w:right="144" w:firstLine="180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предметные), которые должны демонстрировать обучающиеся по завершении обучения в основной школе.</w:t>
      </w:r>
    </w:p>
    <w:p w:rsidR="00F37A23" w:rsidRPr="00346F8A" w:rsidRDefault="00346F8A">
      <w:pPr>
        <w:autoSpaceDE w:val="0"/>
        <w:autoSpaceDN w:val="0"/>
        <w:spacing w:before="190" w:after="0" w:line="286" w:lineRule="auto"/>
        <w:ind w:firstLine="180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инициативе и личностному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F37A23" w:rsidRPr="00346F8A" w:rsidRDefault="00346F8A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результаты, формируемые в ходе изучения учебного предмета ОБЖ, 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Патриотическое воспитание: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Федерации, своего края, народов России; ценностное отношение к достижениям своей Родины —России,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формирование чувства гордости за свою Родину, ответственного отношения к выполнению конституционного долга — защите Отечества.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Гражданское воспитание: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организации, местного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, помощь людям, нуждающимся в ней);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 </w:t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</w:t>
      </w:r>
    </w:p>
    <w:p w:rsidR="00F37A23" w:rsidRPr="00346F8A" w:rsidRDefault="00F37A23">
      <w:pPr>
        <w:rPr>
          <w:lang w:val="ru-RU"/>
        </w:rPr>
        <w:sectPr w:rsidR="00F37A23" w:rsidRPr="00346F8A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37A23" w:rsidRPr="00346F8A" w:rsidRDefault="00F37A23">
      <w:pPr>
        <w:autoSpaceDE w:val="0"/>
        <w:autoSpaceDN w:val="0"/>
        <w:spacing w:after="66" w:line="220" w:lineRule="exact"/>
        <w:rPr>
          <w:lang w:val="ru-RU"/>
        </w:rPr>
      </w:pPr>
    </w:p>
    <w:p w:rsidR="00F37A23" w:rsidRPr="00346F8A" w:rsidRDefault="00346F8A">
      <w:pPr>
        <w:autoSpaceDE w:val="0"/>
        <w:autoSpaceDN w:val="0"/>
        <w:spacing w:after="0" w:line="271" w:lineRule="auto"/>
        <w:ind w:right="1296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Духовно-нравственное воспитание: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формирование личности безопасного типа, осознанного и ответственного отношения к личной безопасности и безопасности других людей.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Эстетическое воспитание: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гармоничной личности, развитие способности воспринимать, ценить и создавать прекрасное в повседневной жизни;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понимание взаимозависимости счастливого юношества и безопасного личного поведения в повседневной жизни.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5. Ценности научного познания: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в деятельности на современную систему научных представлений об основных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закономерностях развития чело​века, природы и общества, взаимосвязях человека с природ- 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2" w:after="0" w:line="288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6. Физическое воспитание, формирование культуры здоровья и эмоционального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благополучия: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умение осознавать эмоциональное состояние себя и других, уметь управлять собственным</w:t>
      </w:r>
    </w:p>
    <w:p w:rsidR="00F37A23" w:rsidRPr="00346F8A" w:rsidRDefault="00F37A23">
      <w:pPr>
        <w:rPr>
          <w:lang w:val="ru-RU"/>
        </w:rPr>
        <w:sectPr w:rsidR="00F37A23" w:rsidRPr="00346F8A">
          <w:pgSz w:w="11900" w:h="16840"/>
          <w:pgMar w:top="286" w:right="678" w:bottom="438" w:left="666" w:header="720" w:footer="720" w:gutter="0"/>
          <w:cols w:space="720" w:equalWidth="0">
            <w:col w:w="10556" w:space="0"/>
          </w:cols>
          <w:docGrid w:linePitch="360"/>
        </w:sectPr>
      </w:pPr>
    </w:p>
    <w:p w:rsidR="00F37A23" w:rsidRPr="00346F8A" w:rsidRDefault="00F37A23">
      <w:pPr>
        <w:autoSpaceDE w:val="0"/>
        <w:autoSpaceDN w:val="0"/>
        <w:spacing w:after="66" w:line="220" w:lineRule="exact"/>
        <w:rPr>
          <w:lang w:val="ru-RU"/>
        </w:rPr>
      </w:pPr>
    </w:p>
    <w:p w:rsidR="00F37A23" w:rsidRPr="00346F8A" w:rsidRDefault="00346F8A">
      <w:pPr>
        <w:tabs>
          <w:tab w:val="left" w:pos="180"/>
        </w:tabs>
        <w:autoSpaceDE w:val="0"/>
        <w:autoSpaceDN w:val="0"/>
        <w:spacing w:after="0" w:line="271" w:lineRule="auto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эмоциональным состоянием;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 своего права на ошибку и такого же права другого человека.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7. Трудовое воспитание: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 и развитие необходимых умений для этого; готовность адаптироваться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укрепление ответственного отношения к учёбе, способности применять меры и средства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индивидуальной защиты, приёмы рационального и безопасного поведения в опасных и чрезвычайных ситуациях;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8. Экологическое воспитание: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технологической и социальной сред; готовность к участию в практической деятельности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экологической направленности;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проживания.</w:t>
      </w:r>
    </w:p>
    <w:p w:rsidR="00F37A23" w:rsidRPr="00346F8A" w:rsidRDefault="00346F8A">
      <w:pPr>
        <w:autoSpaceDE w:val="0"/>
        <w:autoSpaceDN w:val="0"/>
        <w:spacing w:before="264" w:after="0" w:line="230" w:lineRule="auto"/>
        <w:rPr>
          <w:lang w:val="ru-RU"/>
        </w:rPr>
      </w:pP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F37A23" w:rsidRPr="00346F8A" w:rsidRDefault="00346F8A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характеризуют 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у обучающихся 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понятий (используются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 траектории; овладению навыками работы с информацией: восприятие и создание информационных текстов в различных форматах, в том числе в цифровой среде.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346F8A">
        <w:rPr>
          <w:lang w:val="ru-RU"/>
        </w:rPr>
        <w:tab/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результаты, формируемые в ходе изучения учебного предмета ОБЖ, должны отражать:</w:t>
      </w:r>
    </w:p>
    <w:p w:rsidR="00F37A23" w:rsidRPr="00346F8A" w:rsidRDefault="00F37A23">
      <w:pPr>
        <w:rPr>
          <w:lang w:val="ru-RU"/>
        </w:rPr>
        <w:sectPr w:rsidR="00F37A23" w:rsidRPr="00346F8A">
          <w:pgSz w:w="11900" w:h="16840"/>
          <w:pgMar w:top="286" w:right="654" w:bottom="462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F37A23" w:rsidRPr="00346F8A" w:rsidRDefault="00F37A23">
      <w:pPr>
        <w:autoSpaceDE w:val="0"/>
        <w:autoSpaceDN w:val="0"/>
        <w:spacing w:after="78" w:line="220" w:lineRule="exact"/>
        <w:rPr>
          <w:lang w:val="ru-RU"/>
        </w:rPr>
      </w:pPr>
    </w:p>
    <w:p w:rsidR="00F37A23" w:rsidRPr="00346F8A" w:rsidRDefault="00346F8A">
      <w:pPr>
        <w:autoSpaceDE w:val="0"/>
        <w:autoSpaceDN w:val="0"/>
        <w:spacing w:after="0" w:line="226" w:lineRule="auto"/>
        <w:ind w:left="180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1.</w:t>
      </w: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познавательными </w:t>
      </w:r>
      <w:proofErr w:type="spellStart"/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действи</w:t>
      </w:r>
      <w:proofErr w:type="spellEnd"/>
      <w:r w:rsidRPr="00346F8A">
        <w:rPr>
          <w:rFonts w:ascii="DejaVu Serif" w:eastAsia="DejaVu Serif" w:hAnsi="DejaVu Serif"/>
          <w:b/>
          <w:color w:val="000000"/>
          <w:sz w:val="24"/>
          <w:lang w:val="ru-RU"/>
        </w:rPr>
        <w:t>​</w:t>
      </w:r>
      <w:proofErr w:type="spellStart"/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ями</w:t>
      </w:r>
      <w:proofErr w:type="spellEnd"/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8" w:lineRule="auto"/>
        <w:ind w:right="432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Базовые логические действия: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объектов (явлений);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дефициты информации, данных, необходимых для решения поставленной задачи; </w:t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Базовые исследовательские действия: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 </w:t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(принимать участие) небольшое самостоятельное исследование заданного объекта (явления), устанавливать причинно-следственные связи;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Работа с информацией: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комбина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циями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системой универсальных познавательных действий обеспечивает 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когнитивных навыков обучающихся.</w:t>
      </w:r>
    </w:p>
    <w:p w:rsidR="00F37A23" w:rsidRPr="00346F8A" w:rsidRDefault="00346F8A">
      <w:pPr>
        <w:autoSpaceDE w:val="0"/>
        <w:autoSpaceDN w:val="0"/>
        <w:spacing w:before="70" w:after="0" w:line="226" w:lineRule="auto"/>
        <w:ind w:left="180"/>
        <w:rPr>
          <w:lang w:val="ru-RU"/>
        </w:rPr>
      </w:pP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коммуникативными </w:t>
      </w:r>
      <w:proofErr w:type="spellStart"/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действи</w:t>
      </w:r>
      <w:proofErr w:type="spellEnd"/>
      <w:r w:rsidRPr="00346F8A">
        <w:rPr>
          <w:rFonts w:ascii="DejaVu Serif" w:eastAsia="DejaVu Serif" w:hAnsi="DejaVu Serif"/>
          <w:b/>
          <w:color w:val="000000"/>
          <w:sz w:val="24"/>
          <w:lang w:val="ru-RU"/>
        </w:rPr>
        <w:t>​</w:t>
      </w:r>
      <w:proofErr w:type="spellStart"/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ями</w:t>
      </w:r>
      <w:proofErr w:type="spellEnd"/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Общение: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сопоставлять свои суждения с суждениями других участников диалога, обнаруживать различие и</w:t>
      </w:r>
    </w:p>
    <w:p w:rsidR="00F37A23" w:rsidRPr="00346F8A" w:rsidRDefault="00F37A23">
      <w:pPr>
        <w:rPr>
          <w:lang w:val="ru-RU"/>
        </w:rPr>
        <w:sectPr w:rsidR="00F37A23" w:rsidRPr="00346F8A">
          <w:pgSz w:w="11900" w:h="16840"/>
          <w:pgMar w:top="298" w:right="822" w:bottom="428" w:left="666" w:header="720" w:footer="720" w:gutter="0"/>
          <w:cols w:space="720" w:equalWidth="0">
            <w:col w:w="10412" w:space="0"/>
          </w:cols>
          <w:docGrid w:linePitch="360"/>
        </w:sectPr>
      </w:pPr>
    </w:p>
    <w:p w:rsidR="00F37A23" w:rsidRPr="00346F8A" w:rsidRDefault="00F37A23">
      <w:pPr>
        <w:autoSpaceDE w:val="0"/>
        <w:autoSpaceDN w:val="0"/>
        <w:spacing w:after="66" w:line="220" w:lineRule="exact"/>
        <w:rPr>
          <w:lang w:val="ru-RU"/>
        </w:rPr>
      </w:pPr>
    </w:p>
    <w:p w:rsidR="00F37A23" w:rsidRPr="00346F8A" w:rsidRDefault="00346F8A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сходство позиций;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6" w:lineRule="auto"/>
        <w:ind w:right="432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Совместная деятельность (сотрудничество):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и индивидуальной работы при решении конкретной учебной задачи;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свои действия и действия партнёра, которые помогали или затрудняли нахождение общего решения, оцени- 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вать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системой универсальных коммуникативных действий обеспечивает 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социальных навыков и эмоционального интеллекта обучающихся.</w:t>
      </w:r>
    </w:p>
    <w:p w:rsidR="00F37A23" w:rsidRPr="00346F8A" w:rsidRDefault="00346F8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3. Овладение универсальными учебными регулятивными действиями.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Самоорганизация: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проблемные вопросы, требующие решения в жизненных и учебных ситуациях;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собственных возможностей и имеющихся ресурсов;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Самоконтроль (рефлексия):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деятельности, давать оценку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приобретённому опыту, уметь находить позитивное в произошедшей ситуации;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2" w:after="0" w:line="281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Эмоциональный интеллект: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управлять собственными эмоциями и не поддаваться эмоциям других, выявлять и анализировать их причины;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и намерения другого, регулировать способ выражения эмоций.</w:t>
      </w:r>
    </w:p>
    <w:p w:rsidR="00F37A23" w:rsidRPr="00346F8A" w:rsidRDefault="00346F8A">
      <w:pPr>
        <w:autoSpaceDE w:val="0"/>
        <w:autoSpaceDN w:val="0"/>
        <w:spacing w:before="70" w:after="0" w:line="271" w:lineRule="auto"/>
        <w:ind w:left="180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 xml:space="preserve">Принятие себя и других: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осознанно относиться к другому человеку, его мнению, признавать право на ошибку свою и чужую; быть открытым себе и другим, осознавать невозможность контроля всего вокруг.</w:t>
      </w:r>
    </w:p>
    <w:p w:rsidR="00F37A23" w:rsidRPr="00346F8A" w:rsidRDefault="00346F8A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F37A23" w:rsidRPr="00346F8A" w:rsidRDefault="00346F8A">
      <w:pPr>
        <w:autoSpaceDE w:val="0"/>
        <w:autoSpaceDN w:val="0"/>
        <w:spacing w:before="262" w:after="0" w:line="230" w:lineRule="auto"/>
        <w:rPr>
          <w:lang w:val="ru-RU"/>
        </w:rPr>
      </w:pP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F37A23" w:rsidRPr="00346F8A" w:rsidRDefault="00346F8A">
      <w:pPr>
        <w:autoSpaceDE w:val="0"/>
        <w:autoSpaceDN w:val="0"/>
        <w:spacing w:before="166" w:after="0" w:line="271" w:lineRule="auto"/>
        <w:ind w:right="576" w:firstLine="180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Предметные результаты характеризуют 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сформированностью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 w:rsidR="00F37A23" w:rsidRPr="00346F8A" w:rsidRDefault="00F37A23">
      <w:pPr>
        <w:rPr>
          <w:lang w:val="ru-RU"/>
        </w:rPr>
        <w:sectPr w:rsidR="00F37A23" w:rsidRPr="00346F8A">
          <w:pgSz w:w="11900" w:h="16840"/>
          <w:pgMar w:top="286" w:right="670" w:bottom="296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F37A23" w:rsidRPr="00346F8A" w:rsidRDefault="00F37A23">
      <w:pPr>
        <w:autoSpaceDE w:val="0"/>
        <w:autoSpaceDN w:val="0"/>
        <w:spacing w:after="90" w:line="220" w:lineRule="exact"/>
        <w:rPr>
          <w:lang w:val="ru-RU"/>
        </w:rPr>
      </w:pPr>
    </w:p>
    <w:p w:rsidR="00F37A23" w:rsidRPr="00346F8A" w:rsidRDefault="00346F8A">
      <w:pPr>
        <w:autoSpaceDE w:val="0"/>
        <w:autoSpaceDN w:val="0"/>
        <w:spacing w:after="0" w:line="281" w:lineRule="auto"/>
        <w:ind w:firstLine="180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индивидуальной системы здорового образа жизни, 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антиэкстремистского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мышления и антитеррористического поведения, овладении базовыми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медицинскими знаниями и практическими умениями безопасного поведения в повседневной жизни.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70" w:after="0" w:line="290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Предметные результаты по предметной области «Физическая культура и основы безопасности жизнедеятельности» должны обеспечивать: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По учебному предмету «Основы безопасности жизнедеятельности»: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1) 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2) 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3) 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4) понимание и признание особой роли России в обеспечении государственной и международной безопасности, обороны страны, в противодействии основным вызовам современности: терроризму, экстремизму, незаконному распространению наркотических средств;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5) </w:t>
      </w:r>
      <w:proofErr w:type="spellStart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 чувства гордости за свою Родину, ответственного отношения к выполнению конституционного долга — защите Отечества;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6) знание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7) понимание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8) овладение знаниями и умениями применять меры и средства индивидуальной защиты, приёмы рационального и безопасного поведения в опасных и чрезвычайных ситуациях;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9) освоение основ медицинских знаний и владение умениями оказывать первую помощь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отморожениях, отравлениях;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10) умение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возможностей;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11) освоение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проживания; </w:t>
      </w:r>
      <w:r w:rsidRPr="00346F8A">
        <w:rPr>
          <w:lang w:val="ru-RU"/>
        </w:rPr>
        <w:br/>
      </w: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12) овладение знаниями и умениями предупреждения опасных и чрезвычайных ситуаций во время пребывания в различных средах (бытовые условия, дорожное движение, общественные места и социум, природа, коммуникационные связи и каналы).</w:t>
      </w:r>
    </w:p>
    <w:p w:rsidR="00F37A23" w:rsidRPr="00346F8A" w:rsidRDefault="00346F8A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346F8A">
        <w:rPr>
          <w:lang w:val="ru-RU"/>
        </w:rPr>
        <w:tab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</w:t>
      </w:r>
    </w:p>
    <w:p w:rsidR="00F37A23" w:rsidRPr="00346F8A" w:rsidRDefault="00F37A23">
      <w:pPr>
        <w:rPr>
          <w:lang w:val="ru-RU"/>
        </w:rPr>
        <w:sectPr w:rsidR="00F37A23" w:rsidRPr="00346F8A">
          <w:pgSz w:w="11900" w:h="16840"/>
          <w:pgMar w:top="310" w:right="688" w:bottom="356" w:left="666" w:header="720" w:footer="720" w:gutter="0"/>
          <w:cols w:space="720" w:equalWidth="0">
            <w:col w:w="10546" w:space="0"/>
          </w:cols>
          <w:docGrid w:linePitch="360"/>
        </w:sectPr>
      </w:pPr>
    </w:p>
    <w:p w:rsidR="00F37A23" w:rsidRPr="00346F8A" w:rsidRDefault="00F37A23">
      <w:pPr>
        <w:autoSpaceDE w:val="0"/>
        <w:autoSpaceDN w:val="0"/>
        <w:spacing w:after="66" w:line="220" w:lineRule="exact"/>
        <w:rPr>
          <w:lang w:val="ru-RU"/>
        </w:rPr>
      </w:pPr>
    </w:p>
    <w:p w:rsidR="00F37A23" w:rsidRPr="00346F8A" w:rsidRDefault="00346F8A">
      <w:pPr>
        <w:autoSpaceDE w:val="0"/>
        <w:autoSpaceDN w:val="0"/>
        <w:spacing w:after="0" w:line="230" w:lineRule="auto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предмета «Основы безопасности жизнедеятельности».</w:t>
      </w:r>
    </w:p>
    <w:p w:rsidR="00F37A23" w:rsidRPr="00346F8A" w:rsidRDefault="00346F8A" w:rsidP="00A4476E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346F8A">
        <w:rPr>
          <w:lang w:val="ru-RU"/>
        </w:rPr>
        <w:tab/>
      </w:r>
    </w:p>
    <w:p w:rsidR="00F37A23" w:rsidRPr="00346F8A" w:rsidRDefault="00F37A23">
      <w:pPr>
        <w:rPr>
          <w:lang w:val="ru-RU"/>
        </w:rPr>
        <w:sectPr w:rsidR="00F37A23" w:rsidRPr="00346F8A">
          <w:pgSz w:w="11900" w:h="16840"/>
          <w:pgMar w:top="286" w:right="784" w:bottom="1440" w:left="666" w:header="720" w:footer="720" w:gutter="0"/>
          <w:cols w:space="720" w:equalWidth="0">
            <w:col w:w="10450" w:space="0"/>
          </w:cols>
          <w:docGrid w:linePitch="360"/>
        </w:sectPr>
      </w:pPr>
    </w:p>
    <w:p w:rsidR="00F37A23" w:rsidRPr="00346F8A" w:rsidRDefault="00F37A23">
      <w:pPr>
        <w:autoSpaceDE w:val="0"/>
        <w:autoSpaceDN w:val="0"/>
        <w:spacing w:after="64" w:line="220" w:lineRule="exact"/>
        <w:rPr>
          <w:lang w:val="ru-RU"/>
        </w:rPr>
      </w:pPr>
    </w:p>
    <w:p w:rsidR="00F37A23" w:rsidRPr="00C87FB9" w:rsidRDefault="00346F8A">
      <w:pPr>
        <w:autoSpaceDE w:val="0"/>
        <w:autoSpaceDN w:val="0"/>
        <w:spacing w:after="258" w:line="233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C87FB9">
        <w:rPr>
          <w:rFonts w:ascii="Times New Roman" w:eastAsia="Times New Roman" w:hAnsi="Times New Roman" w:cs="Times New Roman"/>
          <w:b/>
          <w:color w:val="000000"/>
          <w:w w:val="101"/>
          <w:sz w:val="20"/>
          <w:szCs w:val="20"/>
          <w:lang w:val="ru-RU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402"/>
        <w:gridCol w:w="528"/>
        <w:gridCol w:w="1104"/>
        <w:gridCol w:w="672"/>
        <w:gridCol w:w="1334"/>
        <w:gridCol w:w="5992"/>
        <w:gridCol w:w="1321"/>
        <w:gridCol w:w="1753"/>
      </w:tblGrid>
      <w:tr w:rsidR="00F37A23" w:rsidRPr="004000A4" w:rsidTr="00637A13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2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3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Дата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  <w:proofErr w:type="spellEnd"/>
          </w:p>
        </w:tc>
        <w:tc>
          <w:tcPr>
            <w:tcW w:w="5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,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формы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контроля</w:t>
            </w:r>
            <w:proofErr w:type="spellEnd"/>
          </w:p>
        </w:tc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Электронные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(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цифровые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)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образовательные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ресурсы</w:t>
            </w:r>
            <w:proofErr w:type="spellEnd"/>
          </w:p>
        </w:tc>
      </w:tr>
      <w:tr w:rsidR="00F37A23" w:rsidRPr="004000A4" w:rsidTr="00637A13">
        <w:trPr>
          <w:trHeight w:hRule="exact" w:val="540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4000A4" w:rsidRDefault="00F37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4000A4" w:rsidRDefault="00F37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3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4000A4" w:rsidRDefault="00F37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4000A4" w:rsidRDefault="00F37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4000A4" w:rsidRDefault="00F37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4000A4" w:rsidRDefault="00F37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7A23" w:rsidRPr="001B522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Модуль 1. </w:t>
            </w:r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Культура безопасности жизнедеятельности в современном обществе.</w:t>
            </w:r>
          </w:p>
        </w:tc>
      </w:tr>
      <w:tr w:rsidR="00F37A23" w:rsidRPr="004000A4" w:rsidTr="00C87FB9">
        <w:trPr>
          <w:trHeight w:hRule="exact" w:val="12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80" w:after="0" w:line="245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Цель и основные понятия предмета ОБЖ.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23EA2" w:rsidRDefault="00346F8A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07.09.2022</w:t>
            </w:r>
            <w:r w:rsidR="00A23EA2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80" w:after="0" w:line="250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87F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Объясняют цель и задачи предмета ОБЖ, его ключевые понятия; 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C87F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Характеризуют значение предмета ОБЖ для человека; 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C87F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Раскрывают смысл понятий «опасность», «безопасность», «риск», «культура безопасности жизнедеятельности»;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80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80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http://www.school-obz.org</w:t>
            </w:r>
            <w:r w:rsidR="00B81218"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F37A23" w:rsidRPr="004000A4" w:rsidTr="00C87FB9">
        <w:trPr>
          <w:trHeight w:hRule="exact" w:val="11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1.2.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Правила поведения в опасных и чрезвычайных ситуациях.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23EA2" w:rsidRDefault="00A23EA2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13.09.202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14.09.202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6" w:after="0" w:line="250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87F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Раскрывают и обосновывают правила поведения в опасных и чрезвычайных ситуациях; 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C87F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Моделируют реальные ситуации и решают ситуационные задачи;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http://www.school-obz.org</w:t>
            </w:r>
          </w:p>
        </w:tc>
      </w:tr>
      <w:tr w:rsidR="00F37A23" w:rsidRPr="004000A4">
        <w:trPr>
          <w:trHeight w:hRule="exact" w:val="348"/>
        </w:trPr>
        <w:tc>
          <w:tcPr>
            <w:tcW w:w="2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21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F37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7A23" w:rsidRPr="001B522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Модуль 2.</w:t>
            </w:r>
            <w:r w:rsidR="00B81218"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Здоровый образ жизни. Что это?</w:t>
            </w:r>
          </w:p>
        </w:tc>
      </w:tr>
      <w:tr w:rsidR="00C67D5F" w:rsidRPr="004000A4" w:rsidTr="00637A13">
        <w:trPr>
          <w:trHeight w:hRule="exact" w:val="10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2.1.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Зависит ли здоровье от образа жизни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A23EA2" w:rsidP="00C67D5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21.09.2023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647" w:rsidRPr="004000A4" w:rsidRDefault="00AC4647" w:rsidP="00AC46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высказывание предположений; анализ текста и иллюстраций учебника.</w:t>
            </w:r>
          </w:p>
          <w:p w:rsidR="00C67D5F" w:rsidRPr="004000A4" w:rsidRDefault="00C67D5F" w:rsidP="00AC46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C67D5F" w:rsidRPr="004000A4" w:rsidTr="00637A13">
        <w:trPr>
          <w:trHeight w:hRule="exact" w:val="127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2.2.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Физическое здоровье человека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A23EA2" w:rsidRDefault="00A23EA2" w:rsidP="00C67D5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23.09.202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647" w:rsidRPr="004000A4" w:rsidRDefault="00AC4647" w:rsidP="00AC46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Анализ иллюстраций учебника, подготовка сообщений: об особенностях образа жизни сельского и городского жителя; об угрозах физическому, психическому и социальному здоровью человека; анализ пословиц и </w:t>
            </w:r>
            <w:proofErr w:type="spellStart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поговорокподготовка</w:t>
            </w:r>
            <w:proofErr w:type="spellEnd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сообщений о людях, которых отличает творческое долголетие; </w:t>
            </w:r>
          </w:p>
          <w:p w:rsidR="00C67D5F" w:rsidRPr="004000A4" w:rsidRDefault="00C67D5F" w:rsidP="00AC46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C67D5F" w:rsidRPr="004000A4" w:rsidTr="00637A13">
        <w:trPr>
          <w:trHeight w:hRule="exact" w:val="9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2.3.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 закаливании и гигиене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A23EA2" w:rsidRDefault="00A23EA2" w:rsidP="00C67D5F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30.09.202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4647" w:rsidRPr="004000A4" w:rsidRDefault="00AC4647" w:rsidP="00AC46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 программы закаливания для человека, часто болеющего простудными заболеваниями</w:t>
            </w:r>
            <w:proofErr w:type="gramStart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proofErr w:type="gramEnd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оставление памятки о видах и правилах закаливания; составление памятки</w:t>
            </w:r>
          </w:p>
          <w:p w:rsidR="00AC4647" w:rsidRPr="004000A4" w:rsidRDefault="00AC4647" w:rsidP="00AC46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 личной гигиене.</w:t>
            </w:r>
          </w:p>
          <w:p w:rsidR="00C67D5F" w:rsidRPr="004000A4" w:rsidRDefault="00C67D5F" w:rsidP="00C67D5F">
            <w:pPr>
              <w:autoSpaceDE w:val="0"/>
              <w:autoSpaceDN w:val="0"/>
              <w:spacing w:before="76" w:after="0" w:line="25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C67D5F" w:rsidRPr="004000A4" w:rsidTr="00637A13">
        <w:trPr>
          <w:trHeight w:hRule="exact" w:val="8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2.4.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Правильное питание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A23EA2" w:rsidRDefault="00A23EA2" w:rsidP="00C67D5F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07.10.202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AC4647" w:rsidP="00AC46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Анализ текста и иллюстраций </w:t>
            </w:r>
            <w:proofErr w:type="spellStart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учебника</w:t>
            </w:r>
            <w:proofErr w:type="gramStart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.А</w:t>
            </w:r>
            <w:proofErr w:type="gramEnd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нализ</w:t>
            </w:r>
            <w:proofErr w:type="spellEnd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пищевой пирамиды; составление рациона питания с учётом соотношения белков, жиров и углеводов;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Практическая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http://www.goodlife.narod.ru</w:t>
            </w:r>
          </w:p>
        </w:tc>
      </w:tr>
      <w:tr w:rsidR="00C67D5F" w:rsidRPr="004000A4" w:rsidTr="00637A13">
        <w:trPr>
          <w:trHeight w:hRule="exact" w:val="98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2.5.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Проблемы экологии питания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A23EA2" w:rsidRDefault="00A23EA2" w:rsidP="00C67D5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14.10.202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AC4647" w:rsidP="00AC4647">
            <w:pPr>
              <w:autoSpaceDE w:val="0"/>
              <w:autoSpaceDN w:val="0"/>
              <w:spacing w:before="78" w:after="0" w:line="247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 информации на этикетке какого-либо продукта; определение своего роста и веса, анализ соотношения роста и веса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C67D5F" w:rsidRPr="004000A4" w:rsidTr="00637A13">
        <w:trPr>
          <w:trHeight w:hRule="exact" w:val="114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98" w:after="0" w:line="262" w:lineRule="auto"/>
              <w:ind w:right="86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Психическое здоровье человека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A23EA2" w:rsidRDefault="00A23EA2" w:rsidP="00C67D5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21.10.202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4C30AD" w:rsidP="004C3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рубрикой «Это полезно знать!». Анализ текста учебника.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разработка плана организации жизни и деятельности подростка —школьника 8—9 классов; анализ текста учебника.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67D5F" w:rsidRPr="004000A4" w:rsidRDefault="00C67D5F" w:rsidP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4000A4" w:rsidTr="00637A13">
        <w:trPr>
          <w:trHeight w:hRule="exact" w:val="15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2.7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на компьютере. Социальное здоровье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A23EA2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28.10.2023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учебника.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и дополнение схемы учебника.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Проектная деятельность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«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Одиночество — путь к социальному нездоровью», «Общение — важная человеческая потребность», «Как обеспечить высокий уровень социального здоровья общества?»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F33AD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4000A4" w:rsidTr="0098208F">
        <w:trPr>
          <w:trHeight w:hRule="exact" w:val="11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2.8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98208F" w:rsidP="00637A13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Репродуктивное здоровье </w:t>
            </w:r>
            <w:r w:rsidR="00637A13"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подростков и его охрана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A23EA2" w:rsidRDefault="00A23EA2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11.11.202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учебника; работа с рубриками «Медицинская страничка» и «Это полезно знать!».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F33AD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4C30AD" w:rsidRPr="004000A4">
        <w:trPr>
          <w:trHeight w:hRule="exact" w:val="350"/>
        </w:trPr>
        <w:tc>
          <w:tcPr>
            <w:tcW w:w="2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30AD" w:rsidRPr="004000A4" w:rsidRDefault="004C30AD" w:rsidP="004C30A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30AD" w:rsidRPr="004000A4" w:rsidRDefault="004C30AD" w:rsidP="004C30A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</w:t>
            </w:r>
          </w:p>
        </w:tc>
        <w:tc>
          <w:tcPr>
            <w:tcW w:w="121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30AD" w:rsidRPr="004000A4" w:rsidRDefault="004C30AD" w:rsidP="004C3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AD" w:rsidRPr="001B522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30AD" w:rsidRPr="004000A4" w:rsidRDefault="004C30AD" w:rsidP="004C30A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Модуль 3.</w:t>
            </w:r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Опасности, подстерегающие нас в повседневной жизни.</w:t>
            </w:r>
          </w:p>
        </w:tc>
      </w:tr>
      <w:tr w:rsidR="0058571F" w:rsidRPr="004000A4" w:rsidTr="0098208F">
        <w:trPr>
          <w:trHeight w:hRule="exact" w:val="18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571F" w:rsidRPr="004000A4" w:rsidRDefault="0058571F" w:rsidP="0058571F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3.1.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571F" w:rsidRPr="004000A4" w:rsidRDefault="0058571F" w:rsidP="0058571F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 вести себя при пожаре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571F" w:rsidRPr="004000A4" w:rsidRDefault="0098208F" w:rsidP="0058571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571F" w:rsidRPr="004000A4" w:rsidRDefault="0058571F" w:rsidP="0058571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571F" w:rsidRPr="004000A4" w:rsidRDefault="0058571F" w:rsidP="0058571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571F" w:rsidRPr="00A23EA2" w:rsidRDefault="00A23EA2" w:rsidP="0058571F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02.12.202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98208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09.12.202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571F" w:rsidRPr="004000A4" w:rsidRDefault="0058571F" w:rsidP="005857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рубрикой «Медицинская страничка».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учебника.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составление памятки</w:t>
            </w:r>
          </w:p>
          <w:p w:rsidR="0058571F" w:rsidRPr="004000A4" w:rsidRDefault="0058571F" w:rsidP="005857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 действиях при ожогах разной степени; анализ текста учебника.</w:t>
            </w:r>
          </w:p>
          <w:p w:rsidR="0098208F" w:rsidRPr="004000A4" w:rsidRDefault="0098208F" w:rsidP="00982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Практическая деятельность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правила пользования газовыми и электрическими приборами; устройство пожарного шкафа и применение пожарного крана; устройство и порядок применения</w:t>
            </w:r>
          </w:p>
          <w:p w:rsidR="0058571F" w:rsidRPr="004000A4" w:rsidRDefault="0098208F" w:rsidP="005857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воздушно-пенного и углекислотного огнетушителей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571F" w:rsidRPr="004000A4" w:rsidRDefault="0058571F" w:rsidP="0058571F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571F" w:rsidRPr="004000A4" w:rsidRDefault="0058571F" w:rsidP="0058571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4000A4" w:rsidTr="0098208F">
        <w:trPr>
          <w:trHeight w:hRule="exact" w:val="69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3.3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Чрезвычайные ситуации в быту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98208F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A23EA2" w:rsidRDefault="00A23EA2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16.12.202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98208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23.12.202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8208F" w:rsidRPr="004000A4" w:rsidRDefault="00637A13" w:rsidP="00982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учебника; работа с рубрикой «Медицинская страничка».</w:t>
            </w:r>
            <w:r w:rsidR="0098208F"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Участие в учебном диалоге</w:t>
            </w:r>
            <w:r w:rsidR="0098208F"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текста</w:t>
            </w:r>
            <w:r w:rsidR="009820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8208F"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учебника.</w:t>
            </w:r>
          </w:p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1296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DA09FC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4000A4" w:rsidTr="0098208F">
        <w:trPr>
          <w:trHeight w:hRule="exact" w:val="21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3.5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Разумная предосторожность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98208F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A23EA2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30.12.202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98208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98208F" w:rsidRPr="0098208F" w:rsidRDefault="00A23EA2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20.01.2024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рубрикой «Это полезно знать!».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текста</w:t>
            </w:r>
          </w:p>
          <w:p w:rsidR="0098208F" w:rsidRPr="004000A4" w:rsidRDefault="00637A13" w:rsidP="00982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учебника. </w:t>
            </w:r>
            <w:r w:rsidR="0098208F"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Психологическая подготовка к встрече с преступником; использование подручных предметов в качестве средств самообороны; как вести себя, если злоумышленник пытается проникнуть в квартиру</w:t>
            </w:r>
            <w:r w:rsidR="009820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98208F"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Психологическая подготовка к встрече с преступником; использование подручных предметов в качестве средств самообороны; как вести себя, если злоумышленник пытается проникнуть в квартиру</w:t>
            </w:r>
          </w:p>
          <w:p w:rsidR="0098208F" w:rsidRPr="004000A4" w:rsidRDefault="0098208F" w:rsidP="00982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DA09FC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4000A4" w:rsidTr="00637A13">
        <w:trPr>
          <w:trHeight w:hRule="exact" w:val="76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3.8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98" w:after="0" w:line="262" w:lineRule="auto"/>
              <w:ind w:right="144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Опасные игры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98208F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98208F" w:rsidRDefault="00A23EA2" w:rsidP="00637A1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27.01.202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98208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98208F" w:rsidRPr="0098208F" w:rsidRDefault="00A23EA2" w:rsidP="00637A1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03.02.2024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 иллюстраций учебника и составление памятки для спортсмена, начинающего заниматься экстремальным видом спорта;</w:t>
            </w:r>
            <w:r w:rsidR="0098208F"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Практическая деятельность</w:t>
            </w:r>
            <w:r w:rsidR="0098208F"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первая помощь при переломах.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DA09FC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</w:tbl>
    <w:p w:rsidR="00F37A23" w:rsidRPr="004000A4" w:rsidRDefault="00F37A23">
      <w:pPr>
        <w:rPr>
          <w:rFonts w:ascii="Times New Roman" w:hAnsi="Times New Roman" w:cs="Times New Roman"/>
          <w:sz w:val="20"/>
          <w:szCs w:val="20"/>
          <w:lang w:val="ru-RU"/>
        </w:rPr>
        <w:sectPr w:rsidR="00F37A23" w:rsidRPr="004000A4">
          <w:pgSz w:w="16840" w:h="11900"/>
          <w:pgMar w:top="282" w:right="640" w:bottom="35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37A23" w:rsidRPr="004000A4" w:rsidRDefault="00F37A23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580"/>
        <w:gridCol w:w="350"/>
        <w:gridCol w:w="1104"/>
        <w:gridCol w:w="672"/>
        <w:gridCol w:w="1334"/>
        <w:gridCol w:w="5992"/>
        <w:gridCol w:w="1321"/>
        <w:gridCol w:w="1753"/>
      </w:tblGrid>
      <w:tr w:rsidR="00F37A23" w:rsidRPr="004000A4" w:rsidTr="004000A4">
        <w:trPr>
          <w:trHeight w:hRule="exact" w:val="348"/>
        </w:trPr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модулю</w:t>
            </w:r>
            <w:proofErr w:type="spellEnd"/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C67D5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9</w:t>
            </w:r>
          </w:p>
        </w:tc>
        <w:tc>
          <w:tcPr>
            <w:tcW w:w="121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F37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7A23" w:rsidRPr="001B5220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4000A4" w:rsidRDefault="00346F8A" w:rsidP="00B81218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Модуль 4.</w:t>
            </w:r>
            <w:r w:rsidR="00B81218"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Опасности, с которыми мы сталкиваемся на природе</w:t>
            </w:r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</w:tc>
      </w:tr>
      <w:tr w:rsidR="00637A13" w:rsidRPr="004000A4" w:rsidTr="00637A13">
        <w:trPr>
          <w:trHeight w:hRule="exact" w:val="9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4.1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Лес это серьезно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98208F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98208F" w:rsidRDefault="00A23EA2" w:rsidP="00637A1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10.02.202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4-17.02.2024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рубриками «Медицинская страничка» и «Это полезно знать!».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составление паспорта растения;</w:t>
            </w:r>
          </w:p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 сообщения о животном, которое можно встреть в лесу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022E4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4000A4" w:rsidTr="00637A13">
        <w:trPr>
          <w:trHeight w:hRule="exact" w:val="8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4.3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Водоем зимой и летом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98208F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5F773F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5F773F" w:rsidRDefault="00A23EA2" w:rsidP="00637A1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24.02.202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4-03.03.2024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подготовка вопросов по изученному разделу для одноклассников.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022E4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4000A4" w:rsidRPr="004000A4" w:rsidTr="004000A4">
        <w:trPr>
          <w:trHeight w:hRule="exact" w:val="421"/>
        </w:trPr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Итого по модулю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121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</w:tr>
      <w:tr w:rsidR="004000A4" w:rsidRPr="001B5220" w:rsidTr="00B267FB">
        <w:trPr>
          <w:trHeight w:hRule="exact" w:val="411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Модуль 5. </w:t>
            </w:r>
            <w:r w:rsidRPr="004000A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Современный транспорт и безопасность.</w:t>
            </w:r>
          </w:p>
        </w:tc>
      </w:tr>
      <w:tr w:rsidR="004000A4" w:rsidRPr="004000A4" w:rsidTr="005F773F">
        <w:trPr>
          <w:trHeight w:hRule="exact" w:val="103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Транспорт в современном мире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A23EA2" w:rsidRDefault="00A23EA2" w:rsidP="004000A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10.03.202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учебника;</w:t>
            </w:r>
          </w:p>
          <w:p w:rsidR="004000A4" w:rsidRPr="004000A4" w:rsidRDefault="004000A4" w:rsidP="004000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рубриками «Медицинская страничка» и «Это полезно знать!».</w:t>
            </w:r>
          </w:p>
          <w:p w:rsidR="004000A4" w:rsidRPr="004000A4" w:rsidRDefault="004000A4" w:rsidP="004000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текста</w:t>
            </w:r>
          </w:p>
          <w:p w:rsidR="004000A4" w:rsidRPr="004000A4" w:rsidRDefault="004000A4" w:rsidP="004000A4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учебника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4000A4" w:rsidRPr="004000A4" w:rsidTr="005F773F">
        <w:trPr>
          <w:trHeight w:hRule="exact" w:val="255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.2.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Чрезвычайные ситуации на дорогах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98208F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5F773F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5F773F" w:rsidRDefault="00A23EA2" w:rsidP="004000A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17.03.202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  <w:r w:rsidR="005F773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07.04.2024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45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подготовка вопросов по изученному разделу для одноклассников.</w:t>
            </w:r>
            <w:r w:rsidR="005F773F"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Участие в учебном диалоге</w:t>
            </w:r>
            <w:r w:rsidR="005F773F"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учебника. </w:t>
            </w:r>
            <w:r w:rsidR="005F773F"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="005F773F"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подготовка вопросов по изученному разделу для одноклассников. Раскрывают понятие «п</w:t>
            </w:r>
            <w:r w:rsidR="005F77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ервая помощь» и её содержание; </w:t>
            </w:r>
            <w:r w:rsidR="005F773F"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Анализируют универсальный алгоритм оказания первой помощи; Характеризуют назначение и состав аптечки первой помощи;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4000A4" w:rsidRPr="004000A4" w:rsidTr="005F773F">
        <w:trPr>
          <w:trHeight w:hRule="exact" w:val="70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.5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Опасные ситуации в метро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A23EA2" w:rsidP="004000A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14.04.2024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637A13" w:rsidP="004000A4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Default="004000A4" w:rsidP="004000A4">
            <w:r w:rsidRPr="00C367FE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4000A4" w:rsidRPr="004000A4" w:rsidTr="00637A13">
        <w:trPr>
          <w:trHeight w:hRule="exact" w:val="8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Авиакатастрофы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A23EA2" w:rsidRDefault="00A23EA2" w:rsidP="004000A4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21.04.202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4000A4" w:rsidP="004000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учебника; работа с рубриками «Медицинская страничка» и «Это полезно знать!». Анализ текста</w:t>
            </w:r>
          </w:p>
          <w:p w:rsidR="004000A4" w:rsidRPr="004000A4" w:rsidRDefault="004000A4" w:rsidP="004000A4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иллюстраций учебника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Pr="004000A4" w:rsidRDefault="00637A13" w:rsidP="004000A4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4000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0A4" w:rsidRDefault="004000A4" w:rsidP="004000A4">
            <w:r w:rsidRPr="00C367FE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4000A4" w:rsidTr="00637A13">
        <w:trPr>
          <w:trHeight w:hRule="exact" w:val="12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773F" w:rsidRDefault="005F773F" w:rsidP="00637A13">
            <w:pPr>
              <w:autoSpaceDE w:val="0"/>
              <w:autoSpaceDN w:val="0"/>
              <w:spacing w:before="100" w:after="0" w:line="262" w:lineRule="auto"/>
              <w:ind w:left="72" w:right="115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Железнодоро</w:t>
            </w:r>
            <w:proofErr w:type="spellEnd"/>
          </w:p>
          <w:p w:rsidR="00637A13" w:rsidRPr="004000A4" w:rsidRDefault="00637A13" w:rsidP="00637A13">
            <w:pPr>
              <w:autoSpaceDE w:val="0"/>
              <w:autoSpaceDN w:val="0"/>
              <w:spacing w:before="100" w:after="0" w:line="262" w:lineRule="auto"/>
              <w:ind w:left="72" w:right="115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ные</w:t>
            </w:r>
            <w:proofErr w:type="spellEnd"/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катастрофы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A23EA2" w:rsidRDefault="00A23EA2" w:rsidP="00637A13">
            <w:pPr>
              <w:autoSpaceDE w:val="0"/>
              <w:autoSpaceDN w:val="0"/>
              <w:spacing w:before="100" w:after="0" w:line="230" w:lineRule="auto"/>
              <w:jc w:val="center"/>
              <w:rPr>
                <w:sz w:val="20"/>
                <w:szCs w:val="20"/>
                <w:lang w:val="ru-RU"/>
              </w:rPr>
            </w:pPr>
            <w:r w:rsidRPr="00A23EA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03.05.202</w:t>
            </w:r>
            <w:r w:rsidRPr="00A23EA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рубрикой «Это полезно знать!».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подготовка вопросов по</w:t>
            </w:r>
          </w:p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изученному разделу для одноклассников.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proofErr w:type="spellStart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175A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C367FE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4000A4" w:rsidTr="00637A13">
        <w:trPr>
          <w:trHeight w:hRule="exact" w:val="127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lastRenderedPageBreak/>
              <w:t>5</w:t>
            </w: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.8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Террористические акты на транспорте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A23EA2" w:rsidRDefault="00A23EA2" w:rsidP="00637A13">
            <w:pPr>
              <w:autoSpaceDE w:val="0"/>
              <w:autoSpaceDN w:val="0"/>
              <w:spacing w:before="98" w:after="0" w:line="230" w:lineRule="auto"/>
              <w:ind w:left="72"/>
            </w:pPr>
            <w:r w:rsidRPr="00A23EA2">
              <w:rPr>
                <w:rFonts w:ascii="Times New Roman" w:eastAsia="Times New Roman" w:hAnsi="Times New Roman"/>
                <w:color w:val="000000"/>
              </w:rPr>
              <w:t>10.05.202</w:t>
            </w:r>
            <w:r w:rsidRPr="00A23EA2"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="00637A13" w:rsidRPr="00A23EA2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рубрикой «Вспомните».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Аналитическая деятельность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работа с текстом и иллюстрациями учебника; работа с рубрикой «Это полезно знать!».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текста</w:t>
            </w:r>
          </w:p>
          <w:p w:rsidR="00637A13" w:rsidRPr="004000A4" w:rsidRDefault="00637A13" w:rsidP="00637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учебника. </w:t>
            </w: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составление памятки поведения при нахождении в транспорте бесхозного предмета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proofErr w:type="spellStart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175A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022D0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4000A4" w:rsidTr="00637A13">
        <w:trPr>
          <w:trHeight w:hRule="exact" w:val="9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.9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Проектная деятельность.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98208F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A23EA2" w:rsidRDefault="00A23EA2" w:rsidP="00637A13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A23EA2">
              <w:rPr>
                <w:rFonts w:ascii="Times New Roman" w:eastAsia="Times New Roman" w:hAnsi="Times New Roman"/>
                <w:color w:val="000000"/>
              </w:rPr>
              <w:t>17.05.202</w:t>
            </w:r>
            <w:r w:rsidRPr="00A23EA2"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  <w:r w:rsidR="005F773F" w:rsidRPr="00A23EA2">
              <w:rPr>
                <w:rFonts w:ascii="Times New Roman" w:eastAsia="Times New Roman" w:hAnsi="Times New Roman"/>
                <w:color w:val="000000"/>
                <w:lang w:val="ru-RU"/>
              </w:rPr>
              <w:t>-</w:t>
            </w:r>
            <w:r w:rsidRPr="00A23EA2">
              <w:rPr>
                <w:rFonts w:ascii="Times New Roman" w:eastAsia="Times New Roman" w:hAnsi="Times New Roman"/>
                <w:color w:val="000000"/>
              </w:rPr>
              <w:t>24.05.202</w:t>
            </w:r>
            <w:r w:rsidRPr="00A23EA2"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Проектная деятельность</w:t>
            </w:r>
            <w:r w:rsidRPr="004000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«История великих кораблекрушений», «Правила поведения при чрезвычайной ситуации на корабле»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proofErr w:type="spellStart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175A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175A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Default="00637A13" w:rsidP="00637A13">
            <w:r w:rsidRPr="00022D0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http://0bj.ru/</w:t>
            </w:r>
          </w:p>
        </w:tc>
      </w:tr>
      <w:tr w:rsidR="00637A13" w:rsidRPr="00C87FB9" w:rsidTr="00637A13">
        <w:trPr>
          <w:trHeight w:hRule="exact" w:val="7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.11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Итоговый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0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</w:t>
            </w:r>
            <w:proofErr w:type="spellEnd"/>
            <w:r w:rsidRPr="00400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A23EA2" w:rsidRDefault="00A23EA2" w:rsidP="00637A13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A23EA2">
              <w:rPr>
                <w:rFonts w:ascii="Times New Roman" w:eastAsia="Times New Roman" w:hAnsi="Times New Roman"/>
                <w:color w:val="000000"/>
              </w:rPr>
              <w:t>31.05.202</w:t>
            </w:r>
            <w:r w:rsidRPr="00A23EA2">
              <w:rPr>
                <w:rFonts w:ascii="Times New Roman" w:eastAsia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C87FB9" w:rsidP="00637A1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C87F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Обобщение материала. Подведение итогов.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637A13" w:rsidRDefault="00637A13" w:rsidP="00637A1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Контрольная работа;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637A13" w:rsidP="00637A13">
            <w:pPr>
              <w:rPr>
                <w:lang w:val="ru-RU"/>
              </w:rPr>
            </w:pPr>
            <w:r w:rsidRPr="00022D0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http</w:t>
            </w:r>
            <w:r w:rsidRPr="00C87FB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://0</w:t>
            </w:r>
            <w:proofErr w:type="spellStart"/>
            <w:r w:rsidRPr="00022D0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bj</w:t>
            </w:r>
            <w:proofErr w:type="spellEnd"/>
            <w:r w:rsidRPr="00C87FB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proofErr w:type="spellStart"/>
            <w:r w:rsidRPr="00022D0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ru</w:t>
            </w:r>
            <w:proofErr w:type="spellEnd"/>
            <w:r w:rsidRPr="00C87FB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/</w:t>
            </w:r>
          </w:p>
        </w:tc>
      </w:tr>
      <w:tr w:rsidR="00637A13" w:rsidRPr="00C87FB9" w:rsidTr="004000A4">
        <w:trPr>
          <w:trHeight w:hRule="exact" w:val="350"/>
        </w:trPr>
        <w:tc>
          <w:tcPr>
            <w:tcW w:w="2976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637A13" w:rsidP="00637A1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87FB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Итого по модулю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637A13" w:rsidP="00637A1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87FB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11</w:t>
            </w:r>
          </w:p>
        </w:tc>
        <w:tc>
          <w:tcPr>
            <w:tcW w:w="12176" w:type="dxa"/>
            <w:gridSpan w:val="6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637A13" w:rsidP="00637A1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37A13" w:rsidRPr="00C87FB9" w:rsidTr="00637A13">
        <w:trPr>
          <w:trHeight w:hRule="exact" w:val="8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637A13" w:rsidP="00637A1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000A4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87FB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5F773F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637A13" w:rsidP="00637A1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87FB9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637A13" w:rsidP="00637A1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C87FB9" w:rsidRDefault="00637A13" w:rsidP="00637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7A13" w:rsidRPr="004000A4" w:rsidRDefault="00637A13" w:rsidP="00637A1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F37A23" w:rsidRPr="004000A4" w:rsidRDefault="00F37A23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F37A23" w:rsidRPr="00346F8A" w:rsidRDefault="00F37A23">
      <w:pPr>
        <w:rPr>
          <w:lang w:val="ru-RU"/>
        </w:rPr>
        <w:sectPr w:rsidR="00F37A23" w:rsidRPr="00346F8A">
          <w:pgSz w:w="16840" w:h="11900"/>
          <w:pgMar w:top="284" w:right="640" w:bottom="45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37A23" w:rsidRPr="00346F8A" w:rsidRDefault="00F37A23">
      <w:pPr>
        <w:autoSpaceDE w:val="0"/>
        <w:autoSpaceDN w:val="0"/>
        <w:spacing w:after="66" w:line="220" w:lineRule="exact"/>
        <w:rPr>
          <w:lang w:val="ru-RU"/>
        </w:rPr>
      </w:pPr>
    </w:p>
    <w:p w:rsidR="00F37A23" w:rsidRPr="00C87FB9" w:rsidRDefault="00F37A23">
      <w:pPr>
        <w:autoSpaceDE w:val="0"/>
        <w:autoSpaceDN w:val="0"/>
        <w:spacing w:after="0" w:line="14" w:lineRule="exact"/>
        <w:rPr>
          <w:lang w:val="ru-RU"/>
        </w:rPr>
      </w:pPr>
    </w:p>
    <w:p w:rsidR="00F37A23" w:rsidRPr="007937F3" w:rsidRDefault="00346F8A" w:rsidP="007937F3">
      <w:pPr>
        <w:autoSpaceDE w:val="0"/>
        <w:autoSpaceDN w:val="0"/>
        <w:spacing w:after="320" w:line="230" w:lineRule="auto"/>
        <w:rPr>
          <w:rFonts w:ascii="Times New Roman" w:hAnsi="Times New Roman" w:cs="Times New Roman"/>
          <w:sz w:val="20"/>
          <w:szCs w:val="20"/>
        </w:rPr>
      </w:pPr>
      <w:r w:rsidRPr="007937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606"/>
        <w:gridCol w:w="851"/>
        <w:gridCol w:w="850"/>
        <w:gridCol w:w="851"/>
        <w:gridCol w:w="1559"/>
        <w:gridCol w:w="2331"/>
      </w:tblGrid>
      <w:tr w:rsidR="00F37A23" w:rsidRPr="00A4476E" w:rsidTr="007937F3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  <w:r w:rsidRPr="00A447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3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урока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Количество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Дата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447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изучения</w:t>
            </w:r>
            <w:proofErr w:type="spellEnd"/>
          </w:p>
        </w:tc>
        <w:tc>
          <w:tcPr>
            <w:tcW w:w="2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Виды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A447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формы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447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A447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контроля</w:t>
            </w:r>
            <w:proofErr w:type="spellEnd"/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A4476E" w:rsidRDefault="00F37A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A4476E" w:rsidRDefault="00F37A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7937F3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3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всего</w:t>
            </w:r>
            <w:proofErr w:type="spellEnd"/>
            <w:r w:rsidRPr="00793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7937F3" w:rsidRDefault="00346F8A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3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контрольные</w:t>
            </w:r>
            <w:proofErr w:type="spellEnd"/>
            <w:r w:rsidRPr="00793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3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7937F3" w:rsidRDefault="00346F8A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3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практические</w:t>
            </w:r>
            <w:proofErr w:type="spellEnd"/>
            <w:r w:rsidRPr="00793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3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A4476E" w:rsidRDefault="00F37A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A23" w:rsidRPr="00A4476E" w:rsidRDefault="00F37A23">
            <w:pPr>
              <w:rPr>
                <w:rFonts w:ascii="Times New Roman" w:hAnsi="Times New Roman" w:cs="Times New Roman"/>
              </w:rPr>
            </w:pP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07.09.202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Почему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это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важно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знать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14.09.202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36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Зависит ли здоровье от образа жизни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21.09.202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Физическое здоровье человека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28.09.202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О закаливании и гигиене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05.10.202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Правильное питание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12.10.202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Проблемы экологии питания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19.10.202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 w:rsidP="00346F8A">
            <w:pPr>
              <w:autoSpaceDE w:val="0"/>
              <w:autoSpaceDN w:val="0"/>
              <w:spacing w:before="98" w:after="0" w:line="262" w:lineRule="auto"/>
              <w:ind w:right="86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Психическое здоровье человека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26.10.202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Работа на компьютере. Социальное здоровье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09.11.2023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F37A23" w:rsidRPr="00A4476E" w:rsidTr="007937F3">
        <w:trPr>
          <w:trHeight w:hRule="exact" w:val="9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Репродуктивное здоровье подростков и его охрана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16.11.2023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Устны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й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Как вести себя при пожаре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23.11.202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Средства пожаротушения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30.11.202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Чрезвычайные ситуации в быту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98" w:after="0" w:line="230" w:lineRule="auto"/>
              <w:ind w:left="72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07.12.202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 w:rsidP="006073CE">
            <w:pPr>
              <w:autoSpaceDE w:val="0"/>
              <w:autoSpaceDN w:val="0"/>
              <w:spacing w:before="98" w:after="0" w:line="262" w:lineRule="auto"/>
              <w:ind w:right="43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Залив жилища. Опасное электричество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14.12.2023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15.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Разумная предосторожность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21.12.2023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F37A23" w:rsidRPr="00A4476E" w:rsidTr="007937F3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16.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Если нападение произошло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A51CB6" w:rsidP="007937F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11.01.2024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</w:tbl>
    <w:p w:rsidR="00F37A23" w:rsidRPr="00A4476E" w:rsidRDefault="00F37A23">
      <w:pPr>
        <w:autoSpaceDE w:val="0"/>
        <w:autoSpaceDN w:val="0"/>
        <w:spacing w:after="0" w:line="14" w:lineRule="exact"/>
        <w:rPr>
          <w:rFonts w:ascii="Times New Roman" w:hAnsi="Times New Roman" w:cs="Times New Roman"/>
          <w:lang w:val="ru-RU"/>
        </w:rPr>
      </w:pPr>
    </w:p>
    <w:p w:rsidR="00F37A23" w:rsidRPr="00A4476E" w:rsidRDefault="00F37A23">
      <w:pPr>
        <w:rPr>
          <w:rFonts w:ascii="Times New Roman" w:hAnsi="Times New Roman" w:cs="Times New Roman"/>
          <w:lang w:val="ru-RU"/>
        </w:rPr>
        <w:sectPr w:rsidR="00F37A23" w:rsidRPr="00A4476E">
          <w:pgSz w:w="11900" w:h="16840"/>
          <w:pgMar w:top="298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37A23" w:rsidRPr="00A4476E" w:rsidRDefault="00F37A23">
      <w:pPr>
        <w:autoSpaceDE w:val="0"/>
        <w:autoSpaceDN w:val="0"/>
        <w:spacing w:after="66" w:line="220" w:lineRule="exact"/>
        <w:rPr>
          <w:rFonts w:ascii="Times New Roman" w:hAnsi="Times New Roman" w:cs="Times New Roman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606"/>
        <w:gridCol w:w="851"/>
        <w:gridCol w:w="850"/>
        <w:gridCol w:w="851"/>
        <w:gridCol w:w="1559"/>
        <w:gridCol w:w="2331"/>
      </w:tblGrid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17.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F148B7" w:rsidP="006073CE">
            <w:pPr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073CE" w:rsidRPr="00A4476E">
              <w:rPr>
                <w:rFonts w:ascii="Times New Roman" w:hAnsi="Times New Roman" w:cs="Times New Roman"/>
                <w:lang w:val="ru-RU"/>
              </w:rPr>
              <w:t>Вам звонят в дверь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18.01.202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F148B7" w:rsidP="00F148B7">
            <w:pPr>
              <w:autoSpaceDE w:val="0"/>
              <w:autoSpaceDN w:val="0"/>
              <w:spacing w:before="98" w:after="0" w:line="262" w:lineRule="auto"/>
              <w:ind w:right="144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073CE" w:rsidRPr="00A4476E">
              <w:rPr>
                <w:rFonts w:ascii="Times New Roman" w:hAnsi="Times New Roman" w:cs="Times New Roman"/>
                <w:lang w:val="ru-RU"/>
              </w:rPr>
              <w:t>Опасные игры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25.01.202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Первая помощь при переломах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C67D5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01.02.202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Лес – это серьезно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08.02.202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Если гроза вас застала в лесу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15.02.202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Водоем зимой и летом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22.02.202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Как спастись, если провалился под лед. Правила зимней рыбалки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01.03.2024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24.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6073C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Транспорт в современном мире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15.03.2024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Устный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25.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Чрезвычайные ситуации на дорогах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30.03.202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75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Опасные игры на дорогах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05.04.202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27.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Как вести себя в ДТП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12.04.202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Опасные ситуации в метро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19.04.202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29.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Авиакатастрофы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26.04.202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100" w:after="0" w:line="262" w:lineRule="auto"/>
              <w:ind w:left="72" w:right="1152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Железнодорожные катастрофы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03.05.202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hAnsi="Times New Roman" w:cs="Times New Roman"/>
                <w:lang w:val="ru-RU"/>
              </w:rPr>
              <w:t>Террористические акты на транспорте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 w:rsidP="007937F3">
            <w:pPr>
              <w:autoSpaceDE w:val="0"/>
              <w:autoSpaceDN w:val="0"/>
              <w:spacing w:before="98" w:after="0" w:line="230" w:lineRule="auto"/>
              <w:ind w:left="72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10.05.202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Проектная деятельность.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17.05.202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Проектная деятельность.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24.05.202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7937F3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="00346F8A"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="00346F8A"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F37A23" w:rsidRPr="00A4476E" w:rsidTr="007937F3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Итоговый урок.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51CB6" w:rsidRDefault="00A51CB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31.05.202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</w:tbl>
    <w:p w:rsidR="00F37A23" w:rsidRPr="00A4476E" w:rsidRDefault="00F37A23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F37A23" w:rsidRPr="00A4476E" w:rsidRDefault="00F37A23">
      <w:pPr>
        <w:rPr>
          <w:rFonts w:ascii="Times New Roman" w:hAnsi="Times New Roman" w:cs="Times New Roman"/>
        </w:rPr>
        <w:sectPr w:rsidR="00F37A23" w:rsidRPr="00A4476E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37A23" w:rsidRPr="00A4476E" w:rsidRDefault="00F37A23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720"/>
        <w:gridCol w:w="734"/>
        <w:gridCol w:w="1620"/>
        <w:gridCol w:w="1668"/>
        <w:gridCol w:w="2810"/>
      </w:tblGrid>
      <w:tr w:rsidR="00F37A23" w:rsidRPr="00A4476E">
        <w:trPr>
          <w:trHeight w:hRule="exact" w:val="808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346F8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B8121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C67D5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A4476E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7A23" w:rsidRPr="00A4476E" w:rsidRDefault="00F37A23">
            <w:pPr>
              <w:rPr>
                <w:rFonts w:ascii="Times New Roman" w:hAnsi="Times New Roman" w:cs="Times New Roman"/>
              </w:rPr>
            </w:pPr>
          </w:p>
        </w:tc>
      </w:tr>
    </w:tbl>
    <w:p w:rsidR="00F37A23" w:rsidRPr="00A4476E" w:rsidRDefault="00F37A23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F37A23" w:rsidRDefault="00F37A23">
      <w:pPr>
        <w:sectPr w:rsidR="00F37A2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37A23" w:rsidRDefault="00F37A23">
      <w:pPr>
        <w:autoSpaceDE w:val="0"/>
        <w:autoSpaceDN w:val="0"/>
        <w:spacing w:after="78" w:line="220" w:lineRule="exact"/>
      </w:pPr>
    </w:p>
    <w:p w:rsidR="00F37A23" w:rsidRDefault="00346F8A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F37A23" w:rsidRPr="00346F8A" w:rsidRDefault="00346F8A">
      <w:pPr>
        <w:autoSpaceDE w:val="0"/>
        <w:autoSpaceDN w:val="0"/>
        <w:spacing w:before="346" w:after="0" w:line="298" w:lineRule="auto"/>
        <w:rPr>
          <w:lang w:val="ru-RU"/>
        </w:rPr>
      </w:pP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Основы безопасности жизнедеятельности, 8-9 класс /Виноградова Н.Ф., Смирнов Д.В., Сидоренко Л.В. и другие,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F37A23" w:rsidRPr="00346F8A" w:rsidRDefault="00346F8A">
      <w:pPr>
        <w:autoSpaceDE w:val="0"/>
        <w:autoSpaceDN w:val="0"/>
        <w:spacing w:before="262" w:after="0" w:line="302" w:lineRule="auto"/>
        <w:ind w:right="576"/>
        <w:rPr>
          <w:lang w:val="ru-RU"/>
        </w:rPr>
      </w:pP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346F8A">
        <w:rPr>
          <w:lang w:val="ru-RU"/>
        </w:rPr>
        <w:br/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Виноградова Н.Ф. Основы безопасности жизнедеятельности 5-9 классы. Методическое пособие.</w:t>
      </w:r>
    </w:p>
    <w:p w:rsidR="00F37A23" w:rsidRPr="00346F8A" w:rsidRDefault="00346F8A">
      <w:pPr>
        <w:autoSpaceDE w:val="0"/>
        <w:autoSpaceDN w:val="0"/>
        <w:spacing w:before="72" w:after="0" w:line="230" w:lineRule="auto"/>
        <w:rPr>
          <w:lang w:val="ru-RU"/>
        </w:rPr>
      </w:pP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Москва. Просвещение</w:t>
      </w:r>
    </w:p>
    <w:p w:rsidR="00F37A23" w:rsidRPr="00346F8A" w:rsidRDefault="00346F8A">
      <w:pPr>
        <w:autoSpaceDE w:val="0"/>
        <w:autoSpaceDN w:val="0"/>
        <w:spacing w:before="264" w:after="0" w:line="302" w:lineRule="auto"/>
        <w:ind w:right="1440"/>
        <w:rPr>
          <w:lang w:val="ru-RU"/>
        </w:rPr>
      </w:pPr>
      <w:r w:rsidRPr="00346F8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://0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bj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anty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crim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boxmail</w:t>
      </w:r>
      <w:proofErr w:type="spellEnd"/>
      <w:r w:rsidRPr="00346F8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biz</w:t>
      </w:r>
    </w:p>
    <w:p w:rsidR="00F37A23" w:rsidRPr="00346F8A" w:rsidRDefault="00F37A23">
      <w:pPr>
        <w:rPr>
          <w:lang w:val="ru-RU"/>
        </w:rPr>
        <w:sectPr w:rsidR="00F37A23" w:rsidRPr="00346F8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37A23" w:rsidRPr="00346F8A" w:rsidRDefault="00F37A23">
      <w:pPr>
        <w:autoSpaceDE w:val="0"/>
        <w:autoSpaceDN w:val="0"/>
        <w:spacing w:after="78" w:line="220" w:lineRule="exact"/>
        <w:rPr>
          <w:lang w:val="ru-RU"/>
        </w:rPr>
      </w:pPr>
    </w:p>
    <w:p w:rsidR="005F773F" w:rsidRPr="00A1129A" w:rsidRDefault="00346F8A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A11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МАТЕРИАЛЬНО-ТЕХНИЧЕСКОЕ ОБЕСПЕЧЕНИЕ ОБРАЗОВАТЕЛЬНОГО ПРОЦЕССА </w:t>
      </w:r>
    </w:p>
    <w:p w:rsidR="005F773F" w:rsidRPr="00A1129A" w:rsidRDefault="00A1129A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Планшетный компьютер </w:t>
      </w:r>
    </w:p>
    <w:p w:rsidR="00A1129A" w:rsidRPr="00A1129A" w:rsidRDefault="00346F8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УЧЕБНОЕ ОБОРУДОВАНИЕ </w:t>
      </w:r>
      <w:r w:rsidRPr="00A1129A">
        <w:rPr>
          <w:rFonts w:ascii="Times New Roman" w:hAnsi="Times New Roman" w:cs="Times New Roman"/>
          <w:sz w:val="28"/>
          <w:szCs w:val="28"/>
          <w:lang w:val="ru-RU"/>
        </w:rPr>
        <w:br/>
      </w:r>
      <w:r w:rsidR="00A1129A"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="00A1129A"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="00A1129A"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Дыхательная трубка (воздуховод).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Гипотермический пакет.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Индивидуальный перевязочный пакет.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Бинт марлевый медицинский нестерильный.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Бинт марлевый медицинский нестерильный.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Вата медицинская компрессная.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Косынка медицинская (перевязочная).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Жгут кровоостанавливающий эластичный.</w:t>
      </w:r>
    </w:p>
    <w:p w:rsidR="005F773F" w:rsidRPr="00A1129A" w:rsidRDefault="00A1129A" w:rsidP="00A1129A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Носилки санитарные.</w:t>
      </w:r>
    </w:p>
    <w:p w:rsidR="00F37A23" w:rsidRPr="00A1129A" w:rsidRDefault="00346F8A" w:rsidP="00A1129A">
      <w:pPr>
        <w:autoSpaceDE w:val="0"/>
        <w:autoSpaceDN w:val="0"/>
        <w:spacing w:after="0" w:line="408" w:lineRule="auto"/>
        <w:ind w:right="432"/>
        <w:rPr>
          <w:rFonts w:ascii="Times New Roman" w:hAnsi="Times New Roman" w:cs="Times New Roman"/>
          <w:sz w:val="28"/>
          <w:szCs w:val="28"/>
          <w:lang w:val="ru-RU"/>
        </w:rPr>
      </w:pPr>
      <w:r w:rsidRPr="00A11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ОБОРУДОВАНИЕ ДЛЯ ПРОВЕДЕНИЯ ПРАКТИЧЕСКИХ РАБОТ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A1129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Основное оборудование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Словари, справочники, энциклопедия (по предметной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области).</w:t>
      </w:r>
    </w:p>
    <w:p w:rsidR="00A1129A" w:rsidRPr="00A1129A" w:rsidRDefault="00A1129A" w:rsidP="00A11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A1129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Дополнительное вариативное оборудование</w:t>
      </w:r>
    </w:p>
    <w:p w:rsidR="00A1129A" w:rsidRPr="00A1129A" w:rsidRDefault="00A1129A" w:rsidP="00A1129A">
      <w:pPr>
        <w:rPr>
          <w:rFonts w:ascii="Times New Roman" w:hAnsi="Times New Roman" w:cs="Times New Roman"/>
          <w:sz w:val="28"/>
          <w:szCs w:val="28"/>
          <w:lang w:val="ru-RU"/>
        </w:rPr>
        <w:sectPr w:rsidR="00A1129A" w:rsidRPr="00A1129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A1129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A1129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A1129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Комплект демонстрационных учебных таблиц</w:t>
      </w:r>
    </w:p>
    <w:p w:rsidR="00346F8A" w:rsidRPr="00346F8A" w:rsidRDefault="00346F8A">
      <w:pPr>
        <w:rPr>
          <w:lang w:val="ru-RU"/>
        </w:rPr>
      </w:pPr>
    </w:p>
    <w:sectPr w:rsidR="00346F8A" w:rsidRPr="00346F8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ejaVu Serif">
    <w:altName w:val="MS Mincho"/>
    <w:charset w:val="CC"/>
    <w:family w:val="roman"/>
    <w:pitch w:val="variable"/>
    <w:sig w:usb0="00000001" w:usb1="5200F9FB" w:usb2="0A04002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B5220"/>
    <w:rsid w:val="0029639D"/>
    <w:rsid w:val="00326F90"/>
    <w:rsid w:val="00346F8A"/>
    <w:rsid w:val="004000A4"/>
    <w:rsid w:val="004C30AD"/>
    <w:rsid w:val="0058571F"/>
    <w:rsid w:val="005F773F"/>
    <w:rsid w:val="006073CE"/>
    <w:rsid w:val="00637A13"/>
    <w:rsid w:val="007937F3"/>
    <w:rsid w:val="00930F1D"/>
    <w:rsid w:val="0098208F"/>
    <w:rsid w:val="00A1129A"/>
    <w:rsid w:val="00A23EA2"/>
    <w:rsid w:val="00A4476E"/>
    <w:rsid w:val="00A51CB6"/>
    <w:rsid w:val="00AA1D8D"/>
    <w:rsid w:val="00AC4647"/>
    <w:rsid w:val="00B267FB"/>
    <w:rsid w:val="00B47730"/>
    <w:rsid w:val="00B81218"/>
    <w:rsid w:val="00C67D5F"/>
    <w:rsid w:val="00C87FB9"/>
    <w:rsid w:val="00CB0664"/>
    <w:rsid w:val="00F148B7"/>
    <w:rsid w:val="00F37A2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44F8F4-710D-4EF8-B5A4-31BCE04E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5345</Words>
  <Characters>30472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Надежда</cp:lastModifiedBy>
  <cp:revision>2</cp:revision>
  <dcterms:created xsi:type="dcterms:W3CDTF">2023-09-21T09:44:00Z</dcterms:created>
  <dcterms:modified xsi:type="dcterms:W3CDTF">2023-09-21T09:44:00Z</dcterms:modified>
</cp:coreProperties>
</file>