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F92" w:rsidRPr="006D1CB9" w:rsidRDefault="00550CC9" w:rsidP="00DB1C3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9.2pt;height:475.65pt">
            <v:imagedata r:id="rId6" o:title=""/>
          </v:shape>
        </w:pict>
      </w:r>
    </w:p>
    <w:p w:rsidR="00690F92" w:rsidRPr="006D1CB9" w:rsidRDefault="00690F92" w:rsidP="00DB1C3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37D74" w:rsidRPr="006D1CB9" w:rsidRDefault="00CA4170" w:rsidP="00DB1C3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               </w:t>
      </w:r>
    </w:p>
    <w:p w:rsidR="00B52CF1" w:rsidRPr="006D1CB9" w:rsidRDefault="00237D74" w:rsidP="00DB1C3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lastRenderedPageBreak/>
        <w:t xml:space="preserve">                </w:t>
      </w:r>
      <w:r w:rsidR="00CA4170" w:rsidRPr="006D1CB9">
        <w:rPr>
          <w:rFonts w:ascii="Arial" w:hAnsi="Arial" w:cs="Arial"/>
          <w:b/>
          <w:bCs/>
          <w:sz w:val="28"/>
          <w:szCs w:val="28"/>
        </w:rPr>
        <w:t xml:space="preserve">   </w:t>
      </w:r>
      <w:r w:rsidR="00DB1C3E" w:rsidRPr="006D1CB9">
        <w:rPr>
          <w:rFonts w:ascii="Arial" w:hAnsi="Arial" w:cs="Arial"/>
          <w:b/>
          <w:bCs/>
          <w:sz w:val="28"/>
          <w:szCs w:val="28"/>
        </w:rPr>
        <w:t>Рабочая программ</w:t>
      </w:r>
      <w:r w:rsidR="00DA021A" w:rsidRPr="006D1CB9">
        <w:rPr>
          <w:rFonts w:ascii="Arial" w:hAnsi="Arial" w:cs="Arial"/>
          <w:b/>
          <w:bCs/>
          <w:sz w:val="28"/>
          <w:szCs w:val="28"/>
        </w:rPr>
        <w:t>а</w:t>
      </w:r>
      <w:r w:rsidR="00DB1C3E" w:rsidRPr="006D1CB9">
        <w:rPr>
          <w:rFonts w:ascii="Arial" w:hAnsi="Arial" w:cs="Arial"/>
          <w:b/>
          <w:bCs/>
          <w:sz w:val="28"/>
          <w:szCs w:val="28"/>
        </w:rPr>
        <w:t xml:space="preserve"> по учебному предмет</w:t>
      </w:r>
      <w:r w:rsidR="00B52CF1" w:rsidRPr="006D1CB9">
        <w:rPr>
          <w:rFonts w:ascii="Arial" w:hAnsi="Arial" w:cs="Arial"/>
          <w:b/>
          <w:bCs/>
          <w:sz w:val="28"/>
          <w:szCs w:val="28"/>
        </w:rPr>
        <w:t>у</w:t>
      </w:r>
      <w:r w:rsidR="00DB1C3E" w:rsidRPr="006D1CB9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2C167D" w:rsidRPr="006D1CB9" w:rsidRDefault="008D3C00" w:rsidP="00DB1C3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                      </w:t>
      </w:r>
      <w:r w:rsidR="00DB1C3E" w:rsidRPr="006D1CB9">
        <w:rPr>
          <w:rFonts w:ascii="Arial" w:hAnsi="Arial" w:cs="Arial"/>
          <w:b/>
          <w:bCs/>
          <w:sz w:val="28"/>
          <w:szCs w:val="28"/>
        </w:rPr>
        <w:t>«</w:t>
      </w:r>
      <w:r w:rsidR="00B52CF1" w:rsidRPr="006D1CB9">
        <w:rPr>
          <w:rFonts w:ascii="Arial" w:hAnsi="Arial" w:cs="Arial"/>
          <w:b/>
          <w:bCs/>
          <w:sz w:val="28"/>
          <w:szCs w:val="28"/>
        </w:rPr>
        <w:t>Изобразительное искусство</w:t>
      </w:r>
      <w:r w:rsidR="00DB1C3E" w:rsidRPr="006D1CB9">
        <w:rPr>
          <w:rFonts w:ascii="Arial" w:hAnsi="Arial" w:cs="Arial"/>
          <w:b/>
          <w:bCs/>
          <w:sz w:val="28"/>
          <w:szCs w:val="28"/>
        </w:rPr>
        <w:t xml:space="preserve">». 5 – </w:t>
      </w:r>
      <w:r w:rsidR="0064386B" w:rsidRPr="006D1CB9">
        <w:rPr>
          <w:rFonts w:ascii="Arial" w:hAnsi="Arial" w:cs="Arial"/>
          <w:b/>
          <w:bCs/>
          <w:sz w:val="28"/>
          <w:szCs w:val="28"/>
        </w:rPr>
        <w:t>7</w:t>
      </w:r>
      <w:r w:rsidR="00DB1C3E" w:rsidRPr="006D1CB9">
        <w:rPr>
          <w:rFonts w:ascii="Arial" w:hAnsi="Arial" w:cs="Arial"/>
          <w:b/>
          <w:bCs/>
          <w:sz w:val="28"/>
          <w:szCs w:val="28"/>
        </w:rPr>
        <w:t xml:space="preserve"> класс.</w:t>
      </w:r>
      <w:r w:rsidR="00CA4170" w:rsidRPr="006D1CB9">
        <w:rPr>
          <w:rFonts w:ascii="Arial" w:hAnsi="Arial" w:cs="Arial"/>
          <w:b/>
          <w:bCs/>
          <w:sz w:val="28"/>
          <w:szCs w:val="28"/>
        </w:rPr>
        <w:t xml:space="preserve">            </w:t>
      </w:r>
    </w:p>
    <w:p w:rsidR="008D3C00" w:rsidRPr="006D1CB9" w:rsidRDefault="008D3C00" w:rsidP="00DB1C3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D3C00" w:rsidRPr="006D1CB9" w:rsidRDefault="008D3C00" w:rsidP="00DB1C3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D3C00" w:rsidRPr="006D1CB9" w:rsidRDefault="008D3C00" w:rsidP="008D3C00">
      <w:pPr>
        <w:spacing w:line="264" w:lineRule="auto"/>
        <w:ind w:left="12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b/>
          <w:color w:val="000000"/>
          <w:sz w:val="28"/>
          <w:szCs w:val="28"/>
        </w:rPr>
        <w:t xml:space="preserve">ПОЯСНИТЕЛЬНАЯ ЗАПИСКА            </w:t>
      </w:r>
    </w:p>
    <w:p w:rsidR="008D3C00" w:rsidRPr="006D1CB9" w:rsidRDefault="008D3C00" w:rsidP="008D3C00">
      <w:pPr>
        <w:spacing w:line="264" w:lineRule="auto"/>
        <w:ind w:left="120"/>
        <w:jc w:val="both"/>
        <w:rPr>
          <w:rFonts w:ascii="Arial" w:hAnsi="Arial" w:cs="Arial"/>
          <w:sz w:val="28"/>
          <w:szCs w:val="28"/>
        </w:rPr>
      </w:pP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proofErr w:type="gramStart"/>
      <w:r w:rsidRPr="006D1CB9">
        <w:rPr>
          <w:rFonts w:ascii="Arial" w:hAnsi="Arial" w:cs="Arial"/>
          <w:color w:val="000000"/>
          <w:sz w:val="28"/>
          <w:szCs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6D1CB9">
        <w:rPr>
          <w:rFonts w:ascii="Arial" w:hAnsi="Arial" w:cs="Arial"/>
          <w:color w:val="000000"/>
          <w:sz w:val="28"/>
          <w:szCs w:val="28"/>
        </w:rPr>
        <w:t>обучающихся</w:t>
      </w:r>
      <w:proofErr w:type="gramEnd"/>
      <w:r w:rsidRPr="006D1CB9">
        <w:rPr>
          <w:rFonts w:ascii="Arial" w:hAnsi="Arial" w:cs="Arial"/>
          <w:color w:val="000000"/>
          <w:sz w:val="28"/>
          <w:szCs w:val="28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 xml:space="preserve">Программа по изобразительному искусству ориентирована на </w:t>
      </w:r>
      <w:proofErr w:type="spellStart"/>
      <w:r w:rsidRPr="006D1CB9">
        <w:rPr>
          <w:rFonts w:ascii="Arial" w:hAnsi="Arial" w:cs="Arial"/>
          <w:color w:val="000000"/>
          <w:sz w:val="28"/>
          <w:szCs w:val="28"/>
        </w:rPr>
        <w:t>психовозрастные</w:t>
      </w:r>
      <w:proofErr w:type="spellEnd"/>
      <w:r w:rsidRPr="006D1CB9">
        <w:rPr>
          <w:rFonts w:ascii="Arial" w:hAnsi="Arial" w:cs="Arial"/>
          <w:color w:val="000000"/>
          <w:sz w:val="28"/>
          <w:szCs w:val="28"/>
        </w:rPr>
        <w:t xml:space="preserve"> особенности развития обучающихся 11–15 лет.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b/>
          <w:color w:val="000000"/>
          <w:sz w:val="28"/>
          <w:szCs w:val="28"/>
        </w:rPr>
        <w:t>Целью изучения изобразительного искусства</w:t>
      </w:r>
      <w:r w:rsidRPr="006D1CB9">
        <w:rPr>
          <w:rFonts w:ascii="Arial" w:hAnsi="Arial" w:cs="Arial"/>
          <w:color w:val="000000"/>
          <w:sz w:val="28"/>
          <w:szCs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b/>
          <w:color w:val="000000"/>
          <w:sz w:val="28"/>
          <w:szCs w:val="28"/>
        </w:rPr>
        <w:lastRenderedPageBreak/>
        <w:t>Задачами изобразительного искусства являются: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формирование у обучающихся навыков эстетического видения и преобразования мира;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формирование пространственного мышления и аналитических визуальных способностей;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развитие наблюдательности, ассоциативного мышления и творческого воображения;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‌</w:t>
      </w:r>
      <w:bookmarkStart w:id="0" w:name="037c86a0-0100-46f4-8a06-fc1394a836a9"/>
      <w:bookmarkEnd w:id="0"/>
      <w:r w:rsidRPr="006D1CB9">
        <w:rPr>
          <w:rFonts w:ascii="Arial" w:hAnsi="Arial" w:cs="Arial"/>
          <w:color w:val="000000"/>
          <w:sz w:val="28"/>
          <w:szCs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неделю).‌‌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 xml:space="preserve">Содержание программы по изобразительному искусству на уровне основного общего образования структурировано по 3 модулям (3 </w:t>
      </w:r>
      <w:proofErr w:type="gramStart"/>
      <w:r w:rsidRPr="006D1CB9">
        <w:rPr>
          <w:rFonts w:ascii="Arial" w:hAnsi="Arial" w:cs="Arial"/>
          <w:color w:val="000000"/>
          <w:sz w:val="28"/>
          <w:szCs w:val="28"/>
        </w:rPr>
        <w:t>инвариантных</w:t>
      </w:r>
      <w:proofErr w:type="gramEnd"/>
      <w:r w:rsidRPr="006D1CB9">
        <w:rPr>
          <w:rFonts w:ascii="Arial" w:hAnsi="Arial" w:cs="Arial"/>
          <w:color w:val="000000"/>
          <w:sz w:val="28"/>
          <w:szCs w:val="28"/>
        </w:rPr>
        <w:t>). Инвариантные модули реализуются последовательно в 5, 6 и 7 классах.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Модуль №1 «Декоративно-прикладное и народное искусство» (5 класс)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Модуль №2 «Живопись, графика, скульптура» (6 класс)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lastRenderedPageBreak/>
        <w:t>Модуль №3 «Архитектура и дизайн» (7 класс)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8D3C00" w:rsidRPr="006D1CB9" w:rsidRDefault="008D3C00" w:rsidP="008D3C00">
      <w:pPr>
        <w:spacing w:line="264" w:lineRule="auto"/>
        <w:ind w:firstLine="600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color w:val="000000"/>
          <w:sz w:val="28"/>
          <w:szCs w:val="28"/>
        </w:rPr>
        <w:t>‌</w:t>
      </w:r>
    </w:p>
    <w:p w:rsidR="00DB1C3E" w:rsidRPr="006D1CB9" w:rsidRDefault="00DB1C3E">
      <w:pPr>
        <w:rPr>
          <w:rFonts w:ascii="Arial" w:hAnsi="Arial" w:cs="Arial"/>
          <w:sz w:val="28"/>
          <w:szCs w:val="28"/>
        </w:rPr>
      </w:pPr>
    </w:p>
    <w:p w:rsidR="00DB1C3E" w:rsidRPr="006D1CB9" w:rsidRDefault="0048528C">
      <w:pPr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>ЧАСТЬ 1. СОДЕРЖАНИЕ</w:t>
      </w:r>
    </w:p>
    <w:p w:rsidR="00DB1C3E" w:rsidRPr="006D1CB9" w:rsidRDefault="00DB1C3E">
      <w:pPr>
        <w:rPr>
          <w:rFonts w:ascii="Arial" w:hAnsi="Arial" w:cs="Arial"/>
          <w:sz w:val="28"/>
          <w:szCs w:val="28"/>
        </w:rPr>
      </w:pPr>
    </w:p>
    <w:p w:rsidR="0048528C" w:rsidRPr="006D1CB9" w:rsidRDefault="0048528C" w:rsidP="0048528C">
      <w:pPr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МОДУЛЬ № 1 «ДЕКОРАТИВНО-ПРИКЛАДНОЕ И НАРОДНОЕ ИСКУССТВО» </w:t>
      </w:r>
    </w:p>
    <w:p w:rsidR="00B52CF1" w:rsidRPr="006D1CB9" w:rsidRDefault="0048528C" w:rsidP="0048528C">
      <w:pPr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>(5 класс)</w:t>
      </w:r>
    </w:p>
    <w:p w:rsidR="00B52CF1" w:rsidRPr="006D1CB9" w:rsidRDefault="00B52CF1" w:rsidP="00DB1C3E">
      <w:pPr>
        <w:rPr>
          <w:rFonts w:ascii="Arial" w:hAnsi="Arial" w:cs="Arial"/>
          <w:b/>
          <w:bCs/>
          <w:sz w:val="28"/>
          <w:szCs w:val="28"/>
        </w:rPr>
      </w:pPr>
    </w:p>
    <w:p w:rsidR="00B52CF1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Общие сведения о декоративно-прикладном искусстве </w:t>
      </w:r>
    </w:p>
    <w:p w:rsidR="00B52CF1" w:rsidRPr="006D1CB9" w:rsidRDefault="00B52CF1" w:rsidP="005575E8">
      <w:pPr>
        <w:jc w:val="both"/>
        <w:rPr>
          <w:rFonts w:ascii="Arial" w:hAnsi="Arial" w:cs="Arial"/>
          <w:sz w:val="28"/>
          <w:szCs w:val="28"/>
        </w:rPr>
      </w:pPr>
    </w:p>
    <w:p w:rsidR="00B52CF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Декоративно-прикладное искусство и его виды. </w:t>
      </w:r>
    </w:p>
    <w:p w:rsidR="00B52CF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Декоративно-прикладное искусство и предметная среда жизни людей. </w:t>
      </w:r>
    </w:p>
    <w:p w:rsidR="00B52CF1" w:rsidRPr="006D1CB9" w:rsidRDefault="00B52CF1" w:rsidP="005575E8">
      <w:pPr>
        <w:jc w:val="both"/>
        <w:rPr>
          <w:rFonts w:ascii="Arial" w:hAnsi="Arial" w:cs="Arial"/>
          <w:sz w:val="28"/>
          <w:szCs w:val="28"/>
        </w:rPr>
      </w:pPr>
    </w:p>
    <w:p w:rsidR="00B52CF1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Древние корни народного искусства </w:t>
      </w:r>
    </w:p>
    <w:p w:rsidR="007633B4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Истоки образного языка декоративно-прикладного искусства.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Традиционные образы наро</w:t>
      </w:r>
      <w:r w:rsidR="007633B4" w:rsidRPr="006D1CB9">
        <w:rPr>
          <w:rFonts w:ascii="Arial" w:hAnsi="Arial" w:cs="Arial"/>
          <w:sz w:val="28"/>
          <w:szCs w:val="28"/>
        </w:rPr>
        <w:t>дного (крестьянского) прикладно</w:t>
      </w:r>
      <w:r w:rsidRPr="006D1CB9">
        <w:rPr>
          <w:rFonts w:ascii="Arial" w:hAnsi="Arial" w:cs="Arial"/>
          <w:sz w:val="28"/>
          <w:szCs w:val="28"/>
        </w:rPr>
        <w:t xml:space="preserve">го искусства.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Связь народного искусства </w:t>
      </w:r>
      <w:r w:rsidR="007633B4" w:rsidRPr="006D1CB9">
        <w:rPr>
          <w:rFonts w:ascii="Arial" w:hAnsi="Arial" w:cs="Arial"/>
          <w:sz w:val="28"/>
          <w:szCs w:val="28"/>
        </w:rPr>
        <w:t>с природой, бытом, трудом, веро</w:t>
      </w:r>
      <w:r w:rsidR="001C0681" w:rsidRPr="006D1CB9">
        <w:rPr>
          <w:rFonts w:ascii="Arial" w:hAnsi="Arial" w:cs="Arial"/>
          <w:sz w:val="28"/>
          <w:szCs w:val="28"/>
        </w:rPr>
        <w:t>ваниями и эпосом.</w:t>
      </w:r>
    </w:p>
    <w:p w:rsidR="001C0681" w:rsidRPr="006D1CB9" w:rsidRDefault="001C068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Роль </w:t>
      </w:r>
      <w:r w:rsidR="00B52CF1" w:rsidRPr="006D1CB9">
        <w:rPr>
          <w:rFonts w:ascii="Arial" w:hAnsi="Arial" w:cs="Arial"/>
          <w:sz w:val="28"/>
          <w:szCs w:val="28"/>
        </w:rPr>
        <w:t xml:space="preserve">природных материалов в строительстве и изготовлении предметов быта, их значение в характере труда и жизненного уклада.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Образно-символический я</w:t>
      </w:r>
      <w:r w:rsidR="007633B4" w:rsidRPr="006D1CB9">
        <w:rPr>
          <w:rFonts w:ascii="Arial" w:hAnsi="Arial" w:cs="Arial"/>
          <w:sz w:val="28"/>
          <w:szCs w:val="28"/>
        </w:rPr>
        <w:t>зык народного прикладного искус</w:t>
      </w:r>
      <w:r w:rsidRPr="006D1CB9">
        <w:rPr>
          <w:rFonts w:ascii="Arial" w:hAnsi="Arial" w:cs="Arial"/>
          <w:sz w:val="28"/>
          <w:szCs w:val="28"/>
        </w:rPr>
        <w:t xml:space="preserve">ства.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Знаки-символы традиционного крестьянского прикладного искусства.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Выполнение рисунков на темы древних узоров деревянной резьбы, росписи по дереву,</w:t>
      </w:r>
      <w:r w:rsidR="007633B4" w:rsidRPr="006D1CB9">
        <w:rPr>
          <w:rFonts w:ascii="Arial" w:hAnsi="Arial" w:cs="Arial"/>
          <w:sz w:val="28"/>
          <w:szCs w:val="28"/>
        </w:rPr>
        <w:t xml:space="preserve"> вышивки. Освоение навыков деко</w:t>
      </w:r>
      <w:r w:rsidRPr="006D1CB9">
        <w:rPr>
          <w:rFonts w:ascii="Arial" w:hAnsi="Arial" w:cs="Arial"/>
          <w:sz w:val="28"/>
          <w:szCs w:val="28"/>
        </w:rPr>
        <w:t>ративного обобщения в проц</w:t>
      </w:r>
      <w:r w:rsidR="007633B4" w:rsidRPr="006D1CB9">
        <w:rPr>
          <w:rFonts w:ascii="Arial" w:hAnsi="Arial" w:cs="Arial"/>
          <w:sz w:val="28"/>
          <w:szCs w:val="28"/>
        </w:rPr>
        <w:t>ессе практической творческой ра</w:t>
      </w:r>
      <w:r w:rsidRPr="006D1CB9">
        <w:rPr>
          <w:rFonts w:ascii="Arial" w:hAnsi="Arial" w:cs="Arial"/>
          <w:sz w:val="28"/>
          <w:szCs w:val="28"/>
        </w:rPr>
        <w:t xml:space="preserve">боты. </w:t>
      </w:r>
    </w:p>
    <w:p w:rsidR="001C0681" w:rsidRPr="006D1CB9" w:rsidRDefault="001C068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C0681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Убранство русской избы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Конструкция избы, единство красоты и пользы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="003F4C3E" w:rsidRPr="006D1CB9">
        <w:rPr>
          <w:rFonts w:ascii="Arial" w:hAnsi="Arial" w:cs="Arial"/>
          <w:sz w:val="28"/>
          <w:szCs w:val="28"/>
        </w:rPr>
        <w:t xml:space="preserve"> </w:t>
      </w:r>
      <w:proofErr w:type="gramStart"/>
      <w:r w:rsidR="00963D79" w:rsidRPr="006D1CB9">
        <w:rPr>
          <w:rFonts w:ascii="Arial" w:hAnsi="Arial" w:cs="Arial"/>
          <w:sz w:val="28"/>
          <w:szCs w:val="28"/>
        </w:rPr>
        <w:t>функцио</w:t>
      </w:r>
      <w:r w:rsidR="001C0681" w:rsidRPr="006D1CB9">
        <w:rPr>
          <w:rFonts w:ascii="Arial" w:hAnsi="Arial" w:cs="Arial"/>
          <w:sz w:val="28"/>
          <w:szCs w:val="28"/>
        </w:rPr>
        <w:t>нального</w:t>
      </w:r>
      <w:proofErr w:type="gramEnd"/>
      <w:r w:rsidR="001C0681" w:rsidRPr="006D1CB9">
        <w:rPr>
          <w:rFonts w:ascii="Arial" w:hAnsi="Arial" w:cs="Arial"/>
          <w:sz w:val="28"/>
          <w:szCs w:val="28"/>
        </w:rPr>
        <w:t xml:space="preserve"> и </w:t>
      </w:r>
      <w:r w:rsidR="00EF161A" w:rsidRPr="006D1CB9">
        <w:rPr>
          <w:rFonts w:ascii="Arial" w:hAnsi="Arial" w:cs="Arial"/>
          <w:sz w:val="28"/>
          <w:szCs w:val="28"/>
        </w:rPr>
        <w:t>символического</w:t>
      </w:r>
      <w:r w:rsidRPr="006D1CB9">
        <w:rPr>
          <w:rFonts w:ascii="Arial" w:hAnsi="Arial" w:cs="Arial"/>
          <w:sz w:val="28"/>
          <w:szCs w:val="28"/>
        </w:rPr>
        <w:t xml:space="preserve">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в её постройке и украшении.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Символическое значение об</w:t>
      </w:r>
      <w:r w:rsidR="00963D79" w:rsidRPr="006D1CB9">
        <w:rPr>
          <w:rFonts w:ascii="Arial" w:hAnsi="Arial" w:cs="Arial"/>
          <w:sz w:val="28"/>
          <w:szCs w:val="28"/>
        </w:rPr>
        <w:t>разов и мотивов в узорном убран</w:t>
      </w:r>
      <w:r w:rsidRPr="006D1CB9">
        <w:rPr>
          <w:rFonts w:ascii="Arial" w:hAnsi="Arial" w:cs="Arial"/>
          <w:sz w:val="28"/>
          <w:szCs w:val="28"/>
        </w:rPr>
        <w:t>стве русских изб. Картина мир</w:t>
      </w:r>
      <w:r w:rsidR="00963D79" w:rsidRPr="006D1CB9">
        <w:rPr>
          <w:rFonts w:ascii="Arial" w:hAnsi="Arial" w:cs="Arial"/>
          <w:sz w:val="28"/>
          <w:szCs w:val="28"/>
        </w:rPr>
        <w:t>а в образном строе бытового кре</w:t>
      </w:r>
      <w:r w:rsidRPr="006D1CB9">
        <w:rPr>
          <w:rFonts w:ascii="Arial" w:hAnsi="Arial" w:cs="Arial"/>
          <w:sz w:val="28"/>
          <w:szCs w:val="28"/>
        </w:rPr>
        <w:t xml:space="preserve">стьянского искусства.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Выполнение рисунков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эскизов орнаменталь</w:t>
      </w:r>
      <w:r w:rsidR="001C0681" w:rsidRPr="006D1CB9">
        <w:rPr>
          <w:rFonts w:ascii="Arial" w:hAnsi="Arial" w:cs="Arial"/>
          <w:sz w:val="28"/>
          <w:szCs w:val="28"/>
        </w:rPr>
        <w:t>ного декора крестьянского дома.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Устройство внутреннего пространства крестьянского дома. Декоративные элементы жилой среды.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Определяющая роль природных материалов для конструкции и декора традиционной постройки жилого дома в любой </w:t>
      </w:r>
      <w:proofErr w:type="spellStart"/>
      <w:r w:rsidRPr="006D1CB9">
        <w:rPr>
          <w:rFonts w:ascii="Arial" w:hAnsi="Arial" w:cs="Arial"/>
          <w:sz w:val="28"/>
          <w:szCs w:val="28"/>
        </w:rPr>
        <w:t>при_родной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среде. Мудрость соотношения характера постройки, символики её декора и уклада жизни для каждого народа.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Выполнение рисунков предметов народного быта, выявление мудрости их выразительной формы и орнамента</w:t>
      </w:r>
      <w:r w:rsidR="00963D79" w:rsidRPr="006D1CB9">
        <w:rPr>
          <w:rFonts w:ascii="Arial" w:hAnsi="Arial" w:cs="Arial"/>
          <w:sz w:val="28"/>
          <w:szCs w:val="28"/>
        </w:rPr>
        <w:t>льно-символи</w:t>
      </w:r>
      <w:r w:rsidRPr="006D1CB9">
        <w:rPr>
          <w:rFonts w:ascii="Arial" w:hAnsi="Arial" w:cs="Arial"/>
          <w:sz w:val="28"/>
          <w:szCs w:val="28"/>
        </w:rPr>
        <w:t xml:space="preserve">ческого оформления. </w:t>
      </w:r>
    </w:p>
    <w:p w:rsidR="001C0681" w:rsidRPr="006D1CB9" w:rsidRDefault="001C068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1C0681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Народный праздничный костюм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Образный строй народного праздничного костюма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="00963D79" w:rsidRPr="006D1CB9">
        <w:rPr>
          <w:rFonts w:ascii="Arial" w:hAnsi="Arial" w:cs="Arial"/>
          <w:sz w:val="28"/>
          <w:szCs w:val="28"/>
        </w:rPr>
        <w:t xml:space="preserve"> женско</w:t>
      </w:r>
      <w:r w:rsidRPr="006D1CB9">
        <w:rPr>
          <w:rFonts w:ascii="Arial" w:hAnsi="Arial" w:cs="Arial"/>
          <w:sz w:val="28"/>
          <w:szCs w:val="28"/>
        </w:rPr>
        <w:t xml:space="preserve">го и мужского. </w:t>
      </w:r>
    </w:p>
    <w:p w:rsidR="001C0681" w:rsidRPr="006D1CB9" w:rsidRDefault="001C068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Традиционная </w:t>
      </w:r>
      <w:r w:rsidR="00B52CF1" w:rsidRPr="006D1CB9">
        <w:rPr>
          <w:rFonts w:ascii="Arial" w:hAnsi="Arial" w:cs="Arial"/>
          <w:sz w:val="28"/>
          <w:szCs w:val="28"/>
        </w:rPr>
        <w:t xml:space="preserve">конструкция русского женского костюма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="00B52CF1" w:rsidRPr="006D1CB9">
        <w:rPr>
          <w:rFonts w:ascii="Arial" w:hAnsi="Arial" w:cs="Arial"/>
          <w:sz w:val="28"/>
          <w:szCs w:val="28"/>
        </w:rPr>
        <w:t xml:space="preserve"> северорусский (сарафан) и южнорусский (понёва) варианты.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Разнообразие форм и укра</w:t>
      </w:r>
      <w:r w:rsidR="00963D79" w:rsidRPr="006D1CB9">
        <w:rPr>
          <w:rFonts w:ascii="Arial" w:hAnsi="Arial" w:cs="Arial"/>
          <w:sz w:val="28"/>
          <w:szCs w:val="28"/>
        </w:rPr>
        <w:t>шений народного праздничного ко</w:t>
      </w:r>
      <w:r w:rsidRPr="006D1CB9">
        <w:rPr>
          <w:rFonts w:ascii="Arial" w:hAnsi="Arial" w:cs="Arial"/>
          <w:sz w:val="28"/>
          <w:szCs w:val="28"/>
        </w:rPr>
        <w:t xml:space="preserve">стюма для различных регионов страны.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Искусство народной вы</w:t>
      </w:r>
      <w:r w:rsidR="00963D79" w:rsidRPr="006D1CB9">
        <w:rPr>
          <w:rFonts w:ascii="Arial" w:hAnsi="Arial" w:cs="Arial"/>
          <w:sz w:val="28"/>
          <w:szCs w:val="28"/>
        </w:rPr>
        <w:t>шивки. Вышивка в народных костю</w:t>
      </w:r>
      <w:r w:rsidRPr="006D1CB9">
        <w:rPr>
          <w:rFonts w:ascii="Arial" w:hAnsi="Arial" w:cs="Arial"/>
          <w:sz w:val="28"/>
          <w:szCs w:val="28"/>
        </w:rPr>
        <w:t>мах и обрядах. Древнее прои</w:t>
      </w:r>
      <w:r w:rsidR="00963D79" w:rsidRPr="006D1CB9">
        <w:rPr>
          <w:rFonts w:ascii="Arial" w:hAnsi="Arial" w:cs="Arial"/>
          <w:sz w:val="28"/>
          <w:szCs w:val="28"/>
        </w:rPr>
        <w:t>схождение и присутствие всех ти</w:t>
      </w:r>
      <w:r w:rsidRPr="006D1CB9">
        <w:rPr>
          <w:rFonts w:ascii="Arial" w:hAnsi="Arial" w:cs="Arial"/>
          <w:sz w:val="28"/>
          <w:szCs w:val="28"/>
        </w:rPr>
        <w:t>пов орнаментов в народно</w:t>
      </w:r>
      <w:r w:rsidR="00963D79" w:rsidRPr="006D1CB9">
        <w:rPr>
          <w:rFonts w:ascii="Arial" w:hAnsi="Arial" w:cs="Arial"/>
          <w:sz w:val="28"/>
          <w:szCs w:val="28"/>
        </w:rPr>
        <w:t>й вышивке. Символическое изобра</w:t>
      </w:r>
      <w:r w:rsidRPr="006D1CB9">
        <w:rPr>
          <w:rFonts w:ascii="Arial" w:hAnsi="Arial" w:cs="Arial"/>
          <w:sz w:val="28"/>
          <w:szCs w:val="28"/>
        </w:rPr>
        <w:t>жение женских фигур и об</w:t>
      </w:r>
      <w:r w:rsidR="00963D79" w:rsidRPr="006D1CB9">
        <w:rPr>
          <w:rFonts w:ascii="Arial" w:hAnsi="Arial" w:cs="Arial"/>
          <w:sz w:val="28"/>
          <w:szCs w:val="28"/>
        </w:rPr>
        <w:t>разов всадников в орнаментах вы</w:t>
      </w:r>
      <w:r w:rsidRPr="006D1CB9">
        <w:rPr>
          <w:rFonts w:ascii="Arial" w:hAnsi="Arial" w:cs="Arial"/>
          <w:sz w:val="28"/>
          <w:szCs w:val="28"/>
        </w:rPr>
        <w:t xml:space="preserve">шивки. Особенности традиционных орнаментов текстильных промыслов в разных регионах страны.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Выполнение рисунков</w:t>
      </w:r>
      <w:r w:rsidR="00963D79" w:rsidRPr="006D1CB9">
        <w:rPr>
          <w:rFonts w:ascii="Arial" w:hAnsi="Arial" w:cs="Arial"/>
          <w:sz w:val="28"/>
          <w:szCs w:val="28"/>
        </w:rPr>
        <w:t xml:space="preserve"> традиционных праздничных костю</w:t>
      </w:r>
      <w:r w:rsidRPr="006D1CB9">
        <w:rPr>
          <w:rFonts w:ascii="Arial" w:hAnsi="Arial" w:cs="Arial"/>
          <w:sz w:val="28"/>
          <w:szCs w:val="28"/>
        </w:rPr>
        <w:t>мов, выражение в форме, цв</w:t>
      </w:r>
      <w:r w:rsidR="00963D79" w:rsidRPr="006D1CB9">
        <w:rPr>
          <w:rFonts w:ascii="Arial" w:hAnsi="Arial" w:cs="Arial"/>
          <w:sz w:val="28"/>
          <w:szCs w:val="28"/>
        </w:rPr>
        <w:t>етовом решении, орнаментике кос</w:t>
      </w:r>
      <w:r w:rsidRPr="006D1CB9">
        <w:rPr>
          <w:rFonts w:ascii="Arial" w:hAnsi="Arial" w:cs="Arial"/>
          <w:sz w:val="28"/>
          <w:szCs w:val="28"/>
        </w:rPr>
        <w:t xml:space="preserve">тюма черт национального своеобразия.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Народные праздники и праздничные обряды как синтез всех видов народного творчества.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Выполнение сюжетной композиции или участие в работе по созданию коллективного панно на тему традиций народных праздников. </w:t>
      </w:r>
    </w:p>
    <w:p w:rsidR="001C0681" w:rsidRPr="006D1CB9" w:rsidRDefault="001C0681" w:rsidP="005575E8">
      <w:pPr>
        <w:jc w:val="both"/>
        <w:rPr>
          <w:rFonts w:ascii="Arial" w:hAnsi="Arial" w:cs="Arial"/>
          <w:sz w:val="28"/>
          <w:szCs w:val="28"/>
        </w:rPr>
      </w:pPr>
    </w:p>
    <w:p w:rsidR="001C0681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Народные художественные промыслы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Роль и значение народных промыслов в современной жизни. Искусство и ремесло. Тради</w:t>
      </w:r>
      <w:r w:rsidR="00963D79" w:rsidRPr="006D1CB9">
        <w:rPr>
          <w:rFonts w:ascii="Arial" w:hAnsi="Arial" w:cs="Arial"/>
          <w:sz w:val="28"/>
          <w:szCs w:val="28"/>
        </w:rPr>
        <w:t>ции культуры, особенные для каж</w:t>
      </w:r>
      <w:r w:rsidRPr="006D1CB9">
        <w:rPr>
          <w:rFonts w:ascii="Arial" w:hAnsi="Arial" w:cs="Arial"/>
          <w:sz w:val="28"/>
          <w:szCs w:val="28"/>
        </w:rPr>
        <w:t xml:space="preserve">дого региона.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Многообразие видов традиционных ремёсел и происхождение художественных промыслов народов России.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Разнообразие материалов н</w:t>
      </w:r>
      <w:r w:rsidR="00963D79" w:rsidRPr="006D1CB9">
        <w:rPr>
          <w:rFonts w:ascii="Arial" w:hAnsi="Arial" w:cs="Arial"/>
          <w:sz w:val="28"/>
          <w:szCs w:val="28"/>
        </w:rPr>
        <w:t>ародных ремёсел и их связь с ре</w:t>
      </w:r>
      <w:r w:rsidRPr="006D1CB9">
        <w:rPr>
          <w:rFonts w:ascii="Arial" w:hAnsi="Arial" w:cs="Arial"/>
          <w:sz w:val="28"/>
          <w:szCs w:val="28"/>
        </w:rPr>
        <w:t xml:space="preserve">гионально-национальным бытом (дерево, береста, керамика, металл, кость, мех и кожа, шерсть и лён и др.).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Традиционные древние образы в современных игрушках </w:t>
      </w:r>
      <w:proofErr w:type="spellStart"/>
      <w:r w:rsidRPr="006D1CB9">
        <w:rPr>
          <w:rFonts w:ascii="Arial" w:hAnsi="Arial" w:cs="Arial"/>
          <w:sz w:val="28"/>
          <w:szCs w:val="28"/>
        </w:rPr>
        <w:t>на_родных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промыслов. Особеннос</w:t>
      </w:r>
      <w:r w:rsidR="00963D79" w:rsidRPr="006D1CB9">
        <w:rPr>
          <w:rFonts w:ascii="Arial" w:hAnsi="Arial" w:cs="Arial"/>
          <w:sz w:val="28"/>
          <w:szCs w:val="28"/>
        </w:rPr>
        <w:t>ти цветового строя, основные ор</w:t>
      </w:r>
      <w:r w:rsidRPr="006D1CB9">
        <w:rPr>
          <w:rFonts w:ascii="Arial" w:hAnsi="Arial" w:cs="Arial"/>
          <w:sz w:val="28"/>
          <w:szCs w:val="28"/>
        </w:rPr>
        <w:t xml:space="preserve">наментальные элементы росписи </w:t>
      </w:r>
      <w:proofErr w:type="spellStart"/>
      <w:r w:rsidRPr="006D1CB9">
        <w:rPr>
          <w:rFonts w:ascii="Arial" w:hAnsi="Arial" w:cs="Arial"/>
          <w:sz w:val="28"/>
          <w:szCs w:val="28"/>
        </w:rPr>
        <w:t>филимоновской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, дымковской, </w:t>
      </w:r>
      <w:proofErr w:type="spellStart"/>
      <w:r w:rsidRPr="006D1CB9">
        <w:rPr>
          <w:rFonts w:ascii="Arial" w:hAnsi="Arial" w:cs="Arial"/>
          <w:sz w:val="28"/>
          <w:szCs w:val="28"/>
        </w:rPr>
        <w:t>каргопольской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игрушки. Местные промыслы игрушек разных регионов страны.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Создание эскиза иг</w:t>
      </w:r>
      <w:r w:rsidR="001C0681" w:rsidRPr="006D1CB9">
        <w:rPr>
          <w:rFonts w:ascii="Arial" w:hAnsi="Arial" w:cs="Arial"/>
          <w:sz w:val="28"/>
          <w:szCs w:val="28"/>
        </w:rPr>
        <w:t>рушки по мотивам избранного про</w:t>
      </w:r>
      <w:r w:rsidRPr="006D1CB9">
        <w:rPr>
          <w:rFonts w:ascii="Arial" w:hAnsi="Arial" w:cs="Arial"/>
          <w:sz w:val="28"/>
          <w:szCs w:val="28"/>
        </w:rPr>
        <w:t xml:space="preserve">мысла.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Роспись по дереву. Хохлома. Краткие сведения по истории хохломского промысла. Травный узор, «травка»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основной мотив хохломского орнамента. Связь с природой. Единство формы и декора в произв</w:t>
      </w:r>
      <w:r w:rsidR="001C0681" w:rsidRPr="006D1CB9">
        <w:rPr>
          <w:rFonts w:ascii="Arial" w:hAnsi="Arial" w:cs="Arial"/>
          <w:sz w:val="28"/>
          <w:szCs w:val="28"/>
        </w:rPr>
        <w:t>едениях промысла. Последователь</w:t>
      </w:r>
      <w:r w:rsidRPr="006D1CB9">
        <w:rPr>
          <w:rFonts w:ascii="Arial" w:hAnsi="Arial" w:cs="Arial"/>
          <w:sz w:val="28"/>
          <w:szCs w:val="28"/>
        </w:rPr>
        <w:t xml:space="preserve">ность выполнения травного орнамента. Праздничность изделий «золотой хохломы».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Городецкая роспись по дереву. Краткие сведения по истории. Традиционные образы городецкой роспис</w:t>
      </w:r>
      <w:r w:rsidR="001C0681" w:rsidRPr="006D1CB9">
        <w:rPr>
          <w:rFonts w:ascii="Arial" w:hAnsi="Arial" w:cs="Arial"/>
          <w:sz w:val="28"/>
          <w:szCs w:val="28"/>
        </w:rPr>
        <w:t>и предметов быта. Птица и конь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традиционные мотивы орнаментальных </w:t>
      </w:r>
      <w:proofErr w:type="spellStart"/>
      <w:r w:rsidRPr="006D1CB9">
        <w:rPr>
          <w:rFonts w:ascii="Arial" w:hAnsi="Arial" w:cs="Arial"/>
          <w:sz w:val="28"/>
          <w:szCs w:val="28"/>
        </w:rPr>
        <w:t>ком_позиций</w:t>
      </w:r>
      <w:proofErr w:type="spellEnd"/>
      <w:r w:rsidRPr="006D1CB9">
        <w:rPr>
          <w:rFonts w:ascii="Arial" w:hAnsi="Arial" w:cs="Arial"/>
          <w:sz w:val="28"/>
          <w:szCs w:val="28"/>
        </w:rPr>
        <w:t>. Сюжетные мотивы</w:t>
      </w:r>
      <w:r w:rsidR="001C0681" w:rsidRPr="006D1CB9">
        <w:rPr>
          <w:rFonts w:ascii="Arial" w:hAnsi="Arial" w:cs="Arial"/>
          <w:sz w:val="28"/>
          <w:szCs w:val="28"/>
        </w:rPr>
        <w:t>, основные приёмы и композицион</w:t>
      </w:r>
      <w:r w:rsidRPr="006D1CB9">
        <w:rPr>
          <w:rFonts w:ascii="Arial" w:hAnsi="Arial" w:cs="Arial"/>
          <w:sz w:val="28"/>
          <w:szCs w:val="28"/>
        </w:rPr>
        <w:t xml:space="preserve">ные особенности городецкой росписи.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</w:t>
      </w:r>
      <w:r w:rsidR="001C0681" w:rsidRPr="006D1CB9">
        <w:rPr>
          <w:rFonts w:ascii="Arial" w:hAnsi="Arial" w:cs="Arial"/>
          <w:sz w:val="28"/>
          <w:szCs w:val="28"/>
        </w:rPr>
        <w:t>льтового декора. Природные моти</w:t>
      </w:r>
      <w:r w:rsidRPr="006D1CB9">
        <w:rPr>
          <w:rFonts w:ascii="Arial" w:hAnsi="Arial" w:cs="Arial"/>
          <w:sz w:val="28"/>
          <w:szCs w:val="28"/>
        </w:rPr>
        <w:t>вы росписи посуды. Приём</w:t>
      </w:r>
      <w:r w:rsidR="001C0681" w:rsidRPr="006D1CB9">
        <w:rPr>
          <w:rFonts w:ascii="Arial" w:hAnsi="Arial" w:cs="Arial"/>
          <w:sz w:val="28"/>
          <w:szCs w:val="28"/>
        </w:rPr>
        <w:t>ы мазка, тональный контраст, со</w:t>
      </w:r>
      <w:r w:rsidRPr="006D1CB9">
        <w:rPr>
          <w:rFonts w:ascii="Arial" w:hAnsi="Arial" w:cs="Arial"/>
          <w:sz w:val="28"/>
          <w:szCs w:val="28"/>
        </w:rPr>
        <w:t xml:space="preserve">четание пятна и линии.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Роспись по металлу. </w:t>
      </w:r>
      <w:proofErr w:type="spellStart"/>
      <w:r w:rsidRPr="006D1CB9">
        <w:rPr>
          <w:rFonts w:ascii="Arial" w:hAnsi="Arial" w:cs="Arial"/>
          <w:sz w:val="28"/>
          <w:szCs w:val="28"/>
        </w:rPr>
        <w:t>Жостово</w:t>
      </w:r>
      <w:proofErr w:type="spellEnd"/>
      <w:r w:rsidRPr="006D1CB9">
        <w:rPr>
          <w:rFonts w:ascii="Arial" w:hAnsi="Arial" w:cs="Arial"/>
          <w:sz w:val="28"/>
          <w:szCs w:val="28"/>
        </w:rPr>
        <w:t>. Краткие сведения по истории промысла. Разнообразие фор</w:t>
      </w:r>
      <w:r w:rsidR="001C0681" w:rsidRPr="006D1CB9">
        <w:rPr>
          <w:rFonts w:ascii="Arial" w:hAnsi="Arial" w:cs="Arial"/>
          <w:sz w:val="28"/>
          <w:szCs w:val="28"/>
        </w:rPr>
        <w:t>м подносов, цветового и компози</w:t>
      </w:r>
      <w:r w:rsidRPr="006D1CB9">
        <w:rPr>
          <w:rFonts w:ascii="Arial" w:hAnsi="Arial" w:cs="Arial"/>
          <w:sz w:val="28"/>
          <w:szCs w:val="28"/>
        </w:rPr>
        <w:t>ционного решения росписе</w:t>
      </w:r>
      <w:r w:rsidR="001C0681" w:rsidRPr="006D1CB9">
        <w:rPr>
          <w:rFonts w:ascii="Arial" w:hAnsi="Arial" w:cs="Arial"/>
          <w:sz w:val="28"/>
          <w:szCs w:val="28"/>
        </w:rPr>
        <w:t>й. Приёмы свободной кистевой им</w:t>
      </w:r>
      <w:r w:rsidRPr="006D1CB9">
        <w:rPr>
          <w:rFonts w:ascii="Arial" w:hAnsi="Arial" w:cs="Arial"/>
          <w:sz w:val="28"/>
          <w:szCs w:val="28"/>
        </w:rPr>
        <w:t>провизации в живописи цв</w:t>
      </w:r>
      <w:r w:rsidR="001C0681" w:rsidRPr="006D1CB9">
        <w:rPr>
          <w:rFonts w:ascii="Arial" w:hAnsi="Arial" w:cs="Arial"/>
          <w:sz w:val="28"/>
          <w:szCs w:val="28"/>
        </w:rPr>
        <w:t>еточных букетов. Эффект освещён</w:t>
      </w:r>
      <w:r w:rsidRPr="006D1CB9">
        <w:rPr>
          <w:rFonts w:ascii="Arial" w:hAnsi="Arial" w:cs="Arial"/>
          <w:sz w:val="28"/>
          <w:szCs w:val="28"/>
        </w:rPr>
        <w:t xml:space="preserve">ности и объёмности изображения.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Древние традиции художес</w:t>
      </w:r>
      <w:r w:rsidR="001C0681" w:rsidRPr="006D1CB9">
        <w:rPr>
          <w:rFonts w:ascii="Arial" w:hAnsi="Arial" w:cs="Arial"/>
          <w:sz w:val="28"/>
          <w:szCs w:val="28"/>
        </w:rPr>
        <w:t>твенной обработки металла в раз</w:t>
      </w:r>
      <w:r w:rsidRPr="006D1CB9">
        <w:rPr>
          <w:rFonts w:ascii="Arial" w:hAnsi="Arial" w:cs="Arial"/>
          <w:sz w:val="28"/>
          <w:szCs w:val="28"/>
        </w:rPr>
        <w:t xml:space="preserve">ных регионах страны. Разнообразие назначения предметов и художественно-технических приёмов работы с металлом.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Искусство лаковой живописи</w:t>
      </w:r>
      <w:r w:rsidR="001C0681" w:rsidRPr="006D1CB9">
        <w:rPr>
          <w:rFonts w:ascii="Arial" w:hAnsi="Arial" w:cs="Arial"/>
          <w:sz w:val="28"/>
          <w:szCs w:val="28"/>
        </w:rPr>
        <w:t xml:space="preserve">: Палех, Федоскино, </w:t>
      </w:r>
      <w:proofErr w:type="gramStart"/>
      <w:r w:rsidR="001C0681" w:rsidRPr="006D1CB9">
        <w:rPr>
          <w:rFonts w:ascii="Arial" w:hAnsi="Arial" w:cs="Arial"/>
          <w:sz w:val="28"/>
          <w:szCs w:val="28"/>
        </w:rPr>
        <w:t>Холуй</w:t>
      </w:r>
      <w:proofErr w:type="gramEnd"/>
      <w:r w:rsidR="001C0681" w:rsidRPr="006D1CB9">
        <w:rPr>
          <w:rFonts w:ascii="Arial" w:hAnsi="Arial" w:cs="Arial"/>
          <w:sz w:val="28"/>
          <w:szCs w:val="28"/>
        </w:rPr>
        <w:t>, Мстё</w:t>
      </w:r>
      <w:r w:rsidRPr="006D1CB9">
        <w:rPr>
          <w:rFonts w:ascii="Arial" w:hAnsi="Arial" w:cs="Arial"/>
          <w:sz w:val="28"/>
          <w:szCs w:val="28"/>
        </w:rPr>
        <w:t xml:space="preserve">ра  </w:t>
      </w:r>
      <w:r w:rsidR="001C0681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роспись шкатулок, ларчиков, табакерок из папье-маше. Происхождение искусства лак</w:t>
      </w:r>
      <w:r w:rsidR="001C0681" w:rsidRPr="006D1CB9">
        <w:rPr>
          <w:rFonts w:ascii="Arial" w:hAnsi="Arial" w:cs="Arial"/>
          <w:sz w:val="28"/>
          <w:szCs w:val="28"/>
        </w:rPr>
        <w:t>овой миниатюры в России. Особен</w:t>
      </w:r>
      <w:r w:rsidRPr="006D1CB9">
        <w:rPr>
          <w:rFonts w:ascii="Arial" w:hAnsi="Arial" w:cs="Arial"/>
          <w:sz w:val="28"/>
          <w:szCs w:val="28"/>
        </w:rPr>
        <w:t xml:space="preserve">ности стиля каждой школы. Роль искусства лаковой миниатюры в сохранении и развитии традиций отечественной культуры.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Мир сказок и легенд, примет и оберегов в творчеств</w:t>
      </w:r>
      <w:r w:rsidR="001C0681" w:rsidRPr="006D1CB9">
        <w:rPr>
          <w:rFonts w:ascii="Arial" w:hAnsi="Arial" w:cs="Arial"/>
          <w:sz w:val="28"/>
          <w:szCs w:val="28"/>
        </w:rPr>
        <w:t>е масте</w:t>
      </w:r>
      <w:r w:rsidRPr="006D1CB9">
        <w:rPr>
          <w:rFonts w:ascii="Arial" w:hAnsi="Arial" w:cs="Arial"/>
          <w:sz w:val="28"/>
          <w:szCs w:val="28"/>
        </w:rPr>
        <w:t xml:space="preserve">ров художественных промыслов.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Отражение в изделиях народных промыслов многообразия исторических, духовных и культурных традиций.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Народные художественные ремёсла и промыслы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="001C0681" w:rsidRPr="006D1CB9">
        <w:rPr>
          <w:rFonts w:ascii="Arial" w:hAnsi="Arial" w:cs="Arial"/>
          <w:sz w:val="28"/>
          <w:szCs w:val="28"/>
        </w:rPr>
        <w:t xml:space="preserve"> матери</w:t>
      </w:r>
      <w:r w:rsidRPr="006D1CB9">
        <w:rPr>
          <w:rFonts w:ascii="Arial" w:hAnsi="Arial" w:cs="Arial"/>
          <w:sz w:val="28"/>
          <w:szCs w:val="28"/>
        </w:rPr>
        <w:t xml:space="preserve">альные и духовные ценности, неотъемлемая часть культурного наследия России. </w:t>
      </w:r>
    </w:p>
    <w:p w:rsidR="001C0681" w:rsidRPr="006D1CB9" w:rsidRDefault="001C0681" w:rsidP="005575E8">
      <w:pPr>
        <w:jc w:val="both"/>
        <w:rPr>
          <w:rFonts w:ascii="Arial" w:hAnsi="Arial" w:cs="Arial"/>
          <w:sz w:val="28"/>
          <w:szCs w:val="28"/>
        </w:rPr>
      </w:pPr>
    </w:p>
    <w:p w:rsidR="001C0681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Декоративно-прикладное искусство в культуре разных эпох и народов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Роль декоративно-прикладного искусства в культуре древних цивилизаций.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Отражение в декоре миро</w:t>
      </w:r>
      <w:r w:rsidR="001C0681" w:rsidRPr="006D1CB9">
        <w:rPr>
          <w:rFonts w:ascii="Arial" w:hAnsi="Arial" w:cs="Arial"/>
          <w:sz w:val="28"/>
          <w:szCs w:val="28"/>
        </w:rPr>
        <w:t>воззрения эпохи, организации об</w:t>
      </w:r>
      <w:r w:rsidRPr="006D1CB9">
        <w:rPr>
          <w:rFonts w:ascii="Arial" w:hAnsi="Arial" w:cs="Arial"/>
          <w:sz w:val="28"/>
          <w:szCs w:val="28"/>
        </w:rPr>
        <w:t>щества, традиций быта и ремесла, уклада жизни людей. Характерные признаки п</w:t>
      </w:r>
      <w:r w:rsidR="001C0681" w:rsidRPr="006D1CB9">
        <w:rPr>
          <w:rFonts w:ascii="Arial" w:hAnsi="Arial" w:cs="Arial"/>
          <w:sz w:val="28"/>
          <w:szCs w:val="28"/>
        </w:rPr>
        <w:t>роизведений декоративно-приклад</w:t>
      </w:r>
      <w:r w:rsidRPr="006D1CB9">
        <w:rPr>
          <w:rFonts w:ascii="Arial" w:hAnsi="Arial" w:cs="Arial"/>
          <w:sz w:val="28"/>
          <w:szCs w:val="28"/>
        </w:rPr>
        <w:t xml:space="preserve">ного искусства, основные мотивы и символика орнаментов в культуре разных эпох.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Характерные особенности одежды для культуры разных эпох и народов. Выражение образа</w:t>
      </w:r>
      <w:r w:rsidR="001C0681" w:rsidRPr="006D1CB9">
        <w:rPr>
          <w:rFonts w:ascii="Arial" w:hAnsi="Arial" w:cs="Arial"/>
          <w:sz w:val="28"/>
          <w:szCs w:val="28"/>
        </w:rPr>
        <w:t xml:space="preserve"> человека, его положения в обще</w:t>
      </w:r>
      <w:r w:rsidRPr="006D1CB9">
        <w:rPr>
          <w:rFonts w:ascii="Arial" w:hAnsi="Arial" w:cs="Arial"/>
          <w:sz w:val="28"/>
          <w:szCs w:val="28"/>
        </w:rPr>
        <w:t xml:space="preserve">стве и характера деятельности в его костюме и его украшениях.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Украшение жизненного пр</w:t>
      </w:r>
      <w:r w:rsidR="001C0681" w:rsidRPr="006D1CB9">
        <w:rPr>
          <w:rFonts w:ascii="Arial" w:hAnsi="Arial" w:cs="Arial"/>
          <w:sz w:val="28"/>
          <w:szCs w:val="28"/>
        </w:rPr>
        <w:t>остранства: построений, интерье</w:t>
      </w:r>
      <w:r w:rsidRPr="006D1CB9">
        <w:rPr>
          <w:rFonts w:ascii="Arial" w:hAnsi="Arial" w:cs="Arial"/>
          <w:sz w:val="28"/>
          <w:szCs w:val="28"/>
        </w:rPr>
        <w:t>ров, предметов быта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в культуре разных эпох. </w:t>
      </w:r>
    </w:p>
    <w:p w:rsidR="001C0681" w:rsidRPr="006D1CB9" w:rsidRDefault="001C0681" w:rsidP="005575E8">
      <w:pPr>
        <w:jc w:val="both"/>
        <w:rPr>
          <w:rFonts w:ascii="Arial" w:hAnsi="Arial" w:cs="Arial"/>
          <w:sz w:val="28"/>
          <w:szCs w:val="28"/>
        </w:rPr>
      </w:pPr>
    </w:p>
    <w:p w:rsidR="001C0681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Декоративно-прикладное искусство в жизни современного человека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Многообразие материалов </w:t>
      </w:r>
      <w:r w:rsidR="001C0681" w:rsidRPr="006D1CB9">
        <w:rPr>
          <w:rFonts w:ascii="Arial" w:hAnsi="Arial" w:cs="Arial"/>
          <w:sz w:val="28"/>
          <w:szCs w:val="28"/>
        </w:rPr>
        <w:t>и техник современного декоратив</w:t>
      </w:r>
      <w:r w:rsidRPr="006D1CB9">
        <w:rPr>
          <w:rFonts w:ascii="Arial" w:hAnsi="Arial" w:cs="Arial"/>
          <w:sz w:val="28"/>
          <w:szCs w:val="28"/>
        </w:rPr>
        <w:t xml:space="preserve">но-прикладного искусства (художественная керамика, стекло, металл, гобелен, роспись по ткани, моделирование одежды).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Символический знак в современной жизни: эмблема, </w:t>
      </w:r>
      <w:proofErr w:type="spellStart"/>
      <w:r w:rsidRPr="006D1CB9">
        <w:rPr>
          <w:rFonts w:ascii="Arial" w:hAnsi="Arial" w:cs="Arial"/>
          <w:sz w:val="28"/>
          <w:szCs w:val="28"/>
        </w:rPr>
        <w:t>лого_тип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, указующий или декоративный знак.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Государственная символика и традиции геральдики.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Декоративные украшения предметов нашего быта и одежды.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Значение украшений в про</w:t>
      </w:r>
      <w:r w:rsidR="001C0681" w:rsidRPr="006D1CB9">
        <w:rPr>
          <w:rFonts w:ascii="Arial" w:hAnsi="Arial" w:cs="Arial"/>
          <w:sz w:val="28"/>
          <w:szCs w:val="28"/>
        </w:rPr>
        <w:t>явлении образа человека, его ха</w:t>
      </w:r>
      <w:r w:rsidRPr="006D1CB9">
        <w:rPr>
          <w:rFonts w:ascii="Arial" w:hAnsi="Arial" w:cs="Arial"/>
          <w:sz w:val="28"/>
          <w:szCs w:val="28"/>
        </w:rPr>
        <w:t xml:space="preserve">рактера, </w:t>
      </w:r>
      <w:proofErr w:type="spellStart"/>
      <w:r w:rsidRPr="006D1CB9">
        <w:rPr>
          <w:rFonts w:ascii="Arial" w:hAnsi="Arial" w:cs="Arial"/>
          <w:sz w:val="28"/>
          <w:szCs w:val="28"/>
        </w:rPr>
        <w:t>самопонимания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, установок и намерений.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Декор на улицах и декор помещений.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Декор праздничный и повседневный. </w:t>
      </w:r>
    </w:p>
    <w:p w:rsidR="001C0681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Праздничное оформление школы. </w:t>
      </w:r>
    </w:p>
    <w:p w:rsidR="00086D2A" w:rsidRPr="006D1CB9" w:rsidRDefault="00086D2A" w:rsidP="005575E8">
      <w:pPr>
        <w:jc w:val="both"/>
        <w:rPr>
          <w:rFonts w:ascii="Arial" w:hAnsi="Arial" w:cs="Arial"/>
          <w:sz w:val="28"/>
          <w:szCs w:val="28"/>
        </w:rPr>
      </w:pPr>
    </w:p>
    <w:p w:rsidR="00086D2A" w:rsidRPr="006D1CB9" w:rsidRDefault="0048528C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>МОДУЛЬ № 2 «ЖИВОПИСЬ, ГРАФИКА, СКУЛЬПТУРА» (6 класс)</w:t>
      </w:r>
    </w:p>
    <w:p w:rsidR="00086D2A" w:rsidRPr="006D1CB9" w:rsidRDefault="00086D2A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i/>
          <w:iCs/>
          <w:sz w:val="28"/>
          <w:szCs w:val="28"/>
        </w:rPr>
      </w:pPr>
      <w:r w:rsidRPr="006D1CB9">
        <w:rPr>
          <w:rFonts w:ascii="Arial" w:hAnsi="Arial" w:cs="Arial"/>
          <w:i/>
          <w:iCs/>
          <w:sz w:val="28"/>
          <w:szCs w:val="28"/>
        </w:rPr>
        <w:t>Общие сведения о видах искусс</w:t>
      </w:r>
      <w:r w:rsidR="007633B4" w:rsidRPr="006D1CB9">
        <w:rPr>
          <w:rFonts w:ascii="Arial" w:hAnsi="Arial" w:cs="Arial"/>
          <w:i/>
          <w:iCs/>
          <w:sz w:val="28"/>
          <w:szCs w:val="28"/>
        </w:rPr>
        <w:t xml:space="preserve">тва </w:t>
      </w:r>
    </w:p>
    <w:p w:rsidR="00086D2A" w:rsidRPr="006D1CB9" w:rsidRDefault="007633B4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Пространственные и временны</w:t>
      </w:r>
      <w:r w:rsidR="00B52CF1" w:rsidRPr="006D1CB9">
        <w:rPr>
          <w:rFonts w:ascii="Arial" w:hAnsi="Arial" w:cs="Arial"/>
          <w:sz w:val="28"/>
          <w:szCs w:val="28"/>
        </w:rPr>
        <w:t xml:space="preserve">е виды искусства.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Изобразительные, конструктивные и декоративные виды пространственных искусств, и</w:t>
      </w:r>
      <w:r w:rsidR="001C0681" w:rsidRPr="006D1CB9">
        <w:rPr>
          <w:rFonts w:ascii="Arial" w:hAnsi="Arial" w:cs="Arial"/>
          <w:sz w:val="28"/>
          <w:szCs w:val="28"/>
        </w:rPr>
        <w:t>х место и назначение в жизни люд</w:t>
      </w:r>
      <w:r w:rsidRPr="006D1CB9">
        <w:rPr>
          <w:rFonts w:ascii="Arial" w:hAnsi="Arial" w:cs="Arial"/>
          <w:sz w:val="28"/>
          <w:szCs w:val="28"/>
        </w:rPr>
        <w:t xml:space="preserve">ей.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Основные виды живописи, графики и скульптуры.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Художник и зритель: зрит</w:t>
      </w:r>
      <w:r w:rsidR="001C0681" w:rsidRPr="006D1CB9">
        <w:rPr>
          <w:rFonts w:ascii="Arial" w:hAnsi="Arial" w:cs="Arial"/>
          <w:sz w:val="28"/>
          <w:szCs w:val="28"/>
        </w:rPr>
        <w:t>ельские умения, знания и творче</w:t>
      </w:r>
      <w:r w:rsidRPr="006D1CB9">
        <w:rPr>
          <w:rFonts w:ascii="Arial" w:hAnsi="Arial" w:cs="Arial"/>
          <w:sz w:val="28"/>
          <w:szCs w:val="28"/>
        </w:rPr>
        <w:t xml:space="preserve">ство зрителя. </w:t>
      </w:r>
    </w:p>
    <w:p w:rsidR="00086D2A" w:rsidRPr="006D1CB9" w:rsidRDefault="00086D2A" w:rsidP="005575E8">
      <w:pPr>
        <w:jc w:val="both"/>
        <w:rPr>
          <w:rFonts w:ascii="Arial" w:hAnsi="Arial" w:cs="Arial"/>
          <w:sz w:val="28"/>
          <w:szCs w:val="28"/>
        </w:rPr>
      </w:pPr>
    </w:p>
    <w:p w:rsidR="00086D2A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Язык изобразительного искусства и его выразительные средства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Живописные, графические и скульптурные художественные материалы, их особые свойства.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 xml:space="preserve">Рисунок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основа изобразительного искусства и мастерства художника. </w:t>
      </w:r>
    </w:p>
    <w:p w:rsidR="007633B4" w:rsidRPr="006D1CB9" w:rsidRDefault="00B52CF1" w:rsidP="005575E8">
      <w:pPr>
        <w:ind w:left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Виды рисунка: зарисовка, н</w:t>
      </w:r>
      <w:r w:rsidR="001C0681" w:rsidRPr="006D1CB9">
        <w:rPr>
          <w:rFonts w:ascii="Arial" w:hAnsi="Arial" w:cs="Arial"/>
          <w:sz w:val="28"/>
          <w:szCs w:val="28"/>
        </w:rPr>
        <w:t>абросок, учебный рисунок и твор</w:t>
      </w:r>
      <w:r w:rsidRPr="006D1CB9">
        <w:rPr>
          <w:rFonts w:ascii="Arial" w:hAnsi="Arial" w:cs="Arial"/>
          <w:sz w:val="28"/>
          <w:szCs w:val="28"/>
        </w:rPr>
        <w:t>ческий рисунок. Навыки размещения ри</w:t>
      </w:r>
      <w:r w:rsidR="007633B4" w:rsidRPr="006D1CB9">
        <w:rPr>
          <w:rFonts w:ascii="Arial" w:hAnsi="Arial" w:cs="Arial"/>
          <w:sz w:val="28"/>
          <w:szCs w:val="28"/>
        </w:rPr>
        <w:t xml:space="preserve">сунка в листе, выбор формата.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Начальные умения рисунка с натуры. Зарисовки простых предметов.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Линейные графические рисунки и наброски.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Тон и тональные отношения: тёмное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светлое.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Ритм и ритмическая организация плоскости листа.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Основы </w:t>
      </w:r>
      <w:proofErr w:type="spellStart"/>
      <w:r w:rsidRPr="006D1CB9">
        <w:rPr>
          <w:rFonts w:ascii="Arial" w:hAnsi="Arial" w:cs="Arial"/>
          <w:sz w:val="28"/>
          <w:szCs w:val="28"/>
        </w:rPr>
        <w:t>цветоведения</w:t>
      </w:r>
      <w:proofErr w:type="spellEnd"/>
      <w:r w:rsidRPr="006D1CB9">
        <w:rPr>
          <w:rFonts w:ascii="Arial" w:hAnsi="Arial" w:cs="Arial"/>
          <w:sz w:val="28"/>
          <w:szCs w:val="28"/>
        </w:rPr>
        <w:t>: понятие цвета в ху</w:t>
      </w:r>
      <w:r w:rsidR="00963D79" w:rsidRPr="006D1CB9">
        <w:rPr>
          <w:rFonts w:ascii="Arial" w:hAnsi="Arial" w:cs="Arial"/>
          <w:sz w:val="28"/>
          <w:szCs w:val="28"/>
        </w:rPr>
        <w:t>дожественной дея</w:t>
      </w:r>
      <w:r w:rsidRPr="006D1CB9">
        <w:rPr>
          <w:rFonts w:ascii="Arial" w:hAnsi="Arial" w:cs="Arial"/>
          <w:sz w:val="28"/>
          <w:szCs w:val="28"/>
        </w:rPr>
        <w:t xml:space="preserve">тельности, физическая основа цвета, цветовой круг, основные и составные цвета, дополнительные цвета.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Цвет как выразительное с</w:t>
      </w:r>
      <w:r w:rsidR="00963D79" w:rsidRPr="006D1CB9">
        <w:rPr>
          <w:rFonts w:ascii="Arial" w:hAnsi="Arial" w:cs="Arial"/>
          <w:sz w:val="28"/>
          <w:szCs w:val="28"/>
        </w:rPr>
        <w:t>редство в изобразительном искус</w:t>
      </w:r>
      <w:r w:rsidRPr="006D1CB9">
        <w:rPr>
          <w:rFonts w:ascii="Arial" w:hAnsi="Arial" w:cs="Arial"/>
          <w:sz w:val="28"/>
          <w:szCs w:val="28"/>
        </w:rPr>
        <w:t xml:space="preserve">стве: холодный и тёплый цвет, понятие цветовых отношений; колорит в живописи.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Виды скульптуры и характе</w:t>
      </w:r>
      <w:r w:rsidR="00963D79" w:rsidRPr="006D1CB9">
        <w:rPr>
          <w:rFonts w:ascii="Arial" w:hAnsi="Arial" w:cs="Arial"/>
          <w:sz w:val="28"/>
          <w:szCs w:val="28"/>
        </w:rPr>
        <w:t>р материала в скульптуре. Скуль</w:t>
      </w:r>
      <w:r w:rsidRPr="006D1CB9">
        <w:rPr>
          <w:rFonts w:ascii="Arial" w:hAnsi="Arial" w:cs="Arial"/>
          <w:sz w:val="28"/>
          <w:szCs w:val="28"/>
        </w:rPr>
        <w:t xml:space="preserve">птурные памятники, парковая скульптура, камерная скульптура.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Статика и движение в скул</w:t>
      </w:r>
      <w:r w:rsidR="00963D79" w:rsidRPr="006D1CB9">
        <w:rPr>
          <w:rFonts w:ascii="Arial" w:hAnsi="Arial" w:cs="Arial"/>
          <w:sz w:val="28"/>
          <w:szCs w:val="28"/>
        </w:rPr>
        <w:t>ьптуре. Круглая скульптура. Про</w:t>
      </w:r>
      <w:r w:rsidRPr="006D1CB9">
        <w:rPr>
          <w:rFonts w:ascii="Arial" w:hAnsi="Arial" w:cs="Arial"/>
          <w:sz w:val="28"/>
          <w:szCs w:val="28"/>
        </w:rPr>
        <w:t xml:space="preserve">изведения мелкой пластики. Виды рельефа. </w:t>
      </w:r>
    </w:p>
    <w:p w:rsidR="00086D2A" w:rsidRPr="006D1CB9" w:rsidRDefault="00086D2A" w:rsidP="005575E8">
      <w:pPr>
        <w:jc w:val="both"/>
        <w:rPr>
          <w:rFonts w:ascii="Arial" w:hAnsi="Arial" w:cs="Arial"/>
          <w:sz w:val="28"/>
          <w:szCs w:val="28"/>
        </w:rPr>
      </w:pPr>
    </w:p>
    <w:p w:rsidR="00086D2A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Жанры изобразительного искусства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Жанровая система в изобр</w:t>
      </w:r>
      <w:r w:rsidR="00963D79" w:rsidRPr="006D1CB9">
        <w:rPr>
          <w:rFonts w:ascii="Arial" w:hAnsi="Arial" w:cs="Arial"/>
          <w:sz w:val="28"/>
          <w:szCs w:val="28"/>
        </w:rPr>
        <w:t>азительном искусстве как инстру</w:t>
      </w:r>
      <w:r w:rsidRPr="006D1CB9">
        <w:rPr>
          <w:rFonts w:ascii="Arial" w:hAnsi="Arial" w:cs="Arial"/>
          <w:sz w:val="28"/>
          <w:szCs w:val="28"/>
        </w:rPr>
        <w:t xml:space="preserve">мент для сравнения и анализа произведений изобразительного искусства.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Предмет изображения, сюжет и содержание произведения изобразительного искусства. </w:t>
      </w:r>
    </w:p>
    <w:p w:rsidR="00086D2A" w:rsidRPr="006D1CB9" w:rsidRDefault="00086D2A" w:rsidP="005575E8">
      <w:pPr>
        <w:jc w:val="both"/>
        <w:rPr>
          <w:rFonts w:ascii="Arial" w:hAnsi="Arial" w:cs="Arial"/>
          <w:sz w:val="28"/>
          <w:szCs w:val="28"/>
        </w:rPr>
      </w:pPr>
    </w:p>
    <w:p w:rsidR="00086D2A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Натюрморт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Изображение предметного мира в изобразительном искусстве и появление жанра натюрморта в европейском и отечественном искусстве.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Основы графической грам</w:t>
      </w:r>
      <w:r w:rsidR="00963D79" w:rsidRPr="006D1CB9">
        <w:rPr>
          <w:rFonts w:ascii="Arial" w:hAnsi="Arial" w:cs="Arial"/>
          <w:sz w:val="28"/>
          <w:szCs w:val="28"/>
        </w:rPr>
        <w:t>оты: правила объёмного изображе</w:t>
      </w:r>
      <w:r w:rsidRPr="006D1CB9">
        <w:rPr>
          <w:rFonts w:ascii="Arial" w:hAnsi="Arial" w:cs="Arial"/>
          <w:sz w:val="28"/>
          <w:szCs w:val="28"/>
        </w:rPr>
        <w:t xml:space="preserve">ния предметов на плоскости.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Линейное построение предмета в пространстве: линия </w:t>
      </w:r>
      <w:proofErr w:type="spellStart"/>
      <w:r w:rsidRPr="006D1CB9">
        <w:rPr>
          <w:rFonts w:ascii="Arial" w:hAnsi="Arial" w:cs="Arial"/>
          <w:sz w:val="28"/>
          <w:szCs w:val="28"/>
        </w:rPr>
        <w:t>гори_зонта</w:t>
      </w:r>
      <w:proofErr w:type="spellEnd"/>
      <w:r w:rsidRPr="006D1CB9">
        <w:rPr>
          <w:rFonts w:ascii="Arial" w:hAnsi="Arial" w:cs="Arial"/>
          <w:sz w:val="28"/>
          <w:szCs w:val="28"/>
        </w:rPr>
        <w:t>, точка зрения и точка схода, прави</w:t>
      </w:r>
      <w:r w:rsidR="00963D79" w:rsidRPr="006D1CB9">
        <w:rPr>
          <w:rFonts w:ascii="Arial" w:hAnsi="Arial" w:cs="Arial"/>
          <w:sz w:val="28"/>
          <w:szCs w:val="28"/>
        </w:rPr>
        <w:t>ла перспективных со</w:t>
      </w:r>
      <w:r w:rsidRPr="006D1CB9">
        <w:rPr>
          <w:rFonts w:ascii="Arial" w:hAnsi="Arial" w:cs="Arial"/>
          <w:sz w:val="28"/>
          <w:szCs w:val="28"/>
        </w:rPr>
        <w:t xml:space="preserve">кращений.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Изображение окружности в перспективе.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Рисование геометрических тел на основе правил линейной перспективы.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Сложная пространственна</w:t>
      </w:r>
      <w:r w:rsidR="00963D79" w:rsidRPr="006D1CB9">
        <w:rPr>
          <w:rFonts w:ascii="Arial" w:hAnsi="Arial" w:cs="Arial"/>
          <w:sz w:val="28"/>
          <w:szCs w:val="28"/>
        </w:rPr>
        <w:t>я форма и выявление её конструк</w:t>
      </w:r>
      <w:r w:rsidRPr="006D1CB9">
        <w:rPr>
          <w:rFonts w:ascii="Arial" w:hAnsi="Arial" w:cs="Arial"/>
          <w:sz w:val="28"/>
          <w:szCs w:val="28"/>
        </w:rPr>
        <w:t xml:space="preserve">ции.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Рисунок сложной формы предмета как соотношение простых геометрических фигур.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Линейный рисунок конст</w:t>
      </w:r>
      <w:r w:rsidR="00963D79" w:rsidRPr="006D1CB9">
        <w:rPr>
          <w:rFonts w:ascii="Arial" w:hAnsi="Arial" w:cs="Arial"/>
          <w:sz w:val="28"/>
          <w:szCs w:val="28"/>
        </w:rPr>
        <w:t>рукции из нескольких геометриче</w:t>
      </w:r>
      <w:r w:rsidRPr="006D1CB9">
        <w:rPr>
          <w:rFonts w:ascii="Arial" w:hAnsi="Arial" w:cs="Arial"/>
          <w:sz w:val="28"/>
          <w:szCs w:val="28"/>
        </w:rPr>
        <w:t xml:space="preserve">ских тел.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 xml:space="preserve">Освещение как средство </w:t>
      </w:r>
      <w:r w:rsidR="007633B4" w:rsidRPr="006D1CB9">
        <w:rPr>
          <w:rFonts w:ascii="Arial" w:hAnsi="Arial" w:cs="Arial"/>
          <w:sz w:val="28"/>
          <w:szCs w:val="28"/>
        </w:rPr>
        <w:t>выявления объёма предмета. Поня</w:t>
      </w:r>
      <w:r w:rsidRPr="006D1CB9">
        <w:rPr>
          <w:rFonts w:ascii="Arial" w:hAnsi="Arial" w:cs="Arial"/>
          <w:sz w:val="28"/>
          <w:szCs w:val="28"/>
        </w:rPr>
        <w:t>тия «свет», «блик», «полут</w:t>
      </w:r>
      <w:r w:rsidR="007633B4" w:rsidRPr="006D1CB9">
        <w:rPr>
          <w:rFonts w:ascii="Arial" w:hAnsi="Arial" w:cs="Arial"/>
          <w:sz w:val="28"/>
          <w:szCs w:val="28"/>
        </w:rPr>
        <w:t>ень», «собственная тень», «реф</w:t>
      </w:r>
      <w:r w:rsidRPr="006D1CB9">
        <w:rPr>
          <w:rFonts w:ascii="Arial" w:hAnsi="Arial" w:cs="Arial"/>
          <w:sz w:val="28"/>
          <w:szCs w:val="28"/>
        </w:rPr>
        <w:t xml:space="preserve">лекс», «падающая тень». Особенности освещения «по свету» и «против света».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Рисунок натюрморта графическими материалами</w:t>
      </w:r>
      <w:r w:rsidR="00086D2A" w:rsidRPr="006D1CB9">
        <w:rPr>
          <w:rFonts w:ascii="Arial" w:hAnsi="Arial" w:cs="Arial"/>
          <w:sz w:val="28"/>
          <w:szCs w:val="28"/>
        </w:rPr>
        <w:t xml:space="preserve"> с натуры или по представлению.</w:t>
      </w:r>
    </w:p>
    <w:p w:rsidR="00086D2A" w:rsidRPr="006D1CB9" w:rsidRDefault="005575E8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Творческий натюрмо</w:t>
      </w:r>
      <w:proofErr w:type="gramStart"/>
      <w:r w:rsidRPr="006D1CB9">
        <w:rPr>
          <w:rFonts w:ascii="Arial" w:hAnsi="Arial" w:cs="Arial"/>
          <w:sz w:val="28"/>
          <w:szCs w:val="28"/>
        </w:rPr>
        <w:t xml:space="preserve">рт </w:t>
      </w:r>
      <w:r w:rsidR="00963D79" w:rsidRPr="006D1CB9">
        <w:rPr>
          <w:rFonts w:ascii="Arial" w:hAnsi="Arial" w:cs="Arial"/>
          <w:sz w:val="28"/>
          <w:szCs w:val="28"/>
        </w:rPr>
        <w:t>в гр</w:t>
      </w:r>
      <w:proofErr w:type="gramEnd"/>
      <w:r w:rsidR="00963D79" w:rsidRPr="006D1CB9">
        <w:rPr>
          <w:rFonts w:ascii="Arial" w:hAnsi="Arial" w:cs="Arial"/>
          <w:sz w:val="28"/>
          <w:szCs w:val="28"/>
        </w:rPr>
        <w:t>афике. Произведения художни</w:t>
      </w:r>
      <w:r w:rsidR="00B52CF1" w:rsidRPr="006D1CB9">
        <w:rPr>
          <w:rFonts w:ascii="Arial" w:hAnsi="Arial" w:cs="Arial"/>
          <w:sz w:val="28"/>
          <w:szCs w:val="28"/>
        </w:rPr>
        <w:t>ков-графиков. Особенности г</w:t>
      </w:r>
      <w:r w:rsidR="00963D79" w:rsidRPr="006D1CB9">
        <w:rPr>
          <w:rFonts w:ascii="Arial" w:hAnsi="Arial" w:cs="Arial"/>
          <w:sz w:val="28"/>
          <w:szCs w:val="28"/>
        </w:rPr>
        <w:t>рафических техник. Печатная гра</w:t>
      </w:r>
      <w:r w:rsidR="00B52CF1" w:rsidRPr="006D1CB9">
        <w:rPr>
          <w:rFonts w:ascii="Arial" w:hAnsi="Arial" w:cs="Arial"/>
          <w:sz w:val="28"/>
          <w:szCs w:val="28"/>
        </w:rPr>
        <w:t xml:space="preserve">фика. </w:t>
      </w:r>
    </w:p>
    <w:p w:rsidR="00086D2A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Живописное изображение натюрморта. Цвет в натюрмортах европейских и отечественн</w:t>
      </w:r>
      <w:r w:rsidR="00963D79" w:rsidRPr="006D1CB9">
        <w:rPr>
          <w:rFonts w:ascii="Arial" w:hAnsi="Arial" w:cs="Arial"/>
          <w:sz w:val="28"/>
          <w:szCs w:val="28"/>
        </w:rPr>
        <w:t>ых живописцев. Опыт создания жи</w:t>
      </w:r>
      <w:r w:rsidRPr="006D1CB9">
        <w:rPr>
          <w:rFonts w:ascii="Arial" w:hAnsi="Arial" w:cs="Arial"/>
          <w:sz w:val="28"/>
          <w:szCs w:val="28"/>
        </w:rPr>
        <w:t xml:space="preserve">вописного натюрморта. </w:t>
      </w:r>
    </w:p>
    <w:p w:rsidR="00086D2A" w:rsidRPr="006D1CB9" w:rsidRDefault="00086D2A" w:rsidP="005575E8">
      <w:pPr>
        <w:jc w:val="both"/>
        <w:rPr>
          <w:rFonts w:ascii="Arial" w:hAnsi="Arial" w:cs="Arial"/>
          <w:sz w:val="28"/>
          <w:szCs w:val="28"/>
        </w:rPr>
      </w:pPr>
    </w:p>
    <w:p w:rsidR="00086D2A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Портрет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Портрет как образ опреде</w:t>
      </w:r>
      <w:r w:rsidR="00963D79" w:rsidRPr="006D1CB9">
        <w:rPr>
          <w:rFonts w:ascii="Arial" w:hAnsi="Arial" w:cs="Arial"/>
          <w:sz w:val="28"/>
          <w:szCs w:val="28"/>
        </w:rPr>
        <w:t>лённого реального человека. Изо</w:t>
      </w:r>
      <w:r w:rsidRPr="006D1CB9">
        <w:rPr>
          <w:rFonts w:ascii="Arial" w:hAnsi="Arial" w:cs="Arial"/>
          <w:sz w:val="28"/>
          <w:szCs w:val="28"/>
        </w:rPr>
        <w:t xml:space="preserve">бражение портрета человека </w:t>
      </w:r>
      <w:r w:rsidR="00963D79" w:rsidRPr="006D1CB9">
        <w:rPr>
          <w:rFonts w:ascii="Arial" w:hAnsi="Arial" w:cs="Arial"/>
          <w:sz w:val="28"/>
          <w:szCs w:val="28"/>
        </w:rPr>
        <w:t>в искусстве разных эпох. Выраже</w:t>
      </w:r>
      <w:r w:rsidRPr="006D1CB9">
        <w:rPr>
          <w:rFonts w:ascii="Arial" w:hAnsi="Arial" w:cs="Arial"/>
          <w:sz w:val="28"/>
          <w:szCs w:val="28"/>
        </w:rPr>
        <w:t>ние в портретном изображен</w:t>
      </w:r>
      <w:r w:rsidR="00963D79" w:rsidRPr="006D1CB9">
        <w:rPr>
          <w:rFonts w:ascii="Arial" w:hAnsi="Arial" w:cs="Arial"/>
          <w:sz w:val="28"/>
          <w:szCs w:val="28"/>
        </w:rPr>
        <w:t>ии характера человека и мировоз</w:t>
      </w:r>
      <w:r w:rsidRPr="006D1CB9">
        <w:rPr>
          <w:rFonts w:ascii="Arial" w:hAnsi="Arial" w:cs="Arial"/>
          <w:sz w:val="28"/>
          <w:szCs w:val="28"/>
        </w:rPr>
        <w:t xml:space="preserve">зренческих идеалов эпохи.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Великие портретисты в европейском искусстве.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Особенности развития портретного жанра в отечественном искусстве. Великие портретисты в русской живописи.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Парадный и камерный портрет в живописи.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Особенности развития жанра портрета в искусстве ХХ  </w:t>
      </w:r>
      <w:proofErr w:type="gramStart"/>
      <w:r w:rsidRPr="006D1CB9">
        <w:rPr>
          <w:rFonts w:ascii="Arial" w:hAnsi="Arial" w:cs="Arial"/>
          <w:sz w:val="28"/>
          <w:szCs w:val="28"/>
        </w:rPr>
        <w:t>в</w:t>
      </w:r>
      <w:proofErr w:type="gramEnd"/>
      <w:r w:rsidRPr="006D1CB9">
        <w:rPr>
          <w:rFonts w:ascii="Arial" w:hAnsi="Arial" w:cs="Arial"/>
          <w:sz w:val="28"/>
          <w:szCs w:val="28"/>
        </w:rPr>
        <w:t>.</w:t>
      </w:r>
      <w:r w:rsidR="007633B4" w:rsidRPr="006D1CB9">
        <w:rPr>
          <w:rFonts w:ascii="Arial" w:hAnsi="Arial" w:cs="Arial"/>
          <w:sz w:val="28"/>
          <w:szCs w:val="28"/>
        </w:rPr>
        <w:t xml:space="preserve"> –</w:t>
      </w:r>
      <w:r w:rsidRPr="006D1CB9">
        <w:rPr>
          <w:rFonts w:ascii="Arial" w:hAnsi="Arial" w:cs="Arial"/>
          <w:sz w:val="28"/>
          <w:szCs w:val="28"/>
        </w:rPr>
        <w:t xml:space="preserve"> отечественном и европейском.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Построение головы человека, основные пропорции лица, соотношение лицевой и черепной частей головы.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Графический портрет в ра</w:t>
      </w:r>
      <w:r w:rsidR="00963D79" w:rsidRPr="006D1CB9">
        <w:rPr>
          <w:rFonts w:ascii="Arial" w:hAnsi="Arial" w:cs="Arial"/>
          <w:sz w:val="28"/>
          <w:szCs w:val="28"/>
        </w:rPr>
        <w:t>ботах известных художников. Раз</w:t>
      </w:r>
      <w:r w:rsidRPr="006D1CB9">
        <w:rPr>
          <w:rFonts w:ascii="Arial" w:hAnsi="Arial" w:cs="Arial"/>
          <w:sz w:val="28"/>
          <w:szCs w:val="28"/>
        </w:rPr>
        <w:t xml:space="preserve">нообразие графических средств в изображении образа человека.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Графический портретный рисунок с натуры или по памяти.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Роль освещения головы при создании портретного образа. Свет и тень в изображении головы человека.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Портрет в скульптуре.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Выражение характера человека, его социального положения и образа эпохи в скульптурном портрете.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Значение свойств художественных материалов в с</w:t>
      </w:r>
      <w:r w:rsidR="0049671E" w:rsidRPr="006D1CB9">
        <w:rPr>
          <w:rFonts w:ascii="Arial" w:hAnsi="Arial" w:cs="Arial"/>
          <w:sz w:val="28"/>
          <w:szCs w:val="28"/>
        </w:rPr>
        <w:t>оздании скульптурного портрета.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Живописное изображение</w:t>
      </w:r>
      <w:r w:rsidR="00963D79" w:rsidRPr="006D1CB9">
        <w:rPr>
          <w:rFonts w:ascii="Arial" w:hAnsi="Arial" w:cs="Arial"/>
          <w:sz w:val="28"/>
          <w:szCs w:val="28"/>
        </w:rPr>
        <w:t xml:space="preserve"> портрета. Роль цвета в живопис</w:t>
      </w:r>
      <w:r w:rsidRPr="006D1CB9">
        <w:rPr>
          <w:rFonts w:ascii="Arial" w:hAnsi="Arial" w:cs="Arial"/>
          <w:sz w:val="28"/>
          <w:szCs w:val="28"/>
        </w:rPr>
        <w:t>ном портретном образе в произведениях выдающихся живоп</w:t>
      </w:r>
      <w:r w:rsidR="00963D79" w:rsidRPr="006D1CB9">
        <w:rPr>
          <w:rFonts w:ascii="Arial" w:hAnsi="Arial" w:cs="Arial"/>
          <w:sz w:val="28"/>
          <w:szCs w:val="28"/>
        </w:rPr>
        <w:t>ис</w:t>
      </w:r>
      <w:r w:rsidRPr="006D1CB9">
        <w:rPr>
          <w:rFonts w:ascii="Arial" w:hAnsi="Arial" w:cs="Arial"/>
          <w:sz w:val="28"/>
          <w:szCs w:val="28"/>
        </w:rPr>
        <w:t xml:space="preserve">цев.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Опыт работы над созданием живописного портрета. </w:t>
      </w:r>
    </w:p>
    <w:p w:rsidR="0049671E" w:rsidRPr="006D1CB9" w:rsidRDefault="0049671E" w:rsidP="005575E8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9671E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Пейзаж </w:t>
      </w:r>
    </w:p>
    <w:p w:rsidR="00963D79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Особенности изображения п</w:t>
      </w:r>
      <w:r w:rsidR="00963D79" w:rsidRPr="006D1CB9">
        <w:rPr>
          <w:rFonts w:ascii="Arial" w:hAnsi="Arial" w:cs="Arial"/>
          <w:sz w:val="28"/>
          <w:szCs w:val="28"/>
        </w:rPr>
        <w:t>ространства в эпоху Древнего ми</w:t>
      </w:r>
      <w:r w:rsidRPr="006D1CB9">
        <w:rPr>
          <w:rFonts w:ascii="Arial" w:hAnsi="Arial" w:cs="Arial"/>
          <w:sz w:val="28"/>
          <w:szCs w:val="28"/>
        </w:rPr>
        <w:t xml:space="preserve">ра, в средневековом искусстве и в эпоху Возрождения.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Правила построения линейной перспективы в изображении пространства.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Правила воздушной перспективы, построения переднего, среднего и дальнего планов при изображении пейзажа.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Особенности изображения разных состояний природы и её освещения. Романтический </w:t>
      </w:r>
      <w:r w:rsidR="00963D79" w:rsidRPr="006D1CB9">
        <w:rPr>
          <w:rFonts w:ascii="Arial" w:hAnsi="Arial" w:cs="Arial"/>
          <w:sz w:val="28"/>
          <w:szCs w:val="28"/>
        </w:rPr>
        <w:t>пейзаж. Морские пейзажи И. Айва</w:t>
      </w:r>
      <w:r w:rsidRPr="006D1CB9">
        <w:rPr>
          <w:rFonts w:ascii="Arial" w:hAnsi="Arial" w:cs="Arial"/>
          <w:sz w:val="28"/>
          <w:szCs w:val="28"/>
        </w:rPr>
        <w:t xml:space="preserve">зовского.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Особенности изображения</w:t>
      </w:r>
      <w:r w:rsidR="00963D79" w:rsidRPr="006D1CB9">
        <w:rPr>
          <w:rFonts w:ascii="Arial" w:hAnsi="Arial" w:cs="Arial"/>
          <w:sz w:val="28"/>
          <w:szCs w:val="28"/>
        </w:rPr>
        <w:t xml:space="preserve"> природы в творчестве импрессио</w:t>
      </w:r>
      <w:r w:rsidRPr="006D1CB9">
        <w:rPr>
          <w:rFonts w:ascii="Arial" w:hAnsi="Arial" w:cs="Arial"/>
          <w:sz w:val="28"/>
          <w:szCs w:val="28"/>
        </w:rPr>
        <w:t xml:space="preserve">нистов и постимпрессионистов. Представления о пленэрной живописи и колористической изменчивости состояний природы.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Живописное изображение различных состояний природы.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Пейзаж в истории русской живописи и его значение</w:t>
      </w:r>
      <w:r w:rsidR="00963D79" w:rsidRPr="006D1CB9">
        <w:rPr>
          <w:rFonts w:ascii="Arial" w:hAnsi="Arial" w:cs="Arial"/>
          <w:sz w:val="28"/>
          <w:szCs w:val="28"/>
        </w:rPr>
        <w:t xml:space="preserve"> в отече</w:t>
      </w:r>
      <w:r w:rsidRPr="006D1CB9">
        <w:rPr>
          <w:rFonts w:ascii="Arial" w:hAnsi="Arial" w:cs="Arial"/>
          <w:sz w:val="28"/>
          <w:szCs w:val="28"/>
        </w:rPr>
        <w:t xml:space="preserve">ственной культуре. История становления картины Родины в развитии отечественной пейзажной живописи XIX в.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Становление образа родно</w:t>
      </w:r>
      <w:r w:rsidR="00963D79" w:rsidRPr="006D1CB9">
        <w:rPr>
          <w:rFonts w:ascii="Arial" w:hAnsi="Arial" w:cs="Arial"/>
          <w:sz w:val="28"/>
          <w:szCs w:val="28"/>
        </w:rPr>
        <w:t>й природы в произведениях А. Ве</w:t>
      </w:r>
      <w:r w:rsidRPr="006D1CB9">
        <w:rPr>
          <w:rFonts w:ascii="Arial" w:hAnsi="Arial" w:cs="Arial"/>
          <w:sz w:val="28"/>
          <w:szCs w:val="28"/>
        </w:rPr>
        <w:t>нецианова и его учеников: А</w:t>
      </w:r>
      <w:r w:rsidR="00963D79" w:rsidRPr="006D1CB9">
        <w:rPr>
          <w:rFonts w:ascii="Arial" w:hAnsi="Arial" w:cs="Arial"/>
          <w:sz w:val="28"/>
          <w:szCs w:val="28"/>
        </w:rPr>
        <w:t>. </w:t>
      </w:r>
      <w:proofErr w:type="spellStart"/>
      <w:r w:rsidR="00963D79" w:rsidRPr="006D1CB9">
        <w:rPr>
          <w:rFonts w:ascii="Arial" w:hAnsi="Arial" w:cs="Arial"/>
          <w:sz w:val="28"/>
          <w:szCs w:val="28"/>
        </w:rPr>
        <w:t>Саврасова</w:t>
      </w:r>
      <w:proofErr w:type="spellEnd"/>
      <w:r w:rsidR="00963D79" w:rsidRPr="006D1CB9">
        <w:rPr>
          <w:rFonts w:ascii="Arial" w:hAnsi="Arial" w:cs="Arial"/>
          <w:sz w:val="28"/>
          <w:szCs w:val="28"/>
        </w:rPr>
        <w:t>, И. Шишкина. Пейзаж</w:t>
      </w:r>
      <w:r w:rsidRPr="006D1CB9">
        <w:rPr>
          <w:rFonts w:ascii="Arial" w:hAnsi="Arial" w:cs="Arial"/>
          <w:sz w:val="28"/>
          <w:szCs w:val="28"/>
        </w:rPr>
        <w:t xml:space="preserve">ная живопись И. Левитана и её значение для русской культуры. Значение художественного образа отечественного пейзажа в развитии чувства Родины.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Творческий опыт в создании композиционного живописного пейзажа своей Родины.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Графический образ пейзажа в работах выдающихся мастеров.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Средства выразительности </w:t>
      </w:r>
      <w:r w:rsidR="00963D79" w:rsidRPr="006D1CB9">
        <w:rPr>
          <w:rFonts w:ascii="Arial" w:hAnsi="Arial" w:cs="Arial"/>
          <w:sz w:val="28"/>
          <w:szCs w:val="28"/>
        </w:rPr>
        <w:t>в графическом рисунке и многооб</w:t>
      </w:r>
      <w:r w:rsidRPr="006D1CB9">
        <w:rPr>
          <w:rFonts w:ascii="Arial" w:hAnsi="Arial" w:cs="Arial"/>
          <w:sz w:val="28"/>
          <w:szCs w:val="28"/>
        </w:rPr>
        <w:t xml:space="preserve">разие графических техник.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Графические зарисовки и графическая композиция на темы окружающей природы.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Городской пейзаж в творчес</w:t>
      </w:r>
      <w:r w:rsidR="00963D79" w:rsidRPr="006D1CB9">
        <w:rPr>
          <w:rFonts w:ascii="Arial" w:hAnsi="Arial" w:cs="Arial"/>
          <w:sz w:val="28"/>
          <w:szCs w:val="28"/>
        </w:rPr>
        <w:t>тве мастеров искусства. Многооб</w:t>
      </w:r>
      <w:r w:rsidRPr="006D1CB9">
        <w:rPr>
          <w:rFonts w:ascii="Arial" w:hAnsi="Arial" w:cs="Arial"/>
          <w:sz w:val="28"/>
          <w:szCs w:val="28"/>
        </w:rPr>
        <w:t xml:space="preserve">разие в понимании образа города.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Опыт изображения городского пейзажа. Наблюдательная перспектива и ритмическая организация плоскости из</w:t>
      </w:r>
      <w:r w:rsidR="00963D79" w:rsidRPr="006D1CB9">
        <w:rPr>
          <w:rFonts w:ascii="Arial" w:hAnsi="Arial" w:cs="Arial"/>
          <w:sz w:val="28"/>
          <w:szCs w:val="28"/>
        </w:rPr>
        <w:t>ображе</w:t>
      </w:r>
      <w:r w:rsidRPr="006D1CB9">
        <w:rPr>
          <w:rFonts w:ascii="Arial" w:hAnsi="Arial" w:cs="Arial"/>
          <w:sz w:val="28"/>
          <w:szCs w:val="28"/>
        </w:rPr>
        <w:t xml:space="preserve">ния. </w:t>
      </w:r>
    </w:p>
    <w:p w:rsidR="0049671E" w:rsidRPr="006D1CB9" w:rsidRDefault="0049671E" w:rsidP="005575E8">
      <w:pPr>
        <w:jc w:val="both"/>
        <w:rPr>
          <w:rFonts w:ascii="Arial" w:hAnsi="Arial" w:cs="Arial"/>
          <w:sz w:val="28"/>
          <w:szCs w:val="28"/>
        </w:rPr>
      </w:pPr>
    </w:p>
    <w:p w:rsidR="0049671E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Бытовой жанр в изобразительном искусстве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Изображение труда и быт</w:t>
      </w:r>
      <w:r w:rsidR="00963D79" w:rsidRPr="006D1CB9">
        <w:rPr>
          <w:rFonts w:ascii="Arial" w:hAnsi="Arial" w:cs="Arial"/>
          <w:sz w:val="28"/>
          <w:szCs w:val="28"/>
        </w:rPr>
        <w:t>овой жизни людей в традициях ис</w:t>
      </w:r>
      <w:r w:rsidRPr="006D1CB9">
        <w:rPr>
          <w:rFonts w:ascii="Arial" w:hAnsi="Arial" w:cs="Arial"/>
          <w:sz w:val="28"/>
          <w:szCs w:val="28"/>
        </w:rPr>
        <w:t>кусства разных эпох. Значение художественного изображения бытовой жизни людей в пони</w:t>
      </w:r>
      <w:r w:rsidR="00963D79" w:rsidRPr="006D1CB9">
        <w:rPr>
          <w:rFonts w:ascii="Arial" w:hAnsi="Arial" w:cs="Arial"/>
          <w:sz w:val="28"/>
          <w:szCs w:val="28"/>
        </w:rPr>
        <w:t>мании истории человечества и со</w:t>
      </w:r>
      <w:r w:rsidRPr="006D1CB9">
        <w:rPr>
          <w:rFonts w:ascii="Arial" w:hAnsi="Arial" w:cs="Arial"/>
          <w:sz w:val="28"/>
          <w:szCs w:val="28"/>
        </w:rPr>
        <w:t xml:space="preserve">временной жизни.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Жанровая картина как обобщение жизненных впечатлений художника. Тема, сюжет, сод</w:t>
      </w:r>
      <w:r w:rsidR="00963D79" w:rsidRPr="006D1CB9">
        <w:rPr>
          <w:rFonts w:ascii="Arial" w:hAnsi="Arial" w:cs="Arial"/>
          <w:sz w:val="28"/>
          <w:szCs w:val="28"/>
        </w:rPr>
        <w:t>ержание в жанровой картине. Об</w:t>
      </w:r>
      <w:r w:rsidRPr="006D1CB9">
        <w:rPr>
          <w:rFonts w:ascii="Arial" w:hAnsi="Arial" w:cs="Arial"/>
          <w:sz w:val="28"/>
          <w:szCs w:val="28"/>
        </w:rPr>
        <w:t xml:space="preserve">раз нравственных и ценностных смыслов в жанровой картине и роль картины в их утверждении.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Работа над сюжетной композиц</w:t>
      </w:r>
      <w:r w:rsidR="00963D79" w:rsidRPr="006D1CB9">
        <w:rPr>
          <w:rFonts w:ascii="Arial" w:hAnsi="Arial" w:cs="Arial"/>
          <w:sz w:val="28"/>
          <w:szCs w:val="28"/>
        </w:rPr>
        <w:t>ией. Композиция как целост</w:t>
      </w:r>
      <w:r w:rsidRPr="006D1CB9">
        <w:rPr>
          <w:rFonts w:ascii="Arial" w:hAnsi="Arial" w:cs="Arial"/>
          <w:sz w:val="28"/>
          <w:szCs w:val="28"/>
        </w:rPr>
        <w:t xml:space="preserve">ность в организации художественных выразительных средств и взаимосвязи всех компонентов произведения. </w:t>
      </w:r>
    </w:p>
    <w:p w:rsidR="0049671E" w:rsidRPr="006D1CB9" w:rsidRDefault="0049671E" w:rsidP="005575E8">
      <w:pPr>
        <w:jc w:val="both"/>
        <w:rPr>
          <w:rFonts w:ascii="Arial" w:hAnsi="Arial" w:cs="Arial"/>
          <w:sz w:val="28"/>
          <w:szCs w:val="28"/>
        </w:rPr>
      </w:pPr>
    </w:p>
    <w:p w:rsidR="0049671E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>Исторический жанр в изобразительном искусстве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Историческая тема в искусстве как изображение наиболее значительных событий в жизни общества.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Жанровые разновидности </w:t>
      </w:r>
      <w:r w:rsidR="00963D79" w:rsidRPr="006D1CB9">
        <w:rPr>
          <w:rFonts w:ascii="Arial" w:hAnsi="Arial" w:cs="Arial"/>
          <w:sz w:val="28"/>
          <w:szCs w:val="28"/>
        </w:rPr>
        <w:t>исторической картины в зависимо</w:t>
      </w:r>
      <w:r w:rsidRPr="006D1CB9">
        <w:rPr>
          <w:rFonts w:ascii="Arial" w:hAnsi="Arial" w:cs="Arial"/>
          <w:sz w:val="28"/>
          <w:szCs w:val="28"/>
        </w:rPr>
        <w:t>сти от сюжета: мифологиче</w:t>
      </w:r>
      <w:r w:rsidR="00963D79" w:rsidRPr="006D1CB9">
        <w:rPr>
          <w:rFonts w:ascii="Arial" w:hAnsi="Arial" w:cs="Arial"/>
          <w:sz w:val="28"/>
          <w:szCs w:val="28"/>
        </w:rPr>
        <w:t>ская картина, картина на библей</w:t>
      </w:r>
      <w:r w:rsidRPr="006D1CB9">
        <w:rPr>
          <w:rFonts w:ascii="Arial" w:hAnsi="Arial" w:cs="Arial"/>
          <w:sz w:val="28"/>
          <w:szCs w:val="28"/>
        </w:rPr>
        <w:t>ские</w:t>
      </w:r>
      <w:r w:rsidR="0049671E" w:rsidRPr="006D1CB9">
        <w:rPr>
          <w:rFonts w:ascii="Arial" w:hAnsi="Arial" w:cs="Arial"/>
          <w:sz w:val="28"/>
          <w:szCs w:val="28"/>
        </w:rPr>
        <w:t xml:space="preserve"> темы, батальная картина и  др.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Историческая картина в русском искусстве XIX в. и её особое место в развитии отечественной культуры.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Картина К.  Брюллова «П</w:t>
      </w:r>
      <w:r w:rsidR="00963D79" w:rsidRPr="006D1CB9">
        <w:rPr>
          <w:rFonts w:ascii="Arial" w:hAnsi="Arial" w:cs="Arial"/>
          <w:sz w:val="28"/>
          <w:szCs w:val="28"/>
        </w:rPr>
        <w:t>оследний день Помпеи», историче</w:t>
      </w:r>
      <w:r w:rsidRPr="006D1CB9">
        <w:rPr>
          <w:rFonts w:ascii="Arial" w:hAnsi="Arial" w:cs="Arial"/>
          <w:sz w:val="28"/>
          <w:szCs w:val="28"/>
        </w:rPr>
        <w:t>ские картины в творчестве В.</w:t>
      </w:r>
      <w:r w:rsidR="003F4C3E" w:rsidRPr="006D1CB9">
        <w:rPr>
          <w:rFonts w:ascii="Arial" w:hAnsi="Arial" w:cs="Arial"/>
          <w:sz w:val="28"/>
          <w:szCs w:val="28"/>
        </w:rPr>
        <w:t> Сурикова и др. Исторический об</w:t>
      </w:r>
      <w:r w:rsidRPr="006D1CB9">
        <w:rPr>
          <w:rFonts w:ascii="Arial" w:hAnsi="Arial" w:cs="Arial"/>
          <w:sz w:val="28"/>
          <w:szCs w:val="28"/>
        </w:rPr>
        <w:t xml:space="preserve">раз России в картинах ХХ  </w:t>
      </w:r>
      <w:proofErr w:type="gramStart"/>
      <w:r w:rsidRPr="006D1CB9">
        <w:rPr>
          <w:rFonts w:ascii="Arial" w:hAnsi="Arial" w:cs="Arial"/>
          <w:sz w:val="28"/>
          <w:szCs w:val="28"/>
        </w:rPr>
        <w:t>в</w:t>
      </w:r>
      <w:proofErr w:type="gramEnd"/>
      <w:r w:rsidRPr="006D1CB9">
        <w:rPr>
          <w:rFonts w:ascii="Arial" w:hAnsi="Arial" w:cs="Arial"/>
          <w:sz w:val="28"/>
          <w:szCs w:val="28"/>
        </w:rPr>
        <w:t xml:space="preserve">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Работа над сюжетной композицией. Этапы длительного </w:t>
      </w:r>
      <w:proofErr w:type="spellStart"/>
      <w:r w:rsidRPr="006D1CB9">
        <w:rPr>
          <w:rFonts w:ascii="Arial" w:hAnsi="Arial" w:cs="Arial"/>
          <w:sz w:val="28"/>
          <w:szCs w:val="28"/>
        </w:rPr>
        <w:t>пери_ода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работы художника над исторической картиной: ид</w:t>
      </w:r>
      <w:r w:rsidR="00963D79" w:rsidRPr="006D1CB9">
        <w:rPr>
          <w:rFonts w:ascii="Arial" w:hAnsi="Arial" w:cs="Arial"/>
          <w:sz w:val="28"/>
          <w:szCs w:val="28"/>
        </w:rPr>
        <w:t>ея и эски</w:t>
      </w:r>
      <w:r w:rsidRPr="006D1CB9">
        <w:rPr>
          <w:rFonts w:ascii="Arial" w:hAnsi="Arial" w:cs="Arial"/>
          <w:sz w:val="28"/>
          <w:szCs w:val="28"/>
        </w:rPr>
        <w:t>зы, сбор материала и работа</w:t>
      </w:r>
      <w:r w:rsidR="00963D79" w:rsidRPr="006D1CB9">
        <w:rPr>
          <w:rFonts w:ascii="Arial" w:hAnsi="Arial" w:cs="Arial"/>
          <w:sz w:val="28"/>
          <w:szCs w:val="28"/>
        </w:rPr>
        <w:t xml:space="preserve"> над этюдами, уточнения компози</w:t>
      </w:r>
      <w:r w:rsidRPr="006D1CB9">
        <w:rPr>
          <w:rFonts w:ascii="Arial" w:hAnsi="Arial" w:cs="Arial"/>
          <w:sz w:val="28"/>
          <w:szCs w:val="28"/>
        </w:rPr>
        <w:t xml:space="preserve">ции в эскизах, картон композиции, работа над холстом. </w:t>
      </w:r>
    </w:p>
    <w:p w:rsidR="0049671E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Разработка эскизов композ</w:t>
      </w:r>
      <w:r w:rsidR="00963D79" w:rsidRPr="006D1CB9">
        <w:rPr>
          <w:rFonts w:ascii="Arial" w:hAnsi="Arial" w:cs="Arial"/>
          <w:sz w:val="28"/>
          <w:szCs w:val="28"/>
        </w:rPr>
        <w:t>иции на историческую тему с опо</w:t>
      </w:r>
      <w:r w:rsidRPr="006D1CB9">
        <w:rPr>
          <w:rFonts w:ascii="Arial" w:hAnsi="Arial" w:cs="Arial"/>
          <w:sz w:val="28"/>
          <w:szCs w:val="28"/>
        </w:rPr>
        <w:t xml:space="preserve">рой на собранный материал по задуманному сюжету. </w:t>
      </w:r>
    </w:p>
    <w:p w:rsidR="0049671E" w:rsidRPr="006D1CB9" w:rsidRDefault="0049671E" w:rsidP="005575E8">
      <w:pPr>
        <w:jc w:val="both"/>
        <w:rPr>
          <w:rFonts w:ascii="Arial" w:hAnsi="Arial" w:cs="Arial"/>
          <w:sz w:val="28"/>
          <w:szCs w:val="28"/>
        </w:rPr>
      </w:pPr>
    </w:p>
    <w:p w:rsidR="0049671E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Библейские темы в изобразительном искусстве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Исторические картины на библейские темы: место и значение сюжетов Священной истории в европейской культуре.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Вечные темы и их нравств</w:t>
      </w:r>
      <w:r w:rsidR="00963D79" w:rsidRPr="006D1CB9">
        <w:rPr>
          <w:rFonts w:ascii="Arial" w:hAnsi="Arial" w:cs="Arial"/>
          <w:sz w:val="28"/>
          <w:szCs w:val="28"/>
        </w:rPr>
        <w:t>енное и духовно-ценностное выра</w:t>
      </w:r>
      <w:r w:rsidRPr="006D1CB9">
        <w:rPr>
          <w:rFonts w:ascii="Arial" w:hAnsi="Arial" w:cs="Arial"/>
          <w:sz w:val="28"/>
          <w:szCs w:val="28"/>
        </w:rPr>
        <w:t>жение как «духовная ось», соединяющая жизненные позиции разных поколений.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gramStart"/>
      <w:r w:rsidRPr="006D1CB9">
        <w:rPr>
          <w:rFonts w:ascii="Arial" w:hAnsi="Arial" w:cs="Arial"/>
          <w:sz w:val="28"/>
          <w:szCs w:val="28"/>
        </w:rPr>
        <w:t>Произведения на библей</w:t>
      </w:r>
      <w:r w:rsidR="00963D79" w:rsidRPr="006D1CB9">
        <w:rPr>
          <w:rFonts w:ascii="Arial" w:hAnsi="Arial" w:cs="Arial"/>
          <w:sz w:val="28"/>
          <w:szCs w:val="28"/>
        </w:rPr>
        <w:t>ские темы Леонардо да Винчи, Ра</w:t>
      </w:r>
      <w:r w:rsidRPr="006D1CB9">
        <w:rPr>
          <w:rFonts w:ascii="Arial" w:hAnsi="Arial" w:cs="Arial"/>
          <w:sz w:val="28"/>
          <w:szCs w:val="28"/>
        </w:rPr>
        <w:t>фаэля, Рембрандта, в скульптуре «</w:t>
      </w:r>
      <w:proofErr w:type="spellStart"/>
      <w:r w:rsidRPr="006D1CB9">
        <w:rPr>
          <w:rFonts w:ascii="Arial" w:hAnsi="Arial" w:cs="Arial"/>
          <w:sz w:val="28"/>
          <w:szCs w:val="28"/>
        </w:rPr>
        <w:t>Пьета</w:t>
      </w:r>
      <w:proofErr w:type="spellEnd"/>
      <w:r w:rsidRPr="006D1CB9">
        <w:rPr>
          <w:rFonts w:ascii="Arial" w:hAnsi="Arial" w:cs="Arial"/>
          <w:sz w:val="28"/>
          <w:szCs w:val="28"/>
        </w:rPr>
        <w:t>» Микеланджело и др. Библейские темы в отечес</w:t>
      </w:r>
      <w:r w:rsidR="00B47E6D" w:rsidRPr="006D1CB9">
        <w:rPr>
          <w:rFonts w:ascii="Arial" w:hAnsi="Arial" w:cs="Arial"/>
          <w:sz w:val="28"/>
          <w:szCs w:val="28"/>
        </w:rPr>
        <w:t>твенных картинах XIX в. (А. Ива</w:t>
      </w:r>
      <w:r w:rsidRPr="006D1CB9">
        <w:rPr>
          <w:rFonts w:ascii="Arial" w:hAnsi="Arial" w:cs="Arial"/>
          <w:sz w:val="28"/>
          <w:szCs w:val="28"/>
        </w:rPr>
        <w:t>нов.</w:t>
      </w:r>
      <w:proofErr w:type="gramEnd"/>
      <w:r w:rsidRPr="006D1CB9">
        <w:rPr>
          <w:rFonts w:ascii="Arial" w:hAnsi="Arial" w:cs="Arial"/>
          <w:sz w:val="28"/>
          <w:szCs w:val="28"/>
        </w:rPr>
        <w:t xml:space="preserve"> «Явление Христа народу»</w:t>
      </w:r>
      <w:r w:rsidR="00963D79" w:rsidRPr="006D1CB9">
        <w:rPr>
          <w:rFonts w:ascii="Arial" w:hAnsi="Arial" w:cs="Arial"/>
          <w:sz w:val="28"/>
          <w:szCs w:val="28"/>
        </w:rPr>
        <w:t>, И. Крамской. «Христос в пусты</w:t>
      </w:r>
      <w:r w:rsidRPr="006D1CB9">
        <w:rPr>
          <w:rFonts w:ascii="Arial" w:hAnsi="Arial" w:cs="Arial"/>
          <w:sz w:val="28"/>
          <w:szCs w:val="28"/>
        </w:rPr>
        <w:t>не», Н. </w:t>
      </w:r>
      <w:proofErr w:type="spellStart"/>
      <w:r w:rsidRPr="006D1CB9">
        <w:rPr>
          <w:rFonts w:ascii="Arial" w:hAnsi="Arial" w:cs="Arial"/>
          <w:sz w:val="28"/>
          <w:szCs w:val="28"/>
        </w:rPr>
        <w:t>Ге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. «Тайная вечеря», В. Поленов. </w:t>
      </w:r>
      <w:proofErr w:type="gramStart"/>
      <w:r w:rsidRPr="006D1CB9">
        <w:rPr>
          <w:rFonts w:ascii="Arial" w:hAnsi="Arial" w:cs="Arial"/>
          <w:sz w:val="28"/>
          <w:szCs w:val="28"/>
        </w:rPr>
        <w:t xml:space="preserve">«Христос и грешница»). </w:t>
      </w:r>
      <w:proofErr w:type="gramEnd"/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Иконопись как великое проявление русской культуры. Язык изображения в иконе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его религиозный и символический смысл.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Великие русские иконописцы: духовный свет икон Андрея Рублёва, Феофана Грека, Дионисия.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Работа над эскизом сюжетной композиции. </w:t>
      </w:r>
    </w:p>
    <w:p w:rsidR="00963D79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Роль и значение изобразительного искусства в жизни людей: образ мира в изобразительном искусстве. </w:t>
      </w:r>
    </w:p>
    <w:p w:rsidR="00963D79" w:rsidRPr="006D1CB9" w:rsidRDefault="00963D79" w:rsidP="005575E8">
      <w:pPr>
        <w:ind w:firstLine="708"/>
        <w:jc w:val="center"/>
        <w:rPr>
          <w:rFonts w:ascii="Arial" w:hAnsi="Arial" w:cs="Arial"/>
          <w:sz w:val="28"/>
          <w:szCs w:val="28"/>
        </w:rPr>
      </w:pPr>
    </w:p>
    <w:p w:rsidR="00B47E6D" w:rsidRPr="006D1CB9" w:rsidRDefault="0048528C" w:rsidP="0048528C">
      <w:pPr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>МОДУЛЬ № 3 «АРХИТЕКТУРА И ДИЗАЙН» (7 класс)</w:t>
      </w:r>
    </w:p>
    <w:p w:rsidR="00B47E6D" w:rsidRPr="006D1CB9" w:rsidRDefault="00B47E6D" w:rsidP="005575E8">
      <w:pPr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Архитектура и дизайн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и</w:t>
      </w:r>
      <w:r w:rsidR="007633B4" w:rsidRPr="006D1CB9">
        <w:rPr>
          <w:rFonts w:ascii="Arial" w:hAnsi="Arial" w:cs="Arial"/>
          <w:sz w:val="28"/>
          <w:szCs w:val="28"/>
        </w:rPr>
        <w:t>скусства художественной построй</w:t>
      </w:r>
      <w:r w:rsidRPr="006D1CB9">
        <w:rPr>
          <w:rFonts w:ascii="Arial" w:hAnsi="Arial" w:cs="Arial"/>
          <w:sz w:val="28"/>
          <w:szCs w:val="28"/>
        </w:rPr>
        <w:t>ки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конструктивные искусства.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Дизайн и архитектура как создатели «второй природы»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предметно-пространственной среды жизни людей.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Функциональность предме</w:t>
      </w:r>
      <w:r w:rsidR="007633B4" w:rsidRPr="006D1CB9">
        <w:rPr>
          <w:rFonts w:ascii="Arial" w:hAnsi="Arial" w:cs="Arial"/>
          <w:sz w:val="28"/>
          <w:szCs w:val="28"/>
        </w:rPr>
        <w:t>тно-пространственной среды и вы</w:t>
      </w:r>
      <w:r w:rsidRPr="006D1CB9">
        <w:rPr>
          <w:rFonts w:ascii="Arial" w:hAnsi="Arial" w:cs="Arial"/>
          <w:sz w:val="28"/>
          <w:szCs w:val="28"/>
        </w:rPr>
        <w:t xml:space="preserve">ражение в ней мировосприятия, духовно-ценностных позиций общества.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Материальная культура че</w:t>
      </w:r>
      <w:r w:rsidR="007633B4" w:rsidRPr="006D1CB9">
        <w:rPr>
          <w:rFonts w:ascii="Arial" w:hAnsi="Arial" w:cs="Arial"/>
          <w:sz w:val="28"/>
          <w:szCs w:val="28"/>
        </w:rPr>
        <w:t>ловечества как уникальная инфор</w:t>
      </w:r>
      <w:r w:rsidRPr="006D1CB9">
        <w:rPr>
          <w:rFonts w:ascii="Arial" w:hAnsi="Arial" w:cs="Arial"/>
          <w:sz w:val="28"/>
          <w:szCs w:val="28"/>
        </w:rPr>
        <w:t xml:space="preserve">мация о жизни людей в разные исторические эпохи.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Роль архитектуры в пони</w:t>
      </w:r>
      <w:r w:rsidR="007633B4" w:rsidRPr="006D1CB9">
        <w:rPr>
          <w:rFonts w:ascii="Arial" w:hAnsi="Arial" w:cs="Arial"/>
          <w:sz w:val="28"/>
          <w:szCs w:val="28"/>
        </w:rPr>
        <w:t>мании человеком своей идентично</w:t>
      </w:r>
      <w:r w:rsidRPr="006D1CB9">
        <w:rPr>
          <w:rFonts w:ascii="Arial" w:hAnsi="Arial" w:cs="Arial"/>
          <w:sz w:val="28"/>
          <w:szCs w:val="28"/>
        </w:rPr>
        <w:t xml:space="preserve">сти. Задачи сохранения культурного наследия и природного ландшафта.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Возникновение архитектур</w:t>
      </w:r>
      <w:r w:rsidR="007633B4" w:rsidRPr="006D1CB9">
        <w:rPr>
          <w:rFonts w:ascii="Arial" w:hAnsi="Arial" w:cs="Arial"/>
          <w:sz w:val="28"/>
          <w:szCs w:val="28"/>
        </w:rPr>
        <w:t>ы и дизайна на разных этапах об</w:t>
      </w:r>
      <w:r w:rsidRPr="006D1CB9">
        <w:rPr>
          <w:rFonts w:ascii="Arial" w:hAnsi="Arial" w:cs="Arial"/>
          <w:sz w:val="28"/>
          <w:szCs w:val="28"/>
        </w:rPr>
        <w:t xml:space="preserve">щественного развития. Единство </w:t>
      </w:r>
      <w:proofErr w:type="gramStart"/>
      <w:r w:rsidRPr="006D1CB9">
        <w:rPr>
          <w:rFonts w:ascii="Arial" w:hAnsi="Arial" w:cs="Arial"/>
          <w:sz w:val="28"/>
          <w:szCs w:val="28"/>
        </w:rPr>
        <w:t>функционального</w:t>
      </w:r>
      <w:proofErr w:type="gramEnd"/>
      <w:r w:rsidRPr="006D1CB9">
        <w:rPr>
          <w:rFonts w:ascii="Arial" w:hAnsi="Arial" w:cs="Arial"/>
          <w:sz w:val="28"/>
          <w:szCs w:val="28"/>
        </w:rPr>
        <w:t xml:space="preserve"> и худо</w:t>
      </w:r>
      <w:r w:rsidR="007633B4" w:rsidRPr="006D1CB9">
        <w:rPr>
          <w:rFonts w:ascii="Arial" w:hAnsi="Arial" w:cs="Arial"/>
          <w:sz w:val="28"/>
          <w:szCs w:val="28"/>
        </w:rPr>
        <w:t>же</w:t>
      </w:r>
      <w:r w:rsidRPr="006D1CB9">
        <w:rPr>
          <w:rFonts w:ascii="Arial" w:hAnsi="Arial" w:cs="Arial"/>
          <w:sz w:val="28"/>
          <w:szCs w:val="28"/>
        </w:rPr>
        <w:t>ственного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целесообразности и красоты. </w:t>
      </w:r>
    </w:p>
    <w:p w:rsidR="00B47E6D" w:rsidRPr="006D1CB9" w:rsidRDefault="00B47E6D" w:rsidP="005575E8">
      <w:pPr>
        <w:jc w:val="both"/>
        <w:rPr>
          <w:rFonts w:ascii="Arial" w:hAnsi="Arial" w:cs="Arial"/>
          <w:sz w:val="28"/>
          <w:szCs w:val="28"/>
        </w:rPr>
      </w:pPr>
    </w:p>
    <w:p w:rsidR="00B47E6D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Графический дизайн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Композиция как основа ре</w:t>
      </w:r>
      <w:r w:rsidR="007633B4" w:rsidRPr="006D1CB9">
        <w:rPr>
          <w:rFonts w:ascii="Arial" w:hAnsi="Arial" w:cs="Arial"/>
          <w:sz w:val="28"/>
          <w:szCs w:val="28"/>
        </w:rPr>
        <w:t>ализации замысла в любой творче</w:t>
      </w:r>
      <w:r w:rsidRPr="006D1CB9">
        <w:rPr>
          <w:rFonts w:ascii="Arial" w:hAnsi="Arial" w:cs="Arial"/>
          <w:sz w:val="28"/>
          <w:szCs w:val="28"/>
        </w:rPr>
        <w:t>ской деятельности. Осн</w:t>
      </w:r>
      <w:r w:rsidR="007633B4" w:rsidRPr="006D1CB9">
        <w:rPr>
          <w:rFonts w:ascii="Arial" w:hAnsi="Arial" w:cs="Arial"/>
          <w:sz w:val="28"/>
          <w:szCs w:val="28"/>
        </w:rPr>
        <w:t>овы формальной композиции в кон</w:t>
      </w:r>
      <w:r w:rsidRPr="006D1CB9">
        <w:rPr>
          <w:rFonts w:ascii="Arial" w:hAnsi="Arial" w:cs="Arial"/>
          <w:sz w:val="28"/>
          <w:szCs w:val="28"/>
        </w:rPr>
        <w:t xml:space="preserve">структивных искусствах.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Элементы композиции в графическом дизайне: пятно, линия, цвет, буква, текст и изображение.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Формальная композиция как композиционное построение на основе сочетания геометрич</w:t>
      </w:r>
      <w:r w:rsidR="007633B4" w:rsidRPr="006D1CB9">
        <w:rPr>
          <w:rFonts w:ascii="Arial" w:hAnsi="Arial" w:cs="Arial"/>
          <w:sz w:val="28"/>
          <w:szCs w:val="28"/>
        </w:rPr>
        <w:t>еских фигур, без предметного со</w:t>
      </w:r>
      <w:r w:rsidRPr="006D1CB9">
        <w:rPr>
          <w:rFonts w:ascii="Arial" w:hAnsi="Arial" w:cs="Arial"/>
          <w:sz w:val="28"/>
          <w:szCs w:val="28"/>
        </w:rPr>
        <w:t xml:space="preserve">держания.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Основные свойства компо</w:t>
      </w:r>
      <w:r w:rsidR="007633B4" w:rsidRPr="006D1CB9">
        <w:rPr>
          <w:rFonts w:ascii="Arial" w:hAnsi="Arial" w:cs="Arial"/>
          <w:sz w:val="28"/>
          <w:szCs w:val="28"/>
        </w:rPr>
        <w:t>зиции: целостность и соподчинён</w:t>
      </w:r>
      <w:r w:rsidRPr="006D1CB9">
        <w:rPr>
          <w:rFonts w:ascii="Arial" w:hAnsi="Arial" w:cs="Arial"/>
          <w:sz w:val="28"/>
          <w:szCs w:val="28"/>
        </w:rPr>
        <w:t xml:space="preserve">ность элементов.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Ритмическая организация элементов: выделение доминанты, симметрия и асимметрия, д</w:t>
      </w:r>
      <w:r w:rsidR="007633B4" w:rsidRPr="006D1CB9">
        <w:rPr>
          <w:rFonts w:ascii="Arial" w:hAnsi="Arial" w:cs="Arial"/>
          <w:sz w:val="28"/>
          <w:szCs w:val="28"/>
        </w:rPr>
        <w:t>инамическая и статичная компози</w:t>
      </w:r>
      <w:r w:rsidRPr="006D1CB9">
        <w:rPr>
          <w:rFonts w:ascii="Arial" w:hAnsi="Arial" w:cs="Arial"/>
          <w:sz w:val="28"/>
          <w:szCs w:val="28"/>
        </w:rPr>
        <w:t xml:space="preserve">ция, контраст, нюанс, акцент, замкнутость или открытость </w:t>
      </w:r>
      <w:proofErr w:type="spellStart"/>
      <w:r w:rsidRPr="006D1CB9">
        <w:rPr>
          <w:rFonts w:ascii="Arial" w:hAnsi="Arial" w:cs="Arial"/>
          <w:sz w:val="28"/>
          <w:szCs w:val="28"/>
        </w:rPr>
        <w:t>ком_позиции</w:t>
      </w:r>
      <w:proofErr w:type="spellEnd"/>
      <w:r w:rsidRPr="006D1CB9">
        <w:rPr>
          <w:rFonts w:ascii="Arial" w:hAnsi="Arial" w:cs="Arial"/>
          <w:sz w:val="28"/>
          <w:szCs w:val="28"/>
        </w:rPr>
        <w:t>. Практические упражнени</w:t>
      </w:r>
      <w:r w:rsidR="007633B4" w:rsidRPr="006D1CB9">
        <w:rPr>
          <w:rFonts w:ascii="Arial" w:hAnsi="Arial" w:cs="Arial"/>
          <w:sz w:val="28"/>
          <w:szCs w:val="28"/>
        </w:rPr>
        <w:t>я по созданию композиции с вари</w:t>
      </w:r>
      <w:r w:rsidRPr="006D1CB9">
        <w:rPr>
          <w:rFonts w:ascii="Arial" w:hAnsi="Arial" w:cs="Arial"/>
          <w:sz w:val="28"/>
          <w:szCs w:val="28"/>
        </w:rPr>
        <w:t xml:space="preserve">ативным ритмическим расположением геометрических фигур на плоскости. Роль цвета в организации композиционного пространства. Функциональные задачи цвета в конструктивных искусствах. Цвет и законы </w:t>
      </w:r>
      <w:proofErr w:type="spellStart"/>
      <w:r w:rsidRPr="006D1CB9">
        <w:rPr>
          <w:rFonts w:ascii="Arial" w:hAnsi="Arial" w:cs="Arial"/>
          <w:sz w:val="28"/>
          <w:szCs w:val="28"/>
        </w:rPr>
        <w:t>колористики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. Применение локального цвета. Цветовой акцент, ритм цветовых форм, доминанта.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Шрифты и шрифтовая композиция в графическом дизайне.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Форма буквы как изобразительно-смысловой символ.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Шрифт и содержание текста. Стилизация шрифта.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6D1CB9">
        <w:rPr>
          <w:rFonts w:ascii="Arial" w:hAnsi="Arial" w:cs="Arial"/>
          <w:sz w:val="28"/>
          <w:szCs w:val="28"/>
        </w:rPr>
        <w:t>Типографика</w:t>
      </w:r>
      <w:proofErr w:type="spellEnd"/>
      <w:r w:rsidRPr="006D1CB9">
        <w:rPr>
          <w:rFonts w:ascii="Arial" w:hAnsi="Arial" w:cs="Arial"/>
          <w:sz w:val="28"/>
          <w:szCs w:val="28"/>
        </w:rPr>
        <w:t>. Понимание</w:t>
      </w:r>
      <w:r w:rsidR="007633B4" w:rsidRPr="006D1CB9">
        <w:rPr>
          <w:rFonts w:ascii="Arial" w:hAnsi="Arial" w:cs="Arial"/>
          <w:sz w:val="28"/>
          <w:szCs w:val="28"/>
        </w:rPr>
        <w:t xml:space="preserve"> типографской строки как элемен</w:t>
      </w:r>
      <w:r w:rsidRPr="006D1CB9">
        <w:rPr>
          <w:rFonts w:ascii="Arial" w:hAnsi="Arial" w:cs="Arial"/>
          <w:sz w:val="28"/>
          <w:szCs w:val="28"/>
        </w:rPr>
        <w:t xml:space="preserve">та плоскостной композиции.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Выполнение аналитических и практических работ по теме «Буква </w:t>
      </w:r>
      <w:r w:rsidR="003F4C3E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изобразительный элемент композиции».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Логотип как графический знак, эмблема или стилизованный графический символ. Функции логотипа. Шрифтовой логотип. Знаковый логотип.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Композиционные основы макетиров</w:t>
      </w:r>
      <w:r w:rsidR="007633B4" w:rsidRPr="006D1CB9">
        <w:rPr>
          <w:rFonts w:ascii="Arial" w:hAnsi="Arial" w:cs="Arial"/>
          <w:sz w:val="28"/>
          <w:szCs w:val="28"/>
        </w:rPr>
        <w:t>ания в графическом ди</w:t>
      </w:r>
      <w:r w:rsidRPr="006D1CB9">
        <w:rPr>
          <w:rFonts w:ascii="Arial" w:hAnsi="Arial" w:cs="Arial"/>
          <w:sz w:val="28"/>
          <w:szCs w:val="28"/>
        </w:rPr>
        <w:t xml:space="preserve">зайне при соединении текста и изображения.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Искусство плаката. Синтез слова и изображения. </w:t>
      </w:r>
      <w:proofErr w:type="spellStart"/>
      <w:r w:rsidRPr="006D1CB9">
        <w:rPr>
          <w:rFonts w:ascii="Arial" w:hAnsi="Arial" w:cs="Arial"/>
          <w:sz w:val="28"/>
          <w:szCs w:val="28"/>
        </w:rPr>
        <w:t>Изобрази_тельный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язык плаката. Композиционный монтаж изображения и текста в плакате, рекламе, поздравительной открытке.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Многообразие форм графического дизайна. Дизайн книги и журнала. Элементы, со</w:t>
      </w:r>
      <w:r w:rsidR="007633B4" w:rsidRPr="006D1CB9">
        <w:rPr>
          <w:rFonts w:ascii="Arial" w:hAnsi="Arial" w:cs="Arial"/>
          <w:sz w:val="28"/>
          <w:szCs w:val="28"/>
        </w:rPr>
        <w:t>ставляющие конструкцию и художе</w:t>
      </w:r>
      <w:r w:rsidRPr="006D1CB9">
        <w:rPr>
          <w:rFonts w:ascii="Arial" w:hAnsi="Arial" w:cs="Arial"/>
          <w:sz w:val="28"/>
          <w:szCs w:val="28"/>
        </w:rPr>
        <w:t xml:space="preserve">ственное оформление книги, журнала.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Макет разворота книги или журнала по выбранной теме в виде коллажа или на основе компьютерных программ. </w:t>
      </w:r>
    </w:p>
    <w:p w:rsidR="00B47E6D" w:rsidRPr="006D1CB9" w:rsidRDefault="00B47E6D" w:rsidP="005575E8">
      <w:pPr>
        <w:jc w:val="both"/>
        <w:rPr>
          <w:rFonts w:ascii="Arial" w:hAnsi="Arial" w:cs="Arial"/>
          <w:sz w:val="28"/>
          <w:szCs w:val="28"/>
        </w:rPr>
      </w:pPr>
    </w:p>
    <w:p w:rsidR="00B47E6D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Макетирование объёмно-пространственных композиций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Композиция плоскостная </w:t>
      </w:r>
      <w:r w:rsidR="007633B4" w:rsidRPr="006D1CB9">
        <w:rPr>
          <w:rFonts w:ascii="Arial" w:hAnsi="Arial" w:cs="Arial"/>
          <w:sz w:val="28"/>
          <w:szCs w:val="28"/>
        </w:rPr>
        <w:t>и пространственная. Композицион</w:t>
      </w:r>
      <w:r w:rsidR="00B47E6D" w:rsidRPr="006D1CB9">
        <w:rPr>
          <w:rFonts w:ascii="Arial" w:hAnsi="Arial" w:cs="Arial"/>
          <w:sz w:val="28"/>
          <w:szCs w:val="28"/>
        </w:rPr>
        <w:t>ная организация</w:t>
      </w:r>
    </w:p>
    <w:p w:rsidR="00B47E6D" w:rsidRPr="006D1CB9" w:rsidRDefault="00B52CF1" w:rsidP="005575E8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пространст</w:t>
      </w:r>
      <w:r w:rsidR="007633B4" w:rsidRPr="006D1CB9">
        <w:rPr>
          <w:rFonts w:ascii="Arial" w:hAnsi="Arial" w:cs="Arial"/>
          <w:sz w:val="28"/>
          <w:szCs w:val="28"/>
        </w:rPr>
        <w:t>ва. Прочтение плоскостной компо</w:t>
      </w:r>
      <w:r w:rsidRPr="006D1CB9">
        <w:rPr>
          <w:rFonts w:ascii="Arial" w:hAnsi="Arial" w:cs="Arial"/>
          <w:sz w:val="28"/>
          <w:szCs w:val="28"/>
        </w:rPr>
        <w:t xml:space="preserve">зиции как «чертежа» пространства.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Макетирование. Введение</w:t>
      </w:r>
      <w:r w:rsidR="007633B4" w:rsidRPr="006D1CB9">
        <w:rPr>
          <w:rFonts w:ascii="Arial" w:hAnsi="Arial" w:cs="Arial"/>
          <w:sz w:val="28"/>
          <w:szCs w:val="28"/>
        </w:rPr>
        <w:t xml:space="preserve"> в макет понятия рельефа местно</w:t>
      </w:r>
      <w:r w:rsidRPr="006D1CB9">
        <w:rPr>
          <w:rFonts w:ascii="Arial" w:hAnsi="Arial" w:cs="Arial"/>
          <w:sz w:val="28"/>
          <w:szCs w:val="28"/>
        </w:rPr>
        <w:t xml:space="preserve">сти и способы его обозначения на макете.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Выполнение практически</w:t>
      </w:r>
      <w:r w:rsidR="007633B4" w:rsidRPr="006D1CB9">
        <w:rPr>
          <w:rFonts w:ascii="Arial" w:hAnsi="Arial" w:cs="Arial"/>
          <w:sz w:val="28"/>
          <w:szCs w:val="28"/>
        </w:rPr>
        <w:t>х работ по созданию объёмно-про</w:t>
      </w:r>
      <w:r w:rsidRPr="006D1CB9">
        <w:rPr>
          <w:rFonts w:ascii="Arial" w:hAnsi="Arial" w:cs="Arial"/>
          <w:sz w:val="28"/>
          <w:szCs w:val="28"/>
        </w:rPr>
        <w:t>странственных композици</w:t>
      </w:r>
      <w:r w:rsidR="007633B4" w:rsidRPr="006D1CB9">
        <w:rPr>
          <w:rFonts w:ascii="Arial" w:hAnsi="Arial" w:cs="Arial"/>
          <w:sz w:val="28"/>
          <w:szCs w:val="28"/>
        </w:rPr>
        <w:t>й. Объём и пространство. Взаимо</w:t>
      </w:r>
      <w:r w:rsidRPr="006D1CB9">
        <w:rPr>
          <w:rFonts w:ascii="Arial" w:hAnsi="Arial" w:cs="Arial"/>
          <w:sz w:val="28"/>
          <w:szCs w:val="28"/>
        </w:rPr>
        <w:t xml:space="preserve">связь объектов в архитектурном макете.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Структура зданий различных архитектурных стилей и эпох: выявление простых объёмов, образующих целостную</w:t>
      </w:r>
      <w:r w:rsidR="007633B4" w:rsidRPr="006D1CB9">
        <w:rPr>
          <w:rFonts w:ascii="Arial" w:hAnsi="Arial" w:cs="Arial"/>
          <w:sz w:val="28"/>
          <w:szCs w:val="28"/>
        </w:rPr>
        <w:t xml:space="preserve"> построй</w:t>
      </w:r>
      <w:r w:rsidRPr="006D1CB9">
        <w:rPr>
          <w:rFonts w:ascii="Arial" w:hAnsi="Arial" w:cs="Arial"/>
          <w:sz w:val="28"/>
          <w:szCs w:val="28"/>
        </w:rPr>
        <w:t>ку. Взаимное влияние объёмо</w:t>
      </w:r>
      <w:r w:rsidR="007633B4" w:rsidRPr="006D1CB9">
        <w:rPr>
          <w:rFonts w:ascii="Arial" w:hAnsi="Arial" w:cs="Arial"/>
          <w:sz w:val="28"/>
          <w:szCs w:val="28"/>
        </w:rPr>
        <w:t>в и их сочетаний на образный ха</w:t>
      </w:r>
      <w:r w:rsidRPr="006D1CB9">
        <w:rPr>
          <w:rFonts w:ascii="Arial" w:hAnsi="Arial" w:cs="Arial"/>
          <w:sz w:val="28"/>
          <w:szCs w:val="28"/>
        </w:rPr>
        <w:t xml:space="preserve">рактер постройки.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Понятие тектоники как выражение в художественной форме конструктивной сущности </w:t>
      </w:r>
      <w:r w:rsidR="007633B4" w:rsidRPr="006D1CB9">
        <w:rPr>
          <w:rFonts w:ascii="Arial" w:hAnsi="Arial" w:cs="Arial"/>
          <w:sz w:val="28"/>
          <w:szCs w:val="28"/>
        </w:rPr>
        <w:t>сооружения и логики конструктив</w:t>
      </w:r>
      <w:r w:rsidRPr="006D1CB9">
        <w:rPr>
          <w:rFonts w:ascii="Arial" w:hAnsi="Arial" w:cs="Arial"/>
          <w:sz w:val="28"/>
          <w:szCs w:val="28"/>
        </w:rPr>
        <w:t xml:space="preserve">ного соотношения его частей.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Роль эволюции строительных материалов и строительных технологий в изменении </w:t>
      </w:r>
      <w:r w:rsidR="007633B4" w:rsidRPr="006D1CB9">
        <w:rPr>
          <w:rFonts w:ascii="Arial" w:hAnsi="Arial" w:cs="Arial"/>
          <w:sz w:val="28"/>
          <w:szCs w:val="28"/>
        </w:rPr>
        <w:t>архитектурных конструкций (пере</w:t>
      </w:r>
      <w:r w:rsidRPr="006D1CB9">
        <w:rPr>
          <w:rFonts w:ascii="Arial" w:hAnsi="Arial" w:cs="Arial"/>
          <w:sz w:val="28"/>
          <w:szCs w:val="28"/>
        </w:rPr>
        <w:t xml:space="preserve">крытия и опора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стоечно-балочная конструкция  </w:t>
      </w:r>
      <w:r w:rsidR="007633B4" w:rsidRPr="006D1CB9">
        <w:rPr>
          <w:rFonts w:ascii="Arial" w:hAnsi="Arial" w:cs="Arial"/>
          <w:sz w:val="28"/>
          <w:szCs w:val="28"/>
        </w:rPr>
        <w:t>– архитек</w:t>
      </w:r>
      <w:r w:rsidRPr="006D1CB9">
        <w:rPr>
          <w:rFonts w:ascii="Arial" w:hAnsi="Arial" w:cs="Arial"/>
          <w:sz w:val="28"/>
          <w:szCs w:val="28"/>
        </w:rPr>
        <w:t xml:space="preserve">тура сводов; каркасная каменная архитектура; металлический каркас, железобетон и язык современной архитектуры).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Многообразие предметного мира, создаваемого человеком. Функция вещи и её форма. О</w:t>
      </w:r>
      <w:r w:rsidR="007633B4" w:rsidRPr="006D1CB9">
        <w:rPr>
          <w:rFonts w:ascii="Arial" w:hAnsi="Arial" w:cs="Arial"/>
          <w:sz w:val="28"/>
          <w:szCs w:val="28"/>
        </w:rPr>
        <w:t>браз времени в предметах, созда</w:t>
      </w:r>
      <w:r w:rsidRPr="006D1CB9">
        <w:rPr>
          <w:rFonts w:ascii="Arial" w:hAnsi="Arial" w:cs="Arial"/>
          <w:sz w:val="28"/>
          <w:szCs w:val="28"/>
        </w:rPr>
        <w:t xml:space="preserve">ваемых человеком.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Дизайн предмета как иск</w:t>
      </w:r>
      <w:r w:rsidR="007633B4" w:rsidRPr="006D1CB9">
        <w:rPr>
          <w:rFonts w:ascii="Arial" w:hAnsi="Arial" w:cs="Arial"/>
          <w:sz w:val="28"/>
          <w:szCs w:val="28"/>
        </w:rPr>
        <w:t>усство и социальное проектирова</w:t>
      </w:r>
      <w:r w:rsidRPr="006D1CB9">
        <w:rPr>
          <w:rFonts w:ascii="Arial" w:hAnsi="Arial" w:cs="Arial"/>
          <w:sz w:val="28"/>
          <w:szCs w:val="28"/>
        </w:rPr>
        <w:t xml:space="preserve">ние. Анализ формы через выявление сочетающихся объёмов. Красота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наиболее полное выявление функции предмета. Влияние развития технологий и материалов на изменение </w:t>
      </w:r>
      <w:proofErr w:type="spellStart"/>
      <w:r w:rsidRPr="006D1CB9">
        <w:rPr>
          <w:rFonts w:ascii="Arial" w:hAnsi="Arial" w:cs="Arial"/>
          <w:sz w:val="28"/>
          <w:szCs w:val="28"/>
        </w:rPr>
        <w:t>фор_мы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предмета.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Выполнение аналитичес</w:t>
      </w:r>
      <w:r w:rsidR="007633B4" w:rsidRPr="006D1CB9">
        <w:rPr>
          <w:rFonts w:ascii="Arial" w:hAnsi="Arial" w:cs="Arial"/>
          <w:sz w:val="28"/>
          <w:szCs w:val="28"/>
        </w:rPr>
        <w:t>ких зарисовок форм бытовых пред</w:t>
      </w:r>
      <w:r w:rsidRPr="006D1CB9">
        <w:rPr>
          <w:rFonts w:ascii="Arial" w:hAnsi="Arial" w:cs="Arial"/>
          <w:sz w:val="28"/>
          <w:szCs w:val="28"/>
        </w:rPr>
        <w:t xml:space="preserve">метов.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Творческое проектирование предметов быта с определением их функций и материала изготовления</w:t>
      </w:r>
      <w:r w:rsidR="00B47E6D" w:rsidRPr="006D1CB9">
        <w:rPr>
          <w:rFonts w:ascii="Arial" w:hAnsi="Arial" w:cs="Arial"/>
          <w:sz w:val="28"/>
          <w:szCs w:val="28"/>
        </w:rPr>
        <w:t>.</w:t>
      </w:r>
      <w:r w:rsidRPr="006D1CB9">
        <w:rPr>
          <w:rFonts w:ascii="Arial" w:hAnsi="Arial" w:cs="Arial"/>
          <w:sz w:val="28"/>
          <w:szCs w:val="28"/>
        </w:rPr>
        <w:t xml:space="preserve">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Цвет в архитектуре и диз</w:t>
      </w:r>
      <w:r w:rsidR="007633B4" w:rsidRPr="006D1CB9">
        <w:rPr>
          <w:rFonts w:ascii="Arial" w:hAnsi="Arial" w:cs="Arial"/>
          <w:sz w:val="28"/>
          <w:szCs w:val="28"/>
        </w:rPr>
        <w:t>айне. Эмоциональное и формообра</w:t>
      </w:r>
      <w:r w:rsidRPr="006D1CB9">
        <w:rPr>
          <w:rFonts w:ascii="Arial" w:hAnsi="Arial" w:cs="Arial"/>
          <w:sz w:val="28"/>
          <w:szCs w:val="28"/>
        </w:rPr>
        <w:t>зующее значение цвета в диз</w:t>
      </w:r>
      <w:r w:rsidR="007633B4" w:rsidRPr="006D1CB9">
        <w:rPr>
          <w:rFonts w:ascii="Arial" w:hAnsi="Arial" w:cs="Arial"/>
          <w:sz w:val="28"/>
          <w:szCs w:val="28"/>
        </w:rPr>
        <w:t>айне и архитектуре. Влияние цве</w:t>
      </w:r>
      <w:r w:rsidRPr="006D1CB9">
        <w:rPr>
          <w:rFonts w:ascii="Arial" w:hAnsi="Arial" w:cs="Arial"/>
          <w:sz w:val="28"/>
          <w:szCs w:val="28"/>
        </w:rPr>
        <w:t xml:space="preserve">та на восприятие формы объектов архитектуры и дизайна. </w:t>
      </w:r>
    </w:p>
    <w:p w:rsidR="00B47E6D" w:rsidRPr="006D1CB9" w:rsidRDefault="00B52CF1" w:rsidP="003F4C3E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Конструирование объектов дизайна или архитектурное макетирование с использованием цвета. </w:t>
      </w:r>
    </w:p>
    <w:p w:rsidR="0048528C" w:rsidRPr="006D1CB9" w:rsidRDefault="0048528C" w:rsidP="005575E8">
      <w:pPr>
        <w:jc w:val="both"/>
        <w:rPr>
          <w:rFonts w:ascii="Arial" w:hAnsi="Arial" w:cs="Arial"/>
          <w:sz w:val="28"/>
          <w:szCs w:val="28"/>
        </w:rPr>
      </w:pPr>
    </w:p>
    <w:p w:rsidR="00B47E6D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Социальное значение дизайна и архитектуры как среды жизни человека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Образ и стиль материальн</w:t>
      </w:r>
      <w:r w:rsidR="007633B4" w:rsidRPr="006D1CB9">
        <w:rPr>
          <w:rFonts w:ascii="Arial" w:hAnsi="Arial" w:cs="Arial"/>
          <w:sz w:val="28"/>
          <w:szCs w:val="28"/>
        </w:rPr>
        <w:t>ой культуры прошлого. Смена сти</w:t>
      </w:r>
      <w:r w:rsidRPr="006D1CB9">
        <w:rPr>
          <w:rFonts w:ascii="Arial" w:hAnsi="Arial" w:cs="Arial"/>
          <w:sz w:val="28"/>
          <w:szCs w:val="28"/>
        </w:rPr>
        <w:t>лей как отражение эволюц</w:t>
      </w:r>
      <w:r w:rsidR="00963D79" w:rsidRPr="006D1CB9">
        <w:rPr>
          <w:rFonts w:ascii="Arial" w:hAnsi="Arial" w:cs="Arial"/>
          <w:sz w:val="28"/>
          <w:szCs w:val="28"/>
        </w:rPr>
        <w:t>ии образа жизни, изменения миро</w:t>
      </w:r>
      <w:r w:rsidRPr="006D1CB9">
        <w:rPr>
          <w:rFonts w:ascii="Arial" w:hAnsi="Arial" w:cs="Arial"/>
          <w:sz w:val="28"/>
          <w:szCs w:val="28"/>
        </w:rPr>
        <w:t xml:space="preserve">воззрения людей и развития производственных возможностей.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Художественно-анали</w:t>
      </w:r>
      <w:r w:rsidR="007633B4" w:rsidRPr="006D1CB9">
        <w:rPr>
          <w:rFonts w:ascii="Arial" w:hAnsi="Arial" w:cs="Arial"/>
          <w:sz w:val="28"/>
          <w:szCs w:val="28"/>
        </w:rPr>
        <w:t>тический обзор развития образно</w:t>
      </w:r>
      <w:r w:rsidR="00B47E6D" w:rsidRPr="006D1CB9">
        <w:rPr>
          <w:rFonts w:ascii="Arial" w:hAnsi="Arial" w:cs="Arial"/>
          <w:sz w:val="28"/>
          <w:szCs w:val="28"/>
        </w:rPr>
        <w:t>сти сти</w:t>
      </w:r>
      <w:r w:rsidRPr="006D1CB9">
        <w:rPr>
          <w:rFonts w:ascii="Arial" w:hAnsi="Arial" w:cs="Arial"/>
          <w:sz w:val="28"/>
          <w:szCs w:val="28"/>
        </w:rPr>
        <w:t>левого языка архитектуры к</w:t>
      </w:r>
      <w:r w:rsidR="007633B4" w:rsidRPr="006D1CB9">
        <w:rPr>
          <w:rFonts w:ascii="Arial" w:hAnsi="Arial" w:cs="Arial"/>
          <w:sz w:val="28"/>
          <w:szCs w:val="28"/>
        </w:rPr>
        <w:t>ак этапов духовной, художествен</w:t>
      </w:r>
      <w:r w:rsidRPr="006D1CB9">
        <w:rPr>
          <w:rFonts w:ascii="Arial" w:hAnsi="Arial" w:cs="Arial"/>
          <w:sz w:val="28"/>
          <w:szCs w:val="28"/>
        </w:rPr>
        <w:t xml:space="preserve">ной и материальной культуры разных народов и эпох.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Архитектура народного жилища, храмовая архитектура, частный дом в предметно-п</w:t>
      </w:r>
      <w:r w:rsidR="007633B4" w:rsidRPr="006D1CB9">
        <w:rPr>
          <w:rFonts w:ascii="Arial" w:hAnsi="Arial" w:cs="Arial"/>
          <w:sz w:val="28"/>
          <w:szCs w:val="28"/>
        </w:rPr>
        <w:t>ространственной среде жизни раз</w:t>
      </w:r>
      <w:r w:rsidRPr="006D1CB9">
        <w:rPr>
          <w:rFonts w:ascii="Arial" w:hAnsi="Arial" w:cs="Arial"/>
          <w:sz w:val="28"/>
          <w:szCs w:val="28"/>
        </w:rPr>
        <w:t xml:space="preserve">ных народов.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Выполнение заданий по</w:t>
      </w:r>
      <w:r w:rsidR="007633B4" w:rsidRPr="006D1CB9">
        <w:rPr>
          <w:rFonts w:ascii="Arial" w:hAnsi="Arial" w:cs="Arial"/>
          <w:sz w:val="28"/>
          <w:szCs w:val="28"/>
        </w:rPr>
        <w:t xml:space="preserve"> теме «Архитектурные образы про</w:t>
      </w:r>
      <w:r w:rsidRPr="006D1CB9">
        <w:rPr>
          <w:rFonts w:ascii="Arial" w:hAnsi="Arial" w:cs="Arial"/>
          <w:sz w:val="28"/>
          <w:szCs w:val="28"/>
        </w:rPr>
        <w:t>шлых эпох» в виде аналити</w:t>
      </w:r>
      <w:r w:rsidR="007633B4" w:rsidRPr="006D1CB9">
        <w:rPr>
          <w:rFonts w:ascii="Arial" w:hAnsi="Arial" w:cs="Arial"/>
          <w:sz w:val="28"/>
          <w:szCs w:val="28"/>
        </w:rPr>
        <w:t>ческих зарисовок известных архи</w:t>
      </w:r>
      <w:r w:rsidRPr="006D1CB9">
        <w:rPr>
          <w:rFonts w:ascii="Arial" w:hAnsi="Arial" w:cs="Arial"/>
          <w:sz w:val="28"/>
          <w:szCs w:val="28"/>
        </w:rPr>
        <w:t>тектурных памятников по</w:t>
      </w:r>
      <w:r w:rsidR="007633B4" w:rsidRPr="006D1CB9">
        <w:rPr>
          <w:rFonts w:ascii="Arial" w:hAnsi="Arial" w:cs="Arial"/>
          <w:sz w:val="28"/>
          <w:szCs w:val="28"/>
        </w:rPr>
        <w:t xml:space="preserve"> фотографиям и другим видам изо</w:t>
      </w:r>
      <w:r w:rsidRPr="006D1CB9">
        <w:rPr>
          <w:rFonts w:ascii="Arial" w:hAnsi="Arial" w:cs="Arial"/>
          <w:sz w:val="28"/>
          <w:szCs w:val="28"/>
        </w:rPr>
        <w:t xml:space="preserve">бражения.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Пути развития современной архитектуры и дизайна: город сегодня и завтра.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Архитектурная и градостро</w:t>
      </w:r>
      <w:r w:rsidR="007633B4" w:rsidRPr="006D1CB9">
        <w:rPr>
          <w:rFonts w:ascii="Arial" w:hAnsi="Arial" w:cs="Arial"/>
          <w:sz w:val="28"/>
          <w:szCs w:val="28"/>
        </w:rPr>
        <w:t>ительная революция XX в. Её тех</w:t>
      </w:r>
      <w:r w:rsidRPr="006D1CB9">
        <w:rPr>
          <w:rFonts w:ascii="Arial" w:hAnsi="Arial" w:cs="Arial"/>
          <w:sz w:val="28"/>
          <w:szCs w:val="28"/>
        </w:rPr>
        <w:t>нологические и эстетически</w:t>
      </w:r>
      <w:r w:rsidR="007633B4" w:rsidRPr="006D1CB9">
        <w:rPr>
          <w:rFonts w:ascii="Arial" w:hAnsi="Arial" w:cs="Arial"/>
          <w:sz w:val="28"/>
          <w:szCs w:val="28"/>
        </w:rPr>
        <w:t>е предпосылки и истоки. Социаль</w:t>
      </w:r>
      <w:r w:rsidRPr="006D1CB9">
        <w:rPr>
          <w:rFonts w:ascii="Arial" w:hAnsi="Arial" w:cs="Arial"/>
          <w:sz w:val="28"/>
          <w:szCs w:val="28"/>
        </w:rPr>
        <w:t xml:space="preserve">ный аспект «перестройки» в архитектуре.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Отрицание канонов и сохранение наследия с учётом нового уровня материально-строи</w:t>
      </w:r>
      <w:r w:rsidR="007633B4" w:rsidRPr="006D1CB9">
        <w:rPr>
          <w:rFonts w:ascii="Arial" w:hAnsi="Arial" w:cs="Arial"/>
          <w:sz w:val="28"/>
          <w:szCs w:val="28"/>
        </w:rPr>
        <w:t>тельной техники. Приоритет функ</w:t>
      </w:r>
      <w:r w:rsidRPr="006D1CB9">
        <w:rPr>
          <w:rFonts w:ascii="Arial" w:hAnsi="Arial" w:cs="Arial"/>
          <w:sz w:val="28"/>
          <w:szCs w:val="28"/>
        </w:rPr>
        <w:t xml:space="preserve">ционализма. Проблема урбанизации ландшафта, безликости и агрессивности среды современного города.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Пространство городской </w:t>
      </w:r>
      <w:r w:rsidR="007633B4" w:rsidRPr="006D1CB9">
        <w:rPr>
          <w:rFonts w:ascii="Arial" w:hAnsi="Arial" w:cs="Arial"/>
          <w:sz w:val="28"/>
          <w:szCs w:val="28"/>
        </w:rPr>
        <w:t>среды. Исторические формы плани</w:t>
      </w:r>
      <w:r w:rsidRPr="006D1CB9">
        <w:rPr>
          <w:rFonts w:ascii="Arial" w:hAnsi="Arial" w:cs="Arial"/>
          <w:sz w:val="28"/>
          <w:szCs w:val="28"/>
        </w:rPr>
        <w:t xml:space="preserve">ровки городской среды и их связь с образом жизни людей.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Роль цвета в формировании пространства. Схема-планировка и реальность.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Современные поиски новой эстетики в градостроительстве.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Выполнение практических </w:t>
      </w:r>
      <w:r w:rsidR="007633B4" w:rsidRPr="006D1CB9">
        <w:rPr>
          <w:rFonts w:ascii="Arial" w:hAnsi="Arial" w:cs="Arial"/>
          <w:sz w:val="28"/>
          <w:szCs w:val="28"/>
        </w:rPr>
        <w:t>работ по теме «Образ современно</w:t>
      </w:r>
      <w:r w:rsidRPr="006D1CB9">
        <w:rPr>
          <w:rFonts w:ascii="Arial" w:hAnsi="Arial" w:cs="Arial"/>
          <w:sz w:val="28"/>
          <w:szCs w:val="28"/>
        </w:rPr>
        <w:t xml:space="preserve">го города и архитектурного стиля будущего»: фотоколлажа или фантазийной зарисовки города будущего.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Индивидуальный образ каждого города. Неповторимость исторических кварталов и значение культурного наследия для современной жизни людей.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Дизайн городской среды. Малые архитектурные формы. Роль малых архитектурных форм </w:t>
      </w:r>
      <w:r w:rsidR="007633B4" w:rsidRPr="006D1CB9">
        <w:rPr>
          <w:rFonts w:ascii="Arial" w:hAnsi="Arial" w:cs="Arial"/>
          <w:sz w:val="28"/>
          <w:szCs w:val="28"/>
        </w:rPr>
        <w:t>и архитектурного дизайна в орга</w:t>
      </w:r>
      <w:r w:rsidRPr="006D1CB9">
        <w:rPr>
          <w:rFonts w:ascii="Arial" w:hAnsi="Arial" w:cs="Arial"/>
          <w:sz w:val="28"/>
          <w:szCs w:val="28"/>
        </w:rPr>
        <w:t xml:space="preserve">низации городской среды и индивидуальном образе города.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Проектирование дизайна о</w:t>
      </w:r>
      <w:r w:rsidR="007633B4" w:rsidRPr="006D1CB9">
        <w:rPr>
          <w:rFonts w:ascii="Arial" w:hAnsi="Arial" w:cs="Arial"/>
          <w:sz w:val="28"/>
          <w:szCs w:val="28"/>
        </w:rPr>
        <w:t>бъектов городской среды. Устрой</w:t>
      </w:r>
      <w:r w:rsidRPr="006D1CB9">
        <w:rPr>
          <w:rFonts w:ascii="Arial" w:hAnsi="Arial" w:cs="Arial"/>
          <w:sz w:val="28"/>
          <w:szCs w:val="28"/>
        </w:rPr>
        <w:t xml:space="preserve">ство пешеходных зон в городах, установка городской мебели (скамьи, «диваны» и  пр.), киосков, информационных блоков, блоков локального озеленения и  т.  д.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6D1CB9">
        <w:rPr>
          <w:rFonts w:ascii="Arial" w:hAnsi="Arial" w:cs="Arial"/>
          <w:sz w:val="28"/>
          <w:szCs w:val="28"/>
        </w:rPr>
        <w:t>коллажно_графической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композиции и</w:t>
      </w:r>
      <w:r w:rsidR="007633B4" w:rsidRPr="006D1CB9">
        <w:rPr>
          <w:rFonts w:ascii="Arial" w:hAnsi="Arial" w:cs="Arial"/>
          <w:sz w:val="28"/>
          <w:szCs w:val="28"/>
        </w:rPr>
        <w:t xml:space="preserve">ли </w:t>
      </w:r>
      <w:proofErr w:type="gramStart"/>
      <w:r w:rsidR="007633B4" w:rsidRPr="006D1CB9">
        <w:rPr>
          <w:rFonts w:ascii="Arial" w:hAnsi="Arial" w:cs="Arial"/>
          <w:sz w:val="28"/>
          <w:szCs w:val="28"/>
        </w:rPr>
        <w:t>дизайн-проекта</w:t>
      </w:r>
      <w:proofErr w:type="gramEnd"/>
      <w:r w:rsidR="007633B4" w:rsidRPr="006D1CB9">
        <w:rPr>
          <w:rFonts w:ascii="Arial" w:hAnsi="Arial" w:cs="Arial"/>
          <w:sz w:val="28"/>
          <w:szCs w:val="28"/>
        </w:rPr>
        <w:t xml:space="preserve"> оформления ви</w:t>
      </w:r>
      <w:r w:rsidRPr="006D1CB9">
        <w:rPr>
          <w:rFonts w:ascii="Arial" w:hAnsi="Arial" w:cs="Arial"/>
          <w:sz w:val="28"/>
          <w:szCs w:val="28"/>
        </w:rPr>
        <w:t xml:space="preserve">трины магазина.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Интерьер и предметный мир в доме. Назначение помещения и построение его интерьера.</w:t>
      </w:r>
      <w:r w:rsidR="007633B4" w:rsidRPr="006D1CB9">
        <w:rPr>
          <w:rFonts w:ascii="Arial" w:hAnsi="Arial" w:cs="Arial"/>
          <w:sz w:val="28"/>
          <w:szCs w:val="28"/>
        </w:rPr>
        <w:t xml:space="preserve"> Дизайн пространственно-предмет</w:t>
      </w:r>
      <w:r w:rsidRPr="006D1CB9">
        <w:rPr>
          <w:rFonts w:ascii="Arial" w:hAnsi="Arial" w:cs="Arial"/>
          <w:sz w:val="28"/>
          <w:szCs w:val="28"/>
        </w:rPr>
        <w:t xml:space="preserve">ной среды интерьера.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Образно-стилевое единство материальной культуры каждой эпохи. Интерьер как отражение стиля жизни его хозяев.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Зонирование интерьера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создание многофункционального пространства. Отделочные ма</w:t>
      </w:r>
      <w:r w:rsidR="007633B4" w:rsidRPr="006D1CB9">
        <w:rPr>
          <w:rFonts w:ascii="Arial" w:hAnsi="Arial" w:cs="Arial"/>
          <w:sz w:val="28"/>
          <w:szCs w:val="28"/>
        </w:rPr>
        <w:t>териалы, введение фактуры и цве</w:t>
      </w:r>
      <w:r w:rsidRPr="006D1CB9">
        <w:rPr>
          <w:rFonts w:ascii="Arial" w:hAnsi="Arial" w:cs="Arial"/>
          <w:sz w:val="28"/>
          <w:szCs w:val="28"/>
        </w:rPr>
        <w:t xml:space="preserve">та в интерьер.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Интерьеры общественных зданий (театр, кафе, вокзал, офис, школа).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 Организация архитектурн</w:t>
      </w:r>
      <w:r w:rsidR="007633B4" w:rsidRPr="006D1CB9">
        <w:rPr>
          <w:rFonts w:ascii="Arial" w:hAnsi="Arial" w:cs="Arial"/>
          <w:sz w:val="28"/>
          <w:szCs w:val="28"/>
        </w:rPr>
        <w:t>о-ландшафтного пространства. Го</w:t>
      </w:r>
      <w:r w:rsidRPr="006D1CB9">
        <w:rPr>
          <w:rFonts w:ascii="Arial" w:hAnsi="Arial" w:cs="Arial"/>
          <w:sz w:val="28"/>
          <w:szCs w:val="28"/>
        </w:rPr>
        <w:t>род в единстве с ландшафтно-парковой средой. Основные школы ландшаф</w:t>
      </w:r>
      <w:r w:rsidR="007633B4" w:rsidRPr="006D1CB9">
        <w:rPr>
          <w:rFonts w:ascii="Arial" w:hAnsi="Arial" w:cs="Arial"/>
          <w:sz w:val="28"/>
          <w:szCs w:val="28"/>
        </w:rPr>
        <w:t>тного дизайна. Особенности ланд</w:t>
      </w:r>
      <w:r w:rsidRPr="006D1CB9">
        <w:rPr>
          <w:rFonts w:ascii="Arial" w:hAnsi="Arial" w:cs="Arial"/>
          <w:sz w:val="28"/>
          <w:szCs w:val="28"/>
        </w:rPr>
        <w:t>шафта русской усадебной территории и задачи сохранения исторического наследия. Т</w:t>
      </w:r>
      <w:r w:rsidR="007633B4" w:rsidRPr="006D1CB9">
        <w:rPr>
          <w:rFonts w:ascii="Arial" w:hAnsi="Arial" w:cs="Arial"/>
          <w:sz w:val="28"/>
          <w:szCs w:val="28"/>
        </w:rPr>
        <w:t>радиции графического языка ланд</w:t>
      </w:r>
      <w:r w:rsidRPr="006D1CB9">
        <w:rPr>
          <w:rFonts w:ascii="Arial" w:hAnsi="Arial" w:cs="Arial"/>
          <w:sz w:val="28"/>
          <w:szCs w:val="28"/>
        </w:rPr>
        <w:t xml:space="preserve">шафтных проектов.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Выполнение </w:t>
      </w:r>
      <w:proofErr w:type="gramStart"/>
      <w:r w:rsidRPr="006D1CB9">
        <w:rPr>
          <w:rFonts w:ascii="Arial" w:hAnsi="Arial" w:cs="Arial"/>
          <w:sz w:val="28"/>
          <w:szCs w:val="28"/>
        </w:rPr>
        <w:t>дизайн-прое</w:t>
      </w:r>
      <w:r w:rsidR="007633B4" w:rsidRPr="006D1CB9">
        <w:rPr>
          <w:rFonts w:ascii="Arial" w:hAnsi="Arial" w:cs="Arial"/>
          <w:sz w:val="28"/>
          <w:szCs w:val="28"/>
        </w:rPr>
        <w:t>кта</w:t>
      </w:r>
      <w:proofErr w:type="gramEnd"/>
      <w:r w:rsidR="007633B4" w:rsidRPr="006D1CB9">
        <w:rPr>
          <w:rFonts w:ascii="Arial" w:hAnsi="Arial" w:cs="Arial"/>
          <w:sz w:val="28"/>
          <w:szCs w:val="28"/>
        </w:rPr>
        <w:t xml:space="preserve"> территории парка или приуса</w:t>
      </w:r>
      <w:r w:rsidRPr="006D1CB9">
        <w:rPr>
          <w:rFonts w:ascii="Arial" w:hAnsi="Arial" w:cs="Arial"/>
          <w:sz w:val="28"/>
          <w:szCs w:val="28"/>
        </w:rPr>
        <w:t xml:space="preserve">дебного участка в виде схемы-чертежа.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Единство эстетического и функционального в </w:t>
      </w:r>
      <w:proofErr w:type="spellStart"/>
      <w:r w:rsidRPr="006D1CB9">
        <w:rPr>
          <w:rFonts w:ascii="Arial" w:hAnsi="Arial" w:cs="Arial"/>
          <w:sz w:val="28"/>
          <w:szCs w:val="28"/>
        </w:rPr>
        <w:t>объёмно_пространственной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организации среды жизнедеятельности людей. </w:t>
      </w:r>
    </w:p>
    <w:p w:rsidR="00B47E6D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Образ человека и индивидуальное проектирование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Организация пространст</w:t>
      </w:r>
      <w:r w:rsidR="007633B4" w:rsidRPr="006D1CB9">
        <w:rPr>
          <w:rFonts w:ascii="Arial" w:hAnsi="Arial" w:cs="Arial"/>
          <w:sz w:val="28"/>
          <w:szCs w:val="28"/>
        </w:rPr>
        <w:t>ва жилой среды как отражение со</w:t>
      </w:r>
      <w:r w:rsidRPr="006D1CB9">
        <w:rPr>
          <w:rFonts w:ascii="Arial" w:hAnsi="Arial" w:cs="Arial"/>
          <w:sz w:val="28"/>
          <w:szCs w:val="28"/>
        </w:rPr>
        <w:t>циального заказа и индивидуа</w:t>
      </w:r>
      <w:r w:rsidR="007633B4" w:rsidRPr="006D1CB9">
        <w:rPr>
          <w:rFonts w:ascii="Arial" w:hAnsi="Arial" w:cs="Arial"/>
          <w:sz w:val="28"/>
          <w:szCs w:val="28"/>
        </w:rPr>
        <w:t>льности человека, его вкуса, по</w:t>
      </w:r>
      <w:r w:rsidRPr="006D1CB9">
        <w:rPr>
          <w:rFonts w:ascii="Arial" w:hAnsi="Arial" w:cs="Arial"/>
          <w:sz w:val="28"/>
          <w:szCs w:val="28"/>
        </w:rPr>
        <w:t>требностей и возможностей.</w:t>
      </w:r>
      <w:r w:rsidR="007633B4" w:rsidRPr="006D1CB9">
        <w:rPr>
          <w:rFonts w:ascii="Arial" w:hAnsi="Arial" w:cs="Arial"/>
          <w:sz w:val="28"/>
          <w:szCs w:val="28"/>
        </w:rPr>
        <w:t xml:space="preserve"> Образно-личностное проектирова</w:t>
      </w:r>
      <w:r w:rsidRPr="006D1CB9">
        <w:rPr>
          <w:rFonts w:ascii="Arial" w:hAnsi="Arial" w:cs="Arial"/>
          <w:sz w:val="28"/>
          <w:szCs w:val="28"/>
        </w:rPr>
        <w:t xml:space="preserve">ние в дизайне и архитектуре.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Проектные работы по созда</w:t>
      </w:r>
      <w:r w:rsidR="007633B4" w:rsidRPr="006D1CB9">
        <w:rPr>
          <w:rFonts w:ascii="Arial" w:hAnsi="Arial" w:cs="Arial"/>
          <w:sz w:val="28"/>
          <w:szCs w:val="28"/>
        </w:rPr>
        <w:t>нию облика частного дома, комна</w:t>
      </w:r>
      <w:r w:rsidRPr="006D1CB9">
        <w:rPr>
          <w:rFonts w:ascii="Arial" w:hAnsi="Arial" w:cs="Arial"/>
          <w:sz w:val="28"/>
          <w:szCs w:val="28"/>
        </w:rPr>
        <w:t xml:space="preserve">ты и сада. Дизайн предметной среды в интерьере частного дома.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Мода и культура как пар</w:t>
      </w:r>
      <w:r w:rsidR="007633B4" w:rsidRPr="006D1CB9">
        <w:rPr>
          <w:rFonts w:ascii="Arial" w:hAnsi="Arial" w:cs="Arial"/>
          <w:sz w:val="28"/>
          <w:szCs w:val="28"/>
        </w:rPr>
        <w:t>аметры создания собственного ко</w:t>
      </w:r>
      <w:r w:rsidRPr="006D1CB9">
        <w:rPr>
          <w:rFonts w:ascii="Arial" w:hAnsi="Arial" w:cs="Arial"/>
          <w:sz w:val="28"/>
          <w:szCs w:val="28"/>
        </w:rPr>
        <w:t xml:space="preserve">стюма или комплекта одежды.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</w:t>
      </w:r>
      <w:r w:rsidR="007633B4" w:rsidRPr="006D1CB9">
        <w:rPr>
          <w:rFonts w:ascii="Arial" w:hAnsi="Arial" w:cs="Arial"/>
          <w:sz w:val="28"/>
          <w:szCs w:val="28"/>
        </w:rPr>
        <w:t>ак бизнес и в качестве манипули</w:t>
      </w:r>
      <w:r w:rsidRPr="006D1CB9">
        <w:rPr>
          <w:rFonts w:ascii="Arial" w:hAnsi="Arial" w:cs="Arial"/>
          <w:sz w:val="28"/>
          <w:szCs w:val="28"/>
        </w:rPr>
        <w:t xml:space="preserve">рования массовым сознанием.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Характерные особенности современной одежды. Молодёжная субкультура и подростков</w:t>
      </w:r>
      <w:r w:rsidR="007633B4" w:rsidRPr="006D1CB9">
        <w:rPr>
          <w:rFonts w:ascii="Arial" w:hAnsi="Arial" w:cs="Arial"/>
          <w:sz w:val="28"/>
          <w:szCs w:val="28"/>
        </w:rPr>
        <w:t>ая мода. Унификация одежды и ин</w:t>
      </w:r>
      <w:r w:rsidRPr="006D1CB9">
        <w:rPr>
          <w:rFonts w:ascii="Arial" w:hAnsi="Arial" w:cs="Arial"/>
          <w:sz w:val="28"/>
          <w:szCs w:val="28"/>
        </w:rPr>
        <w:t xml:space="preserve">дивидуальный стиль. Ансамбль в костюме. Роль фантазии и вкуса в подборе одежды.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Выполнение практических</w:t>
      </w:r>
      <w:r w:rsidR="007633B4" w:rsidRPr="006D1CB9">
        <w:rPr>
          <w:rFonts w:ascii="Arial" w:hAnsi="Arial" w:cs="Arial"/>
          <w:sz w:val="28"/>
          <w:szCs w:val="28"/>
        </w:rPr>
        <w:t xml:space="preserve"> творческих эскизов по теме «Ди</w:t>
      </w:r>
      <w:r w:rsidRPr="006D1CB9">
        <w:rPr>
          <w:rFonts w:ascii="Arial" w:hAnsi="Arial" w:cs="Arial"/>
          <w:sz w:val="28"/>
          <w:szCs w:val="28"/>
        </w:rPr>
        <w:t xml:space="preserve">зайн современной одежды».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Искусство грима и причёс</w:t>
      </w:r>
      <w:r w:rsidR="007633B4" w:rsidRPr="006D1CB9">
        <w:rPr>
          <w:rFonts w:ascii="Arial" w:hAnsi="Arial" w:cs="Arial"/>
          <w:sz w:val="28"/>
          <w:szCs w:val="28"/>
        </w:rPr>
        <w:t>ки. Форма лица и причёска. Маки</w:t>
      </w:r>
      <w:r w:rsidRPr="006D1CB9">
        <w:rPr>
          <w:rFonts w:ascii="Arial" w:hAnsi="Arial" w:cs="Arial"/>
          <w:sz w:val="28"/>
          <w:szCs w:val="28"/>
        </w:rPr>
        <w:t>яж дневной, вечерний и кар</w:t>
      </w:r>
      <w:r w:rsidR="007633B4" w:rsidRPr="006D1CB9">
        <w:rPr>
          <w:rFonts w:ascii="Arial" w:hAnsi="Arial" w:cs="Arial"/>
          <w:sz w:val="28"/>
          <w:szCs w:val="28"/>
        </w:rPr>
        <w:t>навальный. Грим бытовой и сцени</w:t>
      </w:r>
      <w:r w:rsidRPr="006D1CB9">
        <w:rPr>
          <w:rFonts w:ascii="Arial" w:hAnsi="Arial" w:cs="Arial"/>
          <w:sz w:val="28"/>
          <w:szCs w:val="28"/>
        </w:rPr>
        <w:t xml:space="preserve">ческий. </w:t>
      </w:r>
    </w:p>
    <w:p w:rsidR="00B47E6D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Имидж-дизайн и его связь</w:t>
      </w:r>
      <w:r w:rsidR="007633B4" w:rsidRPr="006D1CB9">
        <w:rPr>
          <w:rFonts w:ascii="Arial" w:hAnsi="Arial" w:cs="Arial"/>
          <w:sz w:val="28"/>
          <w:szCs w:val="28"/>
        </w:rPr>
        <w:t xml:space="preserve"> с публичностью, технологией со</w:t>
      </w:r>
      <w:r w:rsidRPr="006D1CB9">
        <w:rPr>
          <w:rFonts w:ascii="Arial" w:hAnsi="Arial" w:cs="Arial"/>
          <w:sz w:val="28"/>
          <w:szCs w:val="28"/>
        </w:rPr>
        <w:t xml:space="preserve">циального поведения, рекламой, общественной деятельностью.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Дизайн и архитектура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средства организации среды жизни людей и строительства нового мира. </w:t>
      </w:r>
    </w:p>
    <w:p w:rsidR="005575E8" w:rsidRPr="006D1CB9" w:rsidRDefault="005575E8" w:rsidP="005575E8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28C" w:rsidRPr="006D1CB9" w:rsidRDefault="0048528C" w:rsidP="0048528C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МОДУЛЬ № 4 «ИЗОБРАЖЕНИЕ В СИНТЕТИЧЕСКИХ, ЭКРАННЫХ ВИДАХ ИСКУССТВА И ХУДОЖЕСТВЕННАЯ ФОТОГРАФИЯ» </w:t>
      </w:r>
      <w:r w:rsidRPr="006D1CB9">
        <w:rPr>
          <w:rFonts w:ascii="Arial" w:hAnsi="Arial" w:cs="Arial"/>
          <w:b/>
          <w:bCs/>
          <w:i/>
          <w:iCs/>
          <w:sz w:val="28"/>
          <w:szCs w:val="28"/>
        </w:rPr>
        <w:t xml:space="preserve">(ВАРИАТИВНЫЙ) </w:t>
      </w:r>
    </w:p>
    <w:p w:rsidR="005575E8" w:rsidRPr="006D1CB9" w:rsidRDefault="0048528C" w:rsidP="0048528C">
      <w:pPr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>(8 класс)</w:t>
      </w:r>
    </w:p>
    <w:p w:rsidR="005575E8" w:rsidRPr="006D1CB9" w:rsidRDefault="005575E8" w:rsidP="005575E8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Синтетические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="00B47E6D" w:rsidRPr="006D1CB9">
        <w:rPr>
          <w:rFonts w:ascii="Arial" w:hAnsi="Arial" w:cs="Arial"/>
          <w:sz w:val="28"/>
          <w:szCs w:val="28"/>
        </w:rPr>
        <w:t xml:space="preserve"> </w:t>
      </w:r>
      <w:r w:rsidRPr="006D1CB9">
        <w:rPr>
          <w:rFonts w:ascii="Arial" w:hAnsi="Arial" w:cs="Arial"/>
          <w:sz w:val="28"/>
          <w:szCs w:val="28"/>
        </w:rPr>
        <w:t>прост</w:t>
      </w:r>
      <w:r w:rsidR="007633B4" w:rsidRPr="006D1CB9">
        <w:rPr>
          <w:rFonts w:ascii="Arial" w:hAnsi="Arial" w:cs="Arial"/>
          <w:sz w:val="28"/>
          <w:szCs w:val="28"/>
        </w:rPr>
        <w:t>ранственно-временные виды искус</w:t>
      </w:r>
      <w:r w:rsidRPr="006D1CB9">
        <w:rPr>
          <w:rFonts w:ascii="Arial" w:hAnsi="Arial" w:cs="Arial"/>
          <w:sz w:val="28"/>
          <w:szCs w:val="28"/>
        </w:rPr>
        <w:t>ства. Роль изображения в синтетических и</w:t>
      </w:r>
      <w:r w:rsidR="007633B4" w:rsidRPr="006D1CB9">
        <w:rPr>
          <w:rFonts w:ascii="Arial" w:hAnsi="Arial" w:cs="Arial"/>
          <w:sz w:val="28"/>
          <w:szCs w:val="28"/>
        </w:rPr>
        <w:t>скусствах в соедине</w:t>
      </w:r>
      <w:r w:rsidRPr="006D1CB9">
        <w:rPr>
          <w:rFonts w:ascii="Arial" w:hAnsi="Arial" w:cs="Arial"/>
          <w:sz w:val="28"/>
          <w:szCs w:val="28"/>
        </w:rPr>
        <w:t xml:space="preserve">нии со словом, музыкой, движением.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Значение развития технологий в становлении новых видов искусства.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Мультимедиа и объедине</w:t>
      </w:r>
      <w:r w:rsidR="007633B4" w:rsidRPr="006D1CB9">
        <w:rPr>
          <w:rFonts w:ascii="Arial" w:hAnsi="Arial" w:cs="Arial"/>
          <w:sz w:val="28"/>
          <w:szCs w:val="28"/>
        </w:rPr>
        <w:t>ние множества воспринимаемых че</w:t>
      </w:r>
      <w:r w:rsidRPr="006D1CB9">
        <w:rPr>
          <w:rFonts w:ascii="Arial" w:hAnsi="Arial" w:cs="Arial"/>
          <w:sz w:val="28"/>
          <w:szCs w:val="28"/>
        </w:rPr>
        <w:t>ловеком информационных ср</w:t>
      </w:r>
      <w:r w:rsidR="007633B4" w:rsidRPr="006D1CB9">
        <w:rPr>
          <w:rFonts w:ascii="Arial" w:hAnsi="Arial" w:cs="Arial"/>
          <w:sz w:val="28"/>
          <w:szCs w:val="28"/>
        </w:rPr>
        <w:t>едств на экране цифрового искус</w:t>
      </w:r>
      <w:r w:rsidRPr="006D1CB9">
        <w:rPr>
          <w:rFonts w:ascii="Arial" w:hAnsi="Arial" w:cs="Arial"/>
          <w:sz w:val="28"/>
          <w:szCs w:val="28"/>
        </w:rPr>
        <w:t xml:space="preserve">ства. </w:t>
      </w:r>
    </w:p>
    <w:p w:rsidR="005575E8" w:rsidRPr="006D1CB9" w:rsidRDefault="005575E8" w:rsidP="005575E8">
      <w:pPr>
        <w:jc w:val="both"/>
        <w:rPr>
          <w:rFonts w:ascii="Arial" w:hAnsi="Arial" w:cs="Arial"/>
          <w:sz w:val="28"/>
          <w:szCs w:val="28"/>
        </w:rPr>
      </w:pPr>
    </w:p>
    <w:p w:rsidR="005575E8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Художник и искусство театра </w:t>
      </w:r>
    </w:p>
    <w:p w:rsidR="007633B4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Рождение театра в древнейших обрядах. История развития искусства театра.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Жанровое многообразие театральных представлений, шоу, праздников и их визуальный облик.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Роль художника и виды профессиональной деяте</w:t>
      </w:r>
      <w:r w:rsidR="007633B4" w:rsidRPr="006D1CB9">
        <w:rPr>
          <w:rFonts w:ascii="Arial" w:hAnsi="Arial" w:cs="Arial"/>
          <w:sz w:val="28"/>
          <w:szCs w:val="28"/>
        </w:rPr>
        <w:t>льности ху</w:t>
      </w:r>
      <w:r w:rsidRPr="006D1CB9">
        <w:rPr>
          <w:rFonts w:ascii="Arial" w:hAnsi="Arial" w:cs="Arial"/>
          <w:sz w:val="28"/>
          <w:szCs w:val="28"/>
        </w:rPr>
        <w:t xml:space="preserve">дожника в современном театре.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Сценография и создание сценического образа. Сотворчество художника-постановщика с</w:t>
      </w:r>
      <w:r w:rsidR="007633B4" w:rsidRPr="006D1CB9">
        <w:rPr>
          <w:rFonts w:ascii="Arial" w:hAnsi="Arial" w:cs="Arial"/>
          <w:sz w:val="28"/>
          <w:szCs w:val="28"/>
        </w:rPr>
        <w:t xml:space="preserve"> драматургом, режиссёром и актё</w:t>
      </w:r>
      <w:r w:rsidRPr="006D1CB9">
        <w:rPr>
          <w:rFonts w:ascii="Arial" w:hAnsi="Arial" w:cs="Arial"/>
          <w:sz w:val="28"/>
          <w:szCs w:val="28"/>
        </w:rPr>
        <w:t xml:space="preserve">рами.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Роль освещения в визуальном облике театрального действия. Бутафорские, пошивочные, декорационные</w:t>
      </w:r>
      <w:r w:rsidR="007633B4" w:rsidRPr="006D1CB9">
        <w:rPr>
          <w:rFonts w:ascii="Arial" w:hAnsi="Arial" w:cs="Arial"/>
          <w:sz w:val="28"/>
          <w:szCs w:val="28"/>
        </w:rPr>
        <w:t xml:space="preserve"> и иные цеха в теа</w:t>
      </w:r>
      <w:r w:rsidRPr="006D1CB9">
        <w:rPr>
          <w:rFonts w:ascii="Arial" w:hAnsi="Arial" w:cs="Arial"/>
          <w:sz w:val="28"/>
          <w:szCs w:val="28"/>
        </w:rPr>
        <w:t xml:space="preserve">тре.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Сценический костюм, гр</w:t>
      </w:r>
      <w:r w:rsidR="007633B4" w:rsidRPr="006D1CB9">
        <w:rPr>
          <w:rFonts w:ascii="Arial" w:hAnsi="Arial" w:cs="Arial"/>
          <w:sz w:val="28"/>
          <w:szCs w:val="28"/>
        </w:rPr>
        <w:t>им и маска. Стилистическое един</w:t>
      </w:r>
      <w:r w:rsidRPr="006D1CB9">
        <w:rPr>
          <w:rFonts w:ascii="Arial" w:hAnsi="Arial" w:cs="Arial"/>
          <w:sz w:val="28"/>
          <w:szCs w:val="28"/>
        </w:rPr>
        <w:t>ство в решении образа спект</w:t>
      </w:r>
      <w:r w:rsidR="007633B4" w:rsidRPr="006D1CB9">
        <w:rPr>
          <w:rFonts w:ascii="Arial" w:hAnsi="Arial" w:cs="Arial"/>
          <w:sz w:val="28"/>
          <w:szCs w:val="28"/>
        </w:rPr>
        <w:t>акля. Выражение в костюме харак</w:t>
      </w:r>
      <w:r w:rsidRPr="006D1CB9">
        <w:rPr>
          <w:rFonts w:ascii="Arial" w:hAnsi="Arial" w:cs="Arial"/>
          <w:sz w:val="28"/>
          <w:szCs w:val="28"/>
        </w:rPr>
        <w:t xml:space="preserve">тера персонажа.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Творчество художнико</w:t>
      </w:r>
      <w:r w:rsidR="007633B4" w:rsidRPr="006D1CB9">
        <w:rPr>
          <w:rFonts w:ascii="Arial" w:hAnsi="Arial" w:cs="Arial"/>
          <w:sz w:val="28"/>
          <w:szCs w:val="28"/>
        </w:rPr>
        <w:t>в-постановщиков в истории отече</w:t>
      </w:r>
      <w:r w:rsidRPr="006D1CB9">
        <w:rPr>
          <w:rFonts w:ascii="Arial" w:hAnsi="Arial" w:cs="Arial"/>
          <w:sz w:val="28"/>
          <w:szCs w:val="28"/>
        </w:rPr>
        <w:t>ственного искусства (К. Коровин, И. </w:t>
      </w:r>
      <w:proofErr w:type="spellStart"/>
      <w:r w:rsidRPr="006D1CB9">
        <w:rPr>
          <w:rFonts w:ascii="Arial" w:hAnsi="Arial" w:cs="Arial"/>
          <w:sz w:val="28"/>
          <w:szCs w:val="28"/>
        </w:rPr>
        <w:t>Билибин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, А. Головин и др.).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Школьный спектакль и работа художника по его подготовке.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 xml:space="preserve">Художник в театре кукол и его ведущая роль как соавтора режиссёра и актёра в процессе создания образа персонажа.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Условность и метафора в т</w:t>
      </w:r>
      <w:r w:rsidR="007633B4" w:rsidRPr="006D1CB9">
        <w:rPr>
          <w:rFonts w:ascii="Arial" w:hAnsi="Arial" w:cs="Arial"/>
          <w:sz w:val="28"/>
          <w:szCs w:val="28"/>
        </w:rPr>
        <w:t>еатральной постановке как образ</w:t>
      </w:r>
      <w:r w:rsidRPr="006D1CB9">
        <w:rPr>
          <w:rFonts w:ascii="Arial" w:hAnsi="Arial" w:cs="Arial"/>
          <w:sz w:val="28"/>
          <w:szCs w:val="28"/>
        </w:rPr>
        <w:t xml:space="preserve">ная и авторская интерпретация реальности. </w:t>
      </w:r>
    </w:p>
    <w:p w:rsidR="005575E8" w:rsidRPr="006D1CB9" w:rsidRDefault="005575E8" w:rsidP="005575E8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575E8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Художественная фотография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Рождение фотографии как</w:t>
      </w:r>
      <w:r w:rsidR="007633B4" w:rsidRPr="006D1CB9">
        <w:rPr>
          <w:rFonts w:ascii="Arial" w:hAnsi="Arial" w:cs="Arial"/>
          <w:sz w:val="28"/>
          <w:szCs w:val="28"/>
        </w:rPr>
        <w:t xml:space="preserve"> технологическая революция запе</w:t>
      </w:r>
      <w:r w:rsidRPr="006D1CB9">
        <w:rPr>
          <w:rFonts w:ascii="Arial" w:hAnsi="Arial" w:cs="Arial"/>
          <w:sz w:val="28"/>
          <w:szCs w:val="28"/>
        </w:rPr>
        <w:t xml:space="preserve">чатления реальности. Искусство и технология. История </w:t>
      </w:r>
      <w:proofErr w:type="spellStart"/>
      <w:r w:rsidRPr="006D1CB9">
        <w:rPr>
          <w:rFonts w:ascii="Arial" w:hAnsi="Arial" w:cs="Arial"/>
          <w:sz w:val="28"/>
          <w:szCs w:val="28"/>
        </w:rPr>
        <w:t>фото_графии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: от </w:t>
      </w:r>
      <w:proofErr w:type="spellStart"/>
      <w:r w:rsidRPr="006D1CB9">
        <w:rPr>
          <w:rFonts w:ascii="Arial" w:hAnsi="Arial" w:cs="Arial"/>
          <w:sz w:val="28"/>
          <w:szCs w:val="28"/>
        </w:rPr>
        <w:t>дагеротипа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до компьютерных технологий.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Современные возможности художественной об</w:t>
      </w:r>
      <w:r w:rsidR="005575E8" w:rsidRPr="006D1CB9">
        <w:rPr>
          <w:rFonts w:ascii="Arial" w:hAnsi="Arial" w:cs="Arial"/>
          <w:sz w:val="28"/>
          <w:szCs w:val="28"/>
        </w:rPr>
        <w:t>работки циф</w:t>
      </w:r>
      <w:r w:rsidRPr="006D1CB9">
        <w:rPr>
          <w:rFonts w:ascii="Arial" w:hAnsi="Arial" w:cs="Arial"/>
          <w:sz w:val="28"/>
          <w:szCs w:val="28"/>
        </w:rPr>
        <w:t xml:space="preserve">ровой фотографии. </w:t>
      </w:r>
    </w:p>
    <w:p w:rsidR="005575E8" w:rsidRPr="006D1CB9" w:rsidRDefault="00B52CF1" w:rsidP="005575E8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Картина мира и «</w:t>
      </w:r>
      <w:proofErr w:type="spellStart"/>
      <w:r w:rsidRPr="006D1CB9">
        <w:rPr>
          <w:rFonts w:ascii="Arial" w:hAnsi="Arial" w:cs="Arial"/>
          <w:sz w:val="28"/>
          <w:szCs w:val="28"/>
        </w:rPr>
        <w:t>Родинов</w:t>
      </w:r>
      <w:r w:rsidR="007633B4" w:rsidRPr="006D1CB9">
        <w:rPr>
          <w:rFonts w:ascii="Arial" w:hAnsi="Arial" w:cs="Arial"/>
          <w:sz w:val="28"/>
          <w:szCs w:val="28"/>
        </w:rPr>
        <w:t>едение</w:t>
      </w:r>
      <w:proofErr w:type="spellEnd"/>
      <w:r w:rsidR="007633B4" w:rsidRPr="006D1CB9">
        <w:rPr>
          <w:rFonts w:ascii="Arial" w:hAnsi="Arial" w:cs="Arial"/>
          <w:sz w:val="28"/>
          <w:szCs w:val="28"/>
        </w:rPr>
        <w:t>» в фотографиях С. М. Про</w:t>
      </w:r>
      <w:r w:rsidRPr="006D1CB9">
        <w:rPr>
          <w:rFonts w:ascii="Arial" w:hAnsi="Arial" w:cs="Arial"/>
          <w:sz w:val="28"/>
          <w:szCs w:val="28"/>
        </w:rPr>
        <w:t>кудин</w:t>
      </w:r>
      <w:r w:rsidR="005575E8" w:rsidRPr="006D1CB9">
        <w:rPr>
          <w:rFonts w:ascii="Arial" w:hAnsi="Arial" w:cs="Arial"/>
          <w:sz w:val="28"/>
          <w:szCs w:val="28"/>
        </w:rPr>
        <w:t xml:space="preserve">а-Горского. Сохранённая история </w:t>
      </w:r>
      <w:r w:rsidRPr="006D1CB9">
        <w:rPr>
          <w:rFonts w:ascii="Arial" w:hAnsi="Arial" w:cs="Arial"/>
          <w:sz w:val="28"/>
          <w:szCs w:val="28"/>
        </w:rPr>
        <w:t xml:space="preserve">и роль его фотографий в современной отечественной культуре.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Фотография </w:t>
      </w:r>
      <w:r w:rsidR="005575E8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искусство светописи. Роль света в выявлении формы и фактуры предмета. Примеры художественной </w:t>
      </w:r>
      <w:proofErr w:type="spellStart"/>
      <w:r w:rsidRPr="006D1CB9">
        <w:rPr>
          <w:rFonts w:ascii="Arial" w:hAnsi="Arial" w:cs="Arial"/>
          <w:sz w:val="28"/>
          <w:szCs w:val="28"/>
        </w:rPr>
        <w:t>фото_графии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в творчестве профессиональных мастеров.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Композиция кадра, ракурс, плановость, графический ритм.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Умения наблюдать и выявлять выразительность и красоту окружающей жизни с помощью фотографии.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6D1CB9">
        <w:rPr>
          <w:rFonts w:ascii="Arial" w:hAnsi="Arial" w:cs="Arial"/>
          <w:sz w:val="28"/>
          <w:szCs w:val="28"/>
        </w:rPr>
        <w:t>Фотопейзаж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в творчестве профессиональных фотографов.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Образные возможности чёрно-белой и цветной фотографии. Роль тональных контрастов и роль цвета в эмоционально-</w:t>
      </w:r>
      <w:proofErr w:type="spellStart"/>
      <w:r w:rsidRPr="006D1CB9">
        <w:rPr>
          <w:rFonts w:ascii="Arial" w:hAnsi="Arial" w:cs="Arial"/>
          <w:sz w:val="28"/>
          <w:szCs w:val="28"/>
        </w:rPr>
        <w:t>об_разном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восприятии пейзажа.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Роль освещения в портре</w:t>
      </w:r>
      <w:r w:rsidR="007633B4" w:rsidRPr="006D1CB9">
        <w:rPr>
          <w:rFonts w:ascii="Arial" w:hAnsi="Arial" w:cs="Arial"/>
          <w:sz w:val="28"/>
          <w:szCs w:val="28"/>
        </w:rPr>
        <w:t>тном образе. Фотография постано</w:t>
      </w:r>
      <w:r w:rsidRPr="006D1CB9">
        <w:rPr>
          <w:rFonts w:ascii="Arial" w:hAnsi="Arial" w:cs="Arial"/>
          <w:sz w:val="28"/>
          <w:szCs w:val="28"/>
        </w:rPr>
        <w:t xml:space="preserve">вочная и документальная.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Фотопортрет в истории профессиональной фотографии и его связь с направлениями в изобразительном искусстве.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 Фоторепортаж. Образ с</w:t>
      </w:r>
      <w:r w:rsidR="007633B4" w:rsidRPr="006D1CB9">
        <w:rPr>
          <w:rFonts w:ascii="Arial" w:hAnsi="Arial" w:cs="Arial"/>
          <w:sz w:val="28"/>
          <w:szCs w:val="28"/>
        </w:rPr>
        <w:t>обытия в кадре. Репортажный сни</w:t>
      </w:r>
      <w:r w:rsidRPr="006D1CB9">
        <w:rPr>
          <w:rFonts w:ascii="Arial" w:hAnsi="Arial" w:cs="Arial"/>
          <w:sz w:val="28"/>
          <w:szCs w:val="28"/>
        </w:rPr>
        <w:t>мок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свидетельство истории</w:t>
      </w:r>
      <w:r w:rsidR="007633B4" w:rsidRPr="006D1CB9">
        <w:rPr>
          <w:rFonts w:ascii="Arial" w:hAnsi="Arial" w:cs="Arial"/>
          <w:sz w:val="28"/>
          <w:szCs w:val="28"/>
        </w:rPr>
        <w:t xml:space="preserve"> и его значение в сохранении па</w:t>
      </w:r>
      <w:r w:rsidRPr="006D1CB9">
        <w:rPr>
          <w:rFonts w:ascii="Arial" w:hAnsi="Arial" w:cs="Arial"/>
          <w:sz w:val="28"/>
          <w:szCs w:val="28"/>
        </w:rPr>
        <w:t xml:space="preserve">мяти о событии.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Фоторепортаж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дневни</w:t>
      </w:r>
      <w:r w:rsidR="007633B4" w:rsidRPr="006D1CB9">
        <w:rPr>
          <w:rFonts w:ascii="Arial" w:hAnsi="Arial" w:cs="Arial"/>
          <w:sz w:val="28"/>
          <w:szCs w:val="28"/>
        </w:rPr>
        <w:t>к истории. Значение работы воен</w:t>
      </w:r>
      <w:r w:rsidRPr="006D1CB9">
        <w:rPr>
          <w:rFonts w:ascii="Arial" w:hAnsi="Arial" w:cs="Arial"/>
          <w:sz w:val="28"/>
          <w:szCs w:val="28"/>
        </w:rPr>
        <w:t>ных фотографов. Спортивн</w:t>
      </w:r>
      <w:r w:rsidR="007633B4" w:rsidRPr="006D1CB9">
        <w:rPr>
          <w:rFonts w:ascii="Arial" w:hAnsi="Arial" w:cs="Arial"/>
          <w:sz w:val="28"/>
          <w:szCs w:val="28"/>
        </w:rPr>
        <w:t>ые фотографии. Образ современно</w:t>
      </w:r>
      <w:r w:rsidRPr="006D1CB9">
        <w:rPr>
          <w:rFonts w:ascii="Arial" w:hAnsi="Arial" w:cs="Arial"/>
          <w:sz w:val="28"/>
          <w:szCs w:val="28"/>
        </w:rPr>
        <w:t xml:space="preserve">сти в репортажных фотографиях.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«Работать для жизни…» </w:t>
      </w:r>
      <w:r w:rsidR="007633B4" w:rsidRPr="006D1CB9">
        <w:rPr>
          <w:rFonts w:ascii="Arial" w:hAnsi="Arial" w:cs="Arial"/>
          <w:sz w:val="28"/>
          <w:szCs w:val="28"/>
        </w:rPr>
        <w:t>– фотографии Александра Родчен</w:t>
      </w:r>
      <w:r w:rsidRPr="006D1CB9">
        <w:rPr>
          <w:rFonts w:ascii="Arial" w:hAnsi="Arial" w:cs="Arial"/>
          <w:sz w:val="28"/>
          <w:szCs w:val="28"/>
        </w:rPr>
        <w:t xml:space="preserve">ко, их значение и влияние на стиль эпохи.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Возможности компьютерной обработки фотографий, задачи преобразования фотографий и границы достоверности.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Коллаж как жанр художественного творчества с помощью различных компьютерных программ.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6D1CB9">
        <w:rPr>
          <w:rFonts w:ascii="Arial" w:hAnsi="Arial" w:cs="Arial"/>
          <w:sz w:val="28"/>
          <w:szCs w:val="28"/>
        </w:rPr>
        <w:t>фотообраза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на жизнь людей. </w:t>
      </w:r>
    </w:p>
    <w:p w:rsidR="005575E8" w:rsidRPr="006D1CB9" w:rsidRDefault="005575E8" w:rsidP="005575E8">
      <w:pPr>
        <w:jc w:val="both"/>
        <w:rPr>
          <w:rFonts w:ascii="Arial" w:hAnsi="Arial" w:cs="Arial"/>
          <w:sz w:val="28"/>
          <w:szCs w:val="28"/>
        </w:rPr>
      </w:pPr>
    </w:p>
    <w:p w:rsidR="005575E8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>Изображение и искусство кино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Ожившее изображение. Ист</w:t>
      </w:r>
      <w:r w:rsidR="007633B4" w:rsidRPr="006D1CB9">
        <w:rPr>
          <w:rFonts w:ascii="Arial" w:hAnsi="Arial" w:cs="Arial"/>
          <w:sz w:val="28"/>
          <w:szCs w:val="28"/>
        </w:rPr>
        <w:t>ория кино и его эволюция как ис</w:t>
      </w:r>
      <w:r w:rsidRPr="006D1CB9">
        <w:rPr>
          <w:rFonts w:ascii="Arial" w:hAnsi="Arial" w:cs="Arial"/>
          <w:sz w:val="28"/>
          <w:szCs w:val="28"/>
        </w:rPr>
        <w:t xml:space="preserve">кусства.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Синтетическая природа п</w:t>
      </w:r>
      <w:r w:rsidR="007633B4" w:rsidRPr="006D1CB9">
        <w:rPr>
          <w:rFonts w:ascii="Arial" w:hAnsi="Arial" w:cs="Arial"/>
          <w:sz w:val="28"/>
          <w:szCs w:val="28"/>
        </w:rPr>
        <w:t>ространственно-временного искус</w:t>
      </w:r>
      <w:r w:rsidRPr="006D1CB9">
        <w:rPr>
          <w:rFonts w:ascii="Arial" w:hAnsi="Arial" w:cs="Arial"/>
          <w:sz w:val="28"/>
          <w:szCs w:val="28"/>
        </w:rPr>
        <w:t xml:space="preserve">ства кино и состав творческого коллектива. Сценарист  </w:t>
      </w:r>
      <w:r w:rsidR="007633B4" w:rsidRPr="006D1CB9">
        <w:rPr>
          <w:rFonts w:ascii="Arial" w:hAnsi="Arial" w:cs="Arial"/>
          <w:sz w:val="28"/>
          <w:szCs w:val="28"/>
        </w:rPr>
        <w:t>– ре</w:t>
      </w:r>
      <w:r w:rsidRPr="006D1CB9">
        <w:rPr>
          <w:rFonts w:ascii="Arial" w:hAnsi="Arial" w:cs="Arial"/>
          <w:sz w:val="28"/>
          <w:szCs w:val="28"/>
        </w:rPr>
        <w:t>жиссёр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художник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опер</w:t>
      </w:r>
      <w:r w:rsidR="007633B4" w:rsidRPr="006D1CB9">
        <w:rPr>
          <w:rFonts w:ascii="Arial" w:hAnsi="Arial" w:cs="Arial"/>
          <w:sz w:val="28"/>
          <w:szCs w:val="28"/>
        </w:rPr>
        <w:t>атор в работе над фильмом. Слож</w:t>
      </w:r>
      <w:r w:rsidRPr="006D1CB9">
        <w:rPr>
          <w:rFonts w:ascii="Arial" w:hAnsi="Arial" w:cs="Arial"/>
          <w:sz w:val="28"/>
          <w:szCs w:val="28"/>
        </w:rPr>
        <w:t>носоставной язык кино.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Монтаж композиционно построенных кадров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основа языка киноискусства.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6D1CB9">
        <w:rPr>
          <w:rFonts w:ascii="Arial" w:hAnsi="Arial" w:cs="Arial"/>
          <w:sz w:val="28"/>
          <w:szCs w:val="28"/>
        </w:rPr>
        <w:t>раскадровка</w:t>
      </w:r>
      <w:proofErr w:type="spellEnd"/>
      <w:r w:rsidRPr="006D1CB9">
        <w:rPr>
          <w:rFonts w:ascii="Arial" w:hAnsi="Arial" w:cs="Arial"/>
          <w:sz w:val="28"/>
          <w:szCs w:val="28"/>
        </w:rPr>
        <w:t>, чертежи и воплощение в материале. Пространство и предметы, и</w:t>
      </w:r>
      <w:r w:rsidR="007633B4" w:rsidRPr="006D1CB9">
        <w:rPr>
          <w:rFonts w:ascii="Arial" w:hAnsi="Arial" w:cs="Arial"/>
          <w:sz w:val="28"/>
          <w:szCs w:val="28"/>
        </w:rPr>
        <w:t>сторическая конкретность и худо</w:t>
      </w:r>
      <w:r w:rsidRPr="006D1CB9">
        <w:rPr>
          <w:rFonts w:ascii="Arial" w:hAnsi="Arial" w:cs="Arial"/>
          <w:sz w:val="28"/>
          <w:szCs w:val="28"/>
        </w:rPr>
        <w:t>жественный образ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видеоря</w:t>
      </w:r>
      <w:r w:rsidR="007633B4" w:rsidRPr="006D1CB9">
        <w:rPr>
          <w:rFonts w:ascii="Arial" w:hAnsi="Arial" w:cs="Arial"/>
          <w:sz w:val="28"/>
          <w:szCs w:val="28"/>
        </w:rPr>
        <w:t>д художественного игрового филь</w:t>
      </w:r>
      <w:r w:rsidRPr="006D1CB9">
        <w:rPr>
          <w:rFonts w:ascii="Arial" w:hAnsi="Arial" w:cs="Arial"/>
          <w:sz w:val="28"/>
          <w:szCs w:val="28"/>
        </w:rPr>
        <w:t xml:space="preserve">ма.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Создание видеоролика 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о</w:t>
      </w:r>
      <w:r w:rsidR="007633B4" w:rsidRPr="006D1CB9">
        <w:rPr>
          <w:rFonts w:ascii="Arial" w:hAnsi="Arial" w:cs="Arial"/>
          <w:sz w:val="28"/>
          <w:szCs w:val="28"/>
        </w:rPr>
        <w:t>т замысла до съёмки. Разные жан</w:t>
      </w:r>
      <w:r w:rsidRPr="006D1CB9">
        <w:rPr>
          <w:rFonts w:ascii="Arial" w:hAnsi="Arial" w:cs="Arial"/>
          <w:sz w:val="28"/>
          <w:szCs w:val="28"/>
        </w:rPr>
        <w:t xml:space="preserve">ры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разные задачи в работ</w:t>
      </w:r>
      <w:r w:rsidR="007633B4" w:rsidRPr="006D1CB9">
        <w:rPr>
          <w:rFonts w:ascii="Arial" w:hAnsi="Arial" w:cs="Arial"/>
          <w:sz w:val="28"/>
          <w:szCs w:val="28"/>
        </w:rPr>
        <w:t>е над видеороликом. Этапы созда</w:t>
      </w:r>
      <w:r w:rsidRPr="006D1CB9">
        <w:rPr>
          <w:rFonts w:ascii="Arial" w:hAnsi="Arial" w:cs="Arial"/>
          <w:sz w:val="28"/>
          <w:szCs w:val="28"/>
        </w:rPr>
        <w:t xml:space="preserve">ния видеоролика. </w:t>
      </w:r>
    </w:p>
    <w:p w:rsidR="007633B4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Искусство анимации и х</w:t>
      </w:r>
      <w:r w:rsidR="007633B4" w:rsidRPr="006D1CB9">
        <w:rPr>
          <w:rFonts w:ascii="Arial" w:hAnsi="Arial" w:cs="Arial"/>
          <w:sz w:val="28"/>
          <w:szCs w:val="28"/>
        </w:rPr>
        <w:t>удожник-мультипликатор. Рисован</w:t>
      </w:r>
      <w:r w:rsidRPr="006D1CB9">
        <w:rPr>
          <w:rFonts w:ascii="Arial" w:hAnsi="Arial" w:cs="Arial"/>
          <w:sz w:val="28"/>
          <w:szCs w:val="28"/>
        </w:rPr>
        <w:t>ные, кукольные мультфильмы и цифровая анимация. Уолт Дисней и его студия. Особое</w:t>
      </w:r>
      <w:r w:rsidR="007633B4" w:rsidRPr="006D1CB9">
        <w:rPr>
          <w:rFonts w:ascii="Arial" w:hAnsi="Arial" w:cs="Arial"/>
          <w:sz w:val="28"/>
          <w:szCs w:val="28"/>
        </w:rPr>
        <w:t xml:space="preserve"> лицо отечественной мультиплика</w:t>
      </w:r>
      <w:r w:rsidRPr="006D1CB9">
        <w:rPr>
          <w:rFonts w:ascii="Arial" w:hAnsi="Arial" w:cs="Arial"/>
          <w:sz w:val="28"/>
          <w:szCs w:val="28"/>
        </w:rPr>
        <w:t xml:space="preserve">ции, её знаменитые создатели.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Использование электро</w:t>
      </w:r>
      <w:r w:rsidR="007633B4" w:rsidRPr="006D1CB9">
        <w:rPr>
          <w:rFonts w:ascii="Arial" w:hAnsi="Arial" w:cs="Arial"/>
          <w:sz w:val="28"/>
          <w:szCs w:val="28"/>
        </w:rPr>
        <w:t>нно-цифровых технологий в совре</w:t>
      </w:r>
      <w:r w:rsidRPr="006D1CB9">
        <w:rPr>
          <w:rFonts w:ascii="Arial" w:hAnsi="Arial" w:cs="Arial"/>
          <w:sz w:val="28"/>
          <w:szCs w:val="28"/>
        </w:rPr>
        <w:t xml:space="preserve">менном игровом кинематографе.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Компьютерная анимация на занятиях в школе. Техническое оборудование и его возможн</w:t>
      </w:r>
      <w:r w:rsidR="007633B4" w:rsidRPr="006D1CB9">
        <w:rPr>
          <w:rFonts w:ascii="Arial" w:hAnsi="Arial" w:cs="Arial"/>
          <w:sz w:val="28"/>
          <w:szCs w:val="28"/>
        </w:rPr>
        <w:t>ости для создания анимации. Кол</w:t>
      </w:r>
      <w:r w:rsidRPr="006D1CB9">
        <w:rPr>
          <w:rFonts w:ascii="Arial" w:hAnsi="Arial" w:cs="Arial"/>
          <w:sz w:val="28"/>
          <w:szCs w:val="28"/>
        </w:rPr>
        <w:t>лективный характер деятельности по созданию анимационного фильма. Выбор технологии</w:t>
      </w:r>
      <w:r w:rsidR="007633B4" w:rsidRPr="006D1CB9">
        <w:rPr>
          <w:rFonts w:ascii="Arial" w:hAnsi="Arial" w:cs="Arial"/>
          <w:sz w:val="28"/>
          <w:szCs w:val="28"/>
        </w:rPr>
        <w:t>: пластилиновые мультфильмы, бу</w:t>
      </w:r>
      <w:r w:rsidRPr="006D1CB9">
        <w:rPr>
          <w:rFonts w:ascii="Arial" w:hAnsi="Arial" w:cs="Arial"/>
          <w:sz w:val="28"/>
          <w:szCs w:val="28"/>
        </w:rPr>
        <w:t xml:space="preserve">мажная перекладка, сыпучая анимация.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Этапы создания анимаци</w:t>
      </w:r>
      <w:r w:rsidR="007633B4" w:rsidRPr="006D1CB9">
        <w:rPr>
          <w:rFonts w:ascii="Arial" w:hAnsi="Arial" w:cs="Arial"/>
          <w:sz w:val="28"/>
          <w:szCs w:val="28"/>
        </w:rPr>
        <w:t>онного фильма. Требования и кри</w:t>
      </w:r>
      <w:r w:rsidRPr="006D1CB9">
        <w:rPr>
          <w:rFonts w:ascii="Arial" w:hAnsi="Arial" w:cs="Arial"/>
          <w:sz w:val="28"/>
          <w:szCs w:val="28"/>
        </w:rPr>
        <w:t xml:space="preserve">терии художественности. </w:t>
      </w:r>
    </w:p>
    <w:p w:rsidR="005575E8" w:rsidRPr="006D1CB9" w:rsidRDefault="005575E8" w:rsidP="005575E8">
      <w:pPr>
        <w:jc w:val="both"/>
        <w:rPr>
          <w:rFonts w:ascii="Arial" w:hAnsi="Arial" w:cs="Arial"/>
          <w:sz w:val="28"/>
          <w:szCs w:val="28"/>
        </w:rPr>
      </w:pPr>
    </w:p>
    <w:p w:rsidR="005575E8" w:rsidRPr="006D1CB9" w:rsidRDefault="00B52CF1" w:rsidP="005575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Изобразительное искусство на телевидении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Телевидение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экранное </w:t>
      </w:r>
      <w:r w:rsidR="005575E8" w:rsidRPr="006D1CB9">
        <w:rPr>
          <w:rFonts w:ascii="Arial" w:hAnsi="Arial" w:cs="Arial"/>
          <w:sz w:val="28"/>
          <w:szCs w:val="28"/>
        </w:rPr>
        <w:t>искусство: средство массовой ин</w:t>
      </w:r>
      <w:r w:rsidRPr="006D1CB9">
        <w:rPr>
          <w:rFonts w:ascii="Arial" w:hAnsi="Arial" w:cs="Arial"/>
          <w:sz w:val="28"/>
          <w:szCs w:val="28"/>
        </w:rPr>
        <w:t>формации, художественного</w:t>
      </w:r>
      <w:r w:rsidR="007633B4" w:rsidRPr="006D1CB9">
        <w:rPr>
          <w:rFonts w:ascii="Arial" w:hAnsi="Arial" w:cs="Arial"/>
          <w:sz w:val="28"/>
          <w:szCs w:val="28"/>
        </w:rPr>
        <w:t xml:space="preserve"> и научного просвещения, развле</w:t>
      </w:r>
      <w:r w:rsidRPr="006D1CB9">
        <w:rPr>
          <w:rFonts w:ascii="Arial" w:hAnsi="Arial" w:cs="Arial"/>
          <w:sz w:val="28"/>
          <w:szCs w:val="28"/>
        </w:rPr>
        <w:t xml:space="preserve">чения и организации досуга.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Искусство и технология. Создатель телевидения  </w:t>
      </w:r>
      <w:r w:rsidR="007633B4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русский инженер Владимир Козьмич Зворыкин.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Роль телевидения в прев</w:t>
      </w:r>
      <w:r w:rsidR="007633B4" w:rsidRPr="006D1CB9">
        <w:rPr>
          <w:rFonts w:ascii="Arial" w:hAnsi="Arial" w:cs="Arial"/>
          <w:sz w:val="28"/>
          <w:szCs w:val="28"/>
        </w:rPr>
        <w:t>ращении мира в единое информаци</w:t>
      </w:r>
      <w:r w:rsidRPr="006D1CB9">
        <w:rPr>
          <w:rFonts w:ascii="Arial" w:hAnsi="Arial" w:cs="Arial"/>
          <w:sz w:val="28"/>
          <w:szCs w:val="28"/>
        </w:rPr>
        <w:t xml:space="preserve">онное пространство. Картина мира, создаваемая телевидением. Прямой эфир и его значение.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Деятельность художника на </w:t>
      </w:r>
      <w:r w:rsidR="007633B4" w:rsidRPr="006D1CB9">
        <w:rPr>
          <w:rFonts w:ascii="Arial" w:hAnsi="Arial" w:cs="Arial"/>
          <w:sz w:val="28"/>
          <w:szCs w:val="28"/>
        </w:rPr>
        <w:t>телевидении: художники по све</w:t>
      </w:r>
      <w:r w:rsidRPr="006D1CB9">
        <w:rPr>
          <w:rFonts w:ascii="Arial" w:hAnsi="Arial" w:cs="Arial"/>
          <w:sz w:val="28"/>
          <w:szCs w:val="28"/>
        </w:rPr>
        <w:t xml:space="preserve">ту, костюму, гриму; сценографический дизайн и компьютерная графика.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Школьное телевидение и студия мультимедиа. Построение видеоряда и художественного оформления. </w:t>
      </w:r>
    </w:p>
    <w:p w:rsidR="005575E8" w:rsidRPr="006D1CB9" w:rsidRDefault="00B52CF1" w:rsidP="005575E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Художнические роли каждого человека в реальной бытийной жизни. </w:t>
      </w:r>
    </w:p>
    <w:p w:rsidR="00DB1C3E" w:rsidRPr="006D1CB9" w:rsidRDefault="00B52CF1" w:rsidP="005575E8">
      <w:pPr>
        <w:ind w:firstLine="708"/>
        <w:jc w:val="both"/>
        <w:rPr>
          <w:rFonts w:ascii="Arial" w:hAnsi="Arial" w:cs="Arial"/>
          <w:b/>
          <w:bCs/>
          <w:color w:val="0000FF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Роль искусства в жизни общества и его влияние на жизнь каждого человека. </w:t>
      </w:r>
    </w:p>
    <w:p w:rsidR="00DB1C3E" w:rsidRPr="006D1CB9" w:rsidRDefault="00DB1C3E" w:rsidP="00DB1C3E">
      <w:pPr>
        <w:rPr>
          <w:rFonts w:ascii="Arial" w:hAnsi="Arial" w:cs="Arial"/>
          <w:b/>
          <w:bCs/>
          <w:color w:val="0000FF"/>
          <w:sz w:val="28"/>
          <w:szCs w:val="28"/>
        </w:rPr>
      </w:pPr>
    </w:p>
    <w:p w:rsidR="00DB1C3E" w:rsidRPr="006D1CB9" w:rsidRDefault="0048528C" w:rsidP="00DB1C3E">
      <w:pPr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lastRenderedPageBreak/>
        <w:t>ЧАСТЬ 2. ПЛАНИРУЕМЫЕ РЕЗУЛЬТАТЫ</w:t>
      </w:r>
    </w:p>
    <w:p w:rsidR="00276176" w:rsidRPr="006D1CB9" w:rsidRDefault="00276176" w:rsidP="00DB1C3E">
      <w:pPr>
        <w:rPr>
          <w:rFonts w:ascii="Arial" w:hAnsi="Arial" w:cs="Arial"/>
          <w:b/>
          <w:bCs/>
          <w:color w:val="0000FF"/>
          <w:sz w:val="28"/>
          <w:szCs w:val="28"/>
        </w:rPr>
      </w:pPr>
    </w:p>
    <w:p w:rsidR="00ED523F" w:rsidRPr="006D1CB9" w:rsidRDefault="005575E8" w:rsidP="00DB1C3E">
      <w:pPr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ЛИЧНОСТНЫЕ РЕЗУЛЬТАТЫ </w:t>
      </w:r>
    </w:p>
    <w:p w:rsidR="00ED523F" w:rsidRPr="006D1CB9" w:rsidRDefault="00ED523F" w:rsidP="00DB1C3E">
      <w:pPr>
        <w:rPr>
          <w:rFonts w:ascii="Arial" w:hAnsi="Arial" w:cs="Arial"/>
          <w:sz w:val="28"/>
          <w:szCs w:val="28"/>
        </w:rPr>
      </w:pP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Личностные результаты о</w:t>
      </w:r>
      <w:r w:rsidR="00ED523F" w:rsidRPr="006D1CB9">
        <w:rPr>
          <w:rFonts w:ascii="Arial" w:hAnsi="Arial" w:cs="Arial"/>
          <w:sz w:val="28"/>
          <w:szCs w:val="28"/>
        </w:rPr>
        <w:t>своения рабочей программы основ</w:t>
      </w:r>
      <w:r w:rsidRPr="006D1CB9">
        <w:rPr>
          <w:rFonts w:ascii="Arial" w:hAnsi="Arial" w:cs="Arial"/>
          <w:sz w:val="28"/>
          <w:szCs w:val="28"/>
        </w:rPr>
        <w:t>ного общего образования по и</w:t>
      </w:r>
      <w:r w:rsidR="00ED523F" w:rsidRPr="006D1CB9">
        <w:rPr>
          <w:rFonts w:ascii="Arial" w:hAnsi="Arial" w:cs="Arial"/>
          <w:sz w:val="28"/>
          <w:szCs w:val="28"/>
        </w:rPr>
        <w:t>зобразительному искусству дости</w:t>
      </w:r>
      <w:r w:rsidRPr="006D1CB9">
        <w:rPr>
          <w:rFonts w:ascii="Arial" w:hAnsi="Arial" w:cs="Arial"/>
          <w:sz w:val="28"/>
          <w:szCs w:val="28"/>
        </w:rPr>
        <w:t xml:space="preserve">гаются в единстве учебной и воспитательной деятельности. 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 центре примерной прог</w:t>
      </w:r>
      <w:r w:rsidR="00ED523F" w:rsidRPr="006D1CB9">
        <w:rPr>
          <w:rFonts w:ascii="Arial" w:hAnsi="Arial" w:cs="Arial"/>
          <w:sz w:val="28"/>
          <w:szCs w:val="28"/>
        </w:rPr>
        <w:t>раммы по изобразительному искус</w:t>
      </w:r>
      <w:r w:rsidRPr="006D1CB9">
        <w:rPr>
          <w:rFonts w:ascii="Arial" w:hAnsi="Arial" w:cs="Arial"/>
          <w:sz w:val="28"/>
          <w:szCs w:val="28"/>
        </w:rPr>
        <w:t>ству в соответствии с ФГОС общего образ</w:t>
      </w:r>
      <w:r w:rsidR="00ED523F" w:rsidRPr="006D1CB9">
        <w:rPr>
          <w:rFonts w:ascii="Arial" w:hAnsi="Arial" w:cs="Arial"/>
          <w:sz w:val="28"/>
          <w:szCs w:val="28"/>
        </w:rPr>
        <w:t>ования находится лич</w:t>
      </w:r>
      <w:r w:rsidRPr="006D1CB9">
        <w:rPr>
          <w:rFonts w:ascii="Arial" w:hAnsi="Arial" w:cs="Arial"/>
          <w:sz w:val="28"/>
          <w:szCs w:val="28"/>
        </w:rPr>
        <w:t xml:space="preserve">ностное развитие </w:t>
      </w:r>
      <w:proofErr w:type="gramStart"/>
      <w:r w:rsidRPr="006D1CB9">
        <w:rPr>
          <w:rFonts w:ascii="Arial" w:hAnsi="Arial" w:cs="Arial"/>
          <w:sz w:val="28"/>
          <w:szCs w:val="28"/>
        </w:rPr>
        <w:t>обучающихся</w:t>
      </w:r>
      <w:proofErr w:type="gramEnd"/>
      <w:r w:rsidRPr="006D1CB9">
        <w:rPr>
          <w:rFonts w:ascii="Arial" w:hAnsi="Arial" w:cs="Arial"/>
          <w:sz w:val="28"/>
          <w:szCs w:val="28"/>
        </w:rPr>
        <w:t>, приобщение обучающихся к российским традиционны</w:t>
      </w:r>
      <w:r w:rsidR="00ED523F" w:rsidRPr="006D1CB9">
        <w:rPr>
          <w:rFonts w:ascii="Arial" w:hAnsi="Arial" w:cs="Arial"/>
          <w:sz w:val="28"/>
          <w:szCs w:val="28"/>
        </w:rPr>
        <w:t>м духовным ценностям, социализа</w:t>
      </w:r>
      <w:r w:rsidRPr="006D1CB9">
        <w:rPr>
          <w:rFonts w:ascii="Arial" w:hAnsi="Arial" w:cs="Arial"/>
          <w:sz w:val="28"/>
          <w:szCs w:val="28"/>
        </w:rPr>
        <w:t xml:space="preserve">ция личности. 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</w:t>
      </w:r>
      <w:proofErr w:type="spellStart"/>
      <w:r w:rsidRPr="006D1CB9">
        <w:rPr>
          <w:rFonts w:ascii="Arial" w:hAnsi="Arial" w:cs="Arial"/>
          <w:sz w:val="28"/>
          <w:szCs w:val="28"/>
        </w:rPr>
        <w:t>духовно_нравственное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развитие обучающихся и отношение школьников к  культуре; мотивацию к познанию и обучению, готовность к  саморазвитию и активному участию в социально значимой деятельности. </w:t>
      </w:r>
    </w:p>
    <w:p w:rsidR="005A0217" w:rsidRPr="006D1CB9" w:rsidRDefault="005575E8" w:rsidP="00AD7A78">
      <w:pPr>
        <w:numPr>
          <w:ilvl w:val="0"/>
          <w:numId w:val="13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Патриотическое воспитание 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</w:t>
      </w:r>
      <w:proofErr w:type="spellStart"/>
      <w:r w:rsidRPr="006D1CB9">
        <w:rPr>
          <w:rFonts w:ascii="Arial" w:hAnsi="Arial" w:cs="Arial"/>
          <w:sz w:val="28"/>
          <w:szCs w:val="28"/>
        </w:rPr>
        <w:t>приклад_ном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и изобразительном искусстве. Воспитание патриотизма в 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</w:t>
      </w:r>
      <w:r w:rsidR="00ED523F" w:rsidRPr="006D1CB9">
        <w:rPr>
          <w:rFonts w:ascii="Arial" w:hAnsi="Arial" w:cs="Arial"/>
          <w:sz w:val="28"/>
          <w:szCs w:val="28"/>
        </w:rPr>
        <w:t>соте отечественного пейзажа. Па</w:t>
      </w:r>
      <w:r w:rsidRPr="006D1CB9">
        <w:rPr>
          <w:rFonts w:ascii="Arial" w:hAnsi="Arial" w:cs="Arial"/>
          <w:sz w:val="28"/>
          <w:szCs w:val="28"/>
        </w:rPr>
        <w:t>триотические чувства восп</w:t>
      </w:r>
      <w:r w:rsidR="00ED523F" w:rsidRPr="006D1CB9">
        <w:rPr>
          <w:rFonts w:ascii="Arial" w:hAnsi="Arial" w:cs="Arial"/>
          <w:sz w:val="28"/>
          <w:szCs w:val="28"/>
        </w:rPr>
        <w:t>итываются в изучении истории на</w:t>
      </w:r>
      <w:r w:rsidRPr="006D1CB9">
        <w:rPr>
          <w:rFonts w:ascii="Arial" w:hAnsi="Arial" w:cs="Arial"/>
          <w:sz w:val="28"/>
          <w:szCs w:val="28"/>
        </w:rPr>
        <w:t>родного искусства, его жите</w:t>
      </w:r>
      <w:r w:rsidR="00ED523F" w:rsidRPr="006D1CB9">
        <w:rPr>
          <w:rFonts w:ascii="Arial" w:hAnsi="Arial" w:cs="Arial"/>
          <w:sz w:val="28"/>
          <w:szCs w:val="28"/>
        </w:rPr>
        <w:t>йской мудрости и значения симво</w:t>
      </w:r>
      <w:r w:rsidRPr="006D1CB9">
        <w:rPr>
          <w:rFonts w:ascii="Arial" w:hAnsi="Arial" w:cs="Arial"/>
          <w:sz w:val="28"/>
          <w:szCs w:val="28"/>
        </w:rPr>
        <w:t>лических смыслов. Урок искусства воспитывает патриотизм не в декларативной форме, а в п</w:t>
      </w:r>
      <w:r w:rsidR="00ED523F" w:rsidRPr="006D1CB9">
        <w:rPr>
          <w:rFonts w:ascii="Arial" w:hAnsi="Arial" w:cs="Arial"/>
          <w:sz w:val="28"/>
          <w:szCs w:val="28"/>
        </w:rPr>
        <w:t>роцессе собственной художествен</w:t>
      </w:r>
      <w:r w:rsidRPr="006D1CB9">
        <w:rPr>
          <w:rFonts w:ascii="Arial" w:hAnsi="Arial" w:cs="Arial"/>
          <w:sz w:val="28"/>
          <w:szCs w:val="28"/>
        </w:rPr>
        <w:t>но-практической деятельности обучающегося, который учится чувственно-эмоциональном</w:t>
      </w:r>
      <w:r w:rsidR="00ED523F" w:rsidRPr="006D1CB9">
        <w:rPr>
          <w:rFonts w:ascii="Arial" w:hAnsi="Arial" w:cs="Arial"/>
          <w:sz w:val="28"/>
          <w:szCs w:val="28"/>
        </w:rPr>
        <w:t>у восприятию и творческому сози</w:t>
      </w:r>
      <w:r w:rsidRPr="006D1CB9">
        <w:rPr>
          <w:rFonts w:ascii="Arial" w:hAnsi="Arial" w:cs="Arial"/>
          <w:sz w:val="28"/>
          <w:szCs w:val="28"/>
        </w:rPr>
        <w:t xml:space="preserve">данию художественного образа. </w:t>
      </w:r>
    </w:p>
    <w:p w:rsidR="005A0217" w:rsidRPr="006D1CB9" w:rsidRDefault="005575E8" w:rsidP="00AD7A78">
      <w:pPr>
        <w:numPr>
          <w:ilvl w:val="0"/>
          <w:numId w:val="13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Гражданское воспитание 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Программа по изобразительному искусству направле</w:t>
      </w:r>
      <w:r w:rsidR="00ED523F" w:rsidRPr="006D1CB9">
        <w:rPr>
          <w:rFonts w:ascii="Arial" w:hAnsi="Arial" w:cs="Arial"/>
          <w:sz w:val="28"/>
          <w:szCs w:val="28"/>
        </w:rPr>
        <w:t>на на ак</w:t>
      </w:r>
      <w:r w:rsidRPr="006D1CB9">
        <w:rPr>
          <w:rFonts w:ascii="Arial" w:hAnsi="Arial" w:cs="Arial"/>
          <w:sz w:val="28"/>
          <w:szCs w:val="28"/>
        </w:rPr>
        <w:t xml:space="preserve">тивное приобщение </w:t>
      </w:r>
      <w:proofErr w:type="gramStart"/>
      <w:r w:rsidRPr="006D1CB9">
        <w:rPr>
          <w:rFonts w:ascii="Arial" w:hAnsi="Arial" w:cs="Arial"/>
          <w:sz w:val="28"/>
          <w:szCs w:val="28"/>
        </w:rPr>
        <w:t>обучающихся</w:t>
      </w:r>
      <w:proofErr w:type="gramEnd"/>
      <w:r w:rsidRPr="006D1CB9">
        <w:rPr>
          <w:rFonts w:ascii="Arial" w:hAnsi="Arial" w:cs="Arial"/>
          <w:sz w:val="28"/>
          <w:szCs w:val="28"/>
        </w:rPr>
        <w:t xml:space="preserve"> к ценностям мировой и отечественной культуры. Пр</w:t>
      </w:r>
      <w:r w:rsidR="00ED523F" w:rsidRPr="006D1CB9">
        <w:rPr>
          <w:rFonts w:ascii="Arial" w:hAnsi="Arial" w:cs="Arial"/>
          <w:sz w:val="28"/>
          <w:szCs w:val="28"/>
        </w:rPr>
        <w:t>и этом реализуются задачи социа</w:t>
      </w:r>
      <w:r w:rsidRPr="006D1CB9">
        <w:rPr>
          <w:rFonts w:ascii="Arial" w:hAnsi="Arial" w:cs="Arial"/>
          <w:sz w:val="28"/>
          <w:szCs w:val="28"/>
        </w:rPr>
        <w:t>лизации и гражданского воспитания школьника. Формируется чувство личной причастности к жизни общ</w:t>
      </w:r>
      <w:r w:rsidR="00ED523F" w:rsidRPr="006D1CB9">
        <w:rPr>
          <w:rFonts w:ascii="Arial" w:hAnsi="Arial" w:cs="Arial"/>
          <w:sz w:val="28"/>
          <w:szCs w:val="28"/>
        </w:rPr>
        <w:t>ества. Искусство рас</w:t>
      </w:r>
      <w:r w:rsidRPr="006D1CB9">
        <w:rPr>
          <w:rFonts w:ascii="Arial" w:hAnsi="Arial" w:cs="Arial"/>
          <w:sz w:val="28"/>
          <w:szCs w:val="28"/>
        </w:rPr>
        <w:t>сматривается как особый</w:t>
      </w:r>
      <w:r w:rsidR="00ED523F" w:rsidRPr="006D1CB9">
        <w:rPr>
          <w:rFonts w:ascii="Arial" w:hAnsi="Arial" w:cs="Arial"/>
          <w:sz w:val="28"/>
          <w:szCs w:val="28"/>
        </w:rPr>
        <w:t xml:space="preserve"> язык, развивающий коммуникатив</w:t>
      </w:r>
      <w:r w:rsidRPr="006D1CB9">
        <w:rPr>
          <w:rFonts w:ascii="Arial" w:hAnsi="Arial" w:cs="Arial"/>
          <w:sz w:val="28"/>
          <w:szCs w:val="28"/>
        </w:rPr>
        <w:t>ные умения. В  рамках предмета «Изобразительное искусство» происходит изучение художес</w:t>
      </w:r>
      <w:r w:rsidR="00ED523F" w:rsidRPr="006D1CB9">
        <w:rPr>
          <w:rFonts w:ascii="Arial" w:hAnsi="Arial" w:cs="Arial"/>
          <w:sz w:val="28"/>
          <w:szCs w:val="28"/>
        </w:rPr>
        <w:t>твенной культуры и мировой исто</w:t>
      </w:r>
      <w:r w:rsidRPr="006D1CB9">
        <w:rPr>
          <w:rFonts w:ascii="Arial" w:hAnsi="Arial" w:cs="Arial"/>
          <w:sz w:val="28"/>
          <w:szCs w:val="28"/>
        </w:rPr>
        <w:t xml:space="preserve">рии искусства, углубляются </w:t>
      </w:r>
      <w:r w:rsidR="00ED523F" w:rsidRPr="006D1CB9">
        <w:rPr>
          <w:rFonts w:ascii="Arial" w:hAnsi="Arial" w:cs="Arial"/>
          <w:sz w:val="28"/>
          <w:szCs w:val="28"/>
        </w:rPr>
        <w:t>интернациональные чувства обуча</w:t>
      </w:r>
      <w:r w:rsidRPr="006D1CB9">
        <w:rPr>
          <w:rFonts w:ascii="Arial" w:hAnsi="Arial" w:cs="Arial"/>
          <w:sz w:val="28"/>
          <w:szCs w:val="28"/>
        </w:rPr>
        <w:t xml:space="preserve">ющихся. Предмет способствует пониманию особенностей </w:t>
      </w:r>
      <w:r w:rsidRPr="006D1CB9">
        <w:rPr>
          <w:rFonts w:ascii="Arial" w:hAnsi="Arial" w:cs="Arial"/>
          <w:sz w:val="28"/>
          <w:szCs w:val="28"/>
        </w:rPr>
        <w:lastRenderedPageBreak/>
        <w:t xml:space="preserve">жизни разных народов и красоты </w:t>
      </w:r>
      <w:r w:rsidR="00ED523F" w:rsidRPr="006D1CB9">
        <w:rPr>
          <w:rFonts w:ascii="Arial" w:hAnsi="Arial" w:cs="Arial"/>
          <w:sz w:val="28"/>
          <w:szCs w:val="28"/>
        </w:rPr>
        <w:t>различных национальных эстетиче</w:t>
      </w:r>
      <w:r w:rsidRPr="006D1CB9">
        <w:rPr>
          <w:rFonts w:ascii="Arial" w:hAnsi="Arial" w:cs="Arial"/>
          <w:sz w:val="28"/>
          <w:szCs w:val="28"/>
        </w:rPr>
        <w:t>ских идеалов. Коллективные</w:t>
      </w:r>
      <w:r w:rsidR="00ED523F" w:rsidRPr="006D1CB9">
        <w:rPr>
          <w:rFonts w:ascii="Arial" w:hAnsi="Arial" w:cs="Arial"/>
          <w:sz w:val="28"/>
          <w:szCs w:val="28"/>
        </w:rPr>
        <w:t xml:space="preserve"> творческие работы, а также уча</w:t>
      </w:r>
      <w:r w:rsidRPr="006D1CB9">
        <w:rPr>
          <w:rFonts w:ascii="Arial" w:hAnsi="Arial" w:cs="Arial"/>
          <w:sz w:val="28"/>
          <w:szCs w:val="28"/>
        </w:rPr>
        <w:t>стие в общих художественных проектах создают условия для разнообразной совместной деят</w:t>
      </w:r>
      <w:r w:rsidR="00ED523F" w:rsidRPr="006D1CB9">
        <w:rPr>
          <w:rFonts w:ascii="Arial" w:hAnsi="Arial" w:cs="Arial"/>
          <w:sz w:val="28"/>
          <w:szCs w:val="28"/>
        </w:rPr>
        <w:t>ельности, способствуют понима</w:t>
      </w:r>
      <w:r w:rsidRPr="006D1CB9">
        <w:rPr>
          <w:rFonts w:ascii="Arial" w:hAnsi="Arial" w:cs="Arial"/>
          <w:sz w:val="28"/>
          <w:szCs w:val="28"/>
        </w:rPr>
        <w:t xml:space="preserve">нию другого, становлению чувства личной ответственности. </w:t>
      </w:r>
    </w:p>
    <w:p w:rsidR="00ED523F" w:rsidRPr="006D1CB9" w:rsidRDefault="005575E8" w:rsidP="00CF5246">
      <w:pPr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>3.  Духовно-нравственное воспитание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В  искусстве воплощена духовная жизнь человечества, </w:t>
      </w:r>
      <w:proofErr w:type="spellStart"/>
      <w:r w:rsidRPr="006D1CB9">
        <w:rPr>
          <w:rFonts w:ascii="Arial" w:hAnsi="Arial" w:cs="Arial"/>
          <w:sz w:val="28"/>
          <w:szCs w:val="28"/>
        </w:rPr>
        <w:t>кон_центрирующая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в себе эсте</w:t>
      </w:r>
      <w:r w:rsidR="00ED523F" w:rsidRPr="006D1CB9">
        <w:rPr>
          <w:rFonts w:ascii="Arial" w:hAnsi="Arial" w:cs="Arial"/>
          <w:sz w:val="28"/>
          <w:szCs w:val="28"/>
        </w:rPr>
        <w:t>тический, художественный и нрав</w:t>
      </w:r>
      <w:r w:rsidRPr="006D1CB9">
        <w:rPr>
          <w:rFonts w:ascii="Arial" w:hAnsi="Arial" w:cs="Arial"/>
          <w:sz w:val="28"/>
          <w:szCs w:val="28"/>
        </w:rPr>
        <w:t xml:space="preserve">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</w:t>
      </w:r>
      <w:proofErr w:type="spellStart"/>
      <w:r w:rsidRPr="006D1CB9">
        <w:rPr>
          <w:rFonts w:ascii="Arial" w:hAnsi="Arial" w:cs="Arial"/>
          <w:sz w:val="28"/>
          <w:szCs w:val="28"/>
        </w:rPr>
        <w:t>эмоционально_образной</w:t>
      </w:r>
      <w:proofErr w:type="spellEnd"/>
      <w:r w:rsidRPr="006D1CB9">
        <w:rPr>
          <w:rFonts w:ascii="Arial" w:hAnsi="Arial" w:cs="Arial"/>
          <w:sz w:val="28"/>
          <w:szCs w:val="28"/>
        </w:rPr>
        <w:t>, чувственной сферы</w:t>
      </w:r>
      <w:r w:rsidR="00ED523F" w:rsidRPr="006D1CB9">
        <w:rPr>
          <w:rFonts w:ascii="Arial" w:hAnsi="Arial" w:cs="Arial"/>
          <w:sz w:val="28"/>
          <w:szCs w:val="28"/>
        </w:rPr>
        <w:t>. Развитие творческого потенциа</w:t>
      </w:r>
      <w:r w:rsidRPr="006D1CB9">
        <w:rPr>
          <w:rFonts w:ascii="Arial" w:hAnsi="Arial" w:cs="Arial"/>
          <w:sz w:val="28"/>
          <w:szCs w:val="28"/>
        </w:rPr>
        <w:t xml:space="preserve">ла способствует росту самосознания обучающегося, осознанию себя как личности и члена </w:t>
      </w:r>
      <w:r w:rsidR="00ED523F" w:rsidRPr="006D1CB9">
        <w:rPr>
          <w:rFonts w:ascii="Arial" w:hAnsi="Arial" w:cs="Arial"/>
          <w:sz w:val="28"/>
          <w:szCs w:val="28"/>
        </w:rPr>
        <w:t>общества. Ценностно-ориентацион</w:t>
      </w:r>
      <w:r w:rsidRPr="006D1CB9">
        <w:rPr>
          <w:rFonts w:ascii="Arial" w:hAnsi="Arial" w:cs="Arial"/>
          <w:sz w:val="28"/>
          <w:szCs w:val="28"/>
        </w:rPr>
        <w:t>ная и коммуникативная дея</w:t>
      </w:r>
      <w:r w:rsidR="00ED523F" w:rsidRPr="006D1CB9">
        <w:rPr>
          <w:rFonts w:ascii="Arial" w:hAnsi="Arial" w:cs="Arial"/>
          <w:sz w:val="28"/>
          <w:szCs w:val="28"/>
        </w:rPr>
        <w:t>тельность на занятиях по изобра</w:t>
      </w:r>
      <w:r w:rsidRPr="006D1CB9">
        <w:rPr>
          <w:rFonts w:ascii="Arial" w:hAnsi="Arial" w:cs="Arial"/>
          <w:sz w:val="28"/>
          <w:szCs w:val="28"/>
        </w:rPr>
        <w:t>зительному искусству спос</w:t>
      </w:r>
      <w:r w:rsidR="00ED523F" w:rsidRPr="006D1CB9">
        <w:rPr>
          <w:rFonts w:ascii="Arial" w:hAnsi="Arial" w:cs="Arial"/>
          <w:sz w:val="28"/>
          <w:szCs w:val="28"/>
        </w:rPr>
        <w:t>обствует освоению базовых ценно</w:t>
      </w:r>
      <w:r w:rsidRPr="006D1CB9">
        <w:rPr>
          <w:rFonts w:ascii="Arial" w:hAnsi="Arial" w:cs="Arial"/>
          <w:sz w:val="28"/>
          <w:szCs w:val="28"/>
        </w:rPr>
        <w:t xml:space="preserve">стей  </w:t>
      </w:r>
      <w:r w:rsidR="00CF5246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5A0217" w:rsidRPr="006D1CB9" w:rsidRDefault="005575E8" w:rsidP="00AD7A78">
      <w:pPr>
        <w:numPr>
          <w:ilvl w:val="0"/>
          <w:numId w:val="14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Эстетическое воспитание 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gramStart"/>
      <w:r w:rsidRPr="006D1CB9">
        <w:rPr>
          <w:rFonts w:ascii="Arial" w:hAnsi="Arial" w:cs="Arial"/>
          <w:sz w:val="28"/>
          <w:szCs w:val="28"/>
        </w:rPr>
        <w:t xml:space="preserve">Эстетическое (от греч. </w:t>
      </w:r>
      <w:proofErr w:type="spellStart"/>
      <w:r w:rsidRPr="006D1CB9">
        <w:rPr>
          <w:rFonts w:ascii="Arial" w:hAnsi="Arial" w:cs="Arial"/>
          <w:sz w:val="28"/>
          <w:szCs w:val="28"/>
        </w:rPr>
        <w:t>aist</w:t>
      </w:r>
      <w:r w:rsidR="00ED523F" w:rsidRPr="006D1CB9">
        <w:rPr>
          <w:rFonts w:ascii="Arial" w:hAnsi="Arial" w:cs="Arial"/>
          <w:sz w:val="28"/>
          <w:szCs w:val="28"/>
        </w:rPr>
        <w:t>hetikos</w:t>
      </w:r>
      <w:proofErr w:type="spellEnd"/>
      <w:r w:rsidR="00ED523F" w:rsidRPr="006D1CB9">
        <w:rPr>
          <w:rFonts w:ascii="Arial" w:hAnsi="Arial" w:cs="Arial"/>
          <w:sz w:val="28"/>
          <w:szCs w:val="28"/>
        </w:rPr>
        <w:t> </w:t>
      </w:r>
      <w:r w:rsidR="00CF5246" w:rsidRPr="006D1CB9">
        <w:rPr>
          <w:rFonts w:ascii="Arial" w:hAnsi="Arial" w:cs="Arial"/>
          <w:sz w:val="28"/>
          <w:szCs w:val="28"/>
        </w:rPr>
        <w:t>–</w:t>
      </w:r>
      <w:r w:rsidR="00ED523F" w:rsidRPr="006D1CB9">
        <w:rPr>
          <w:rFonts w:ascii="Arial" w:hAnsi="Arial" w:cs="Arial"/>
          <w:sz w:val="28"/>
          <w:szCs w:val="28"/>
        </w:rPr>
        <w:t xml:space="preserve"> чувствующий, чувствен</w:t>
      </w:r>
      <w:r w:rsidRPr="006D1CB9">
        <w:rPr>
          <w:rFonts w:ascii="Arial" w:hAnsi="Arial" w:cs="Arial"/>
          <w:sz w:val="28"/>
          <w:szCs w:val="28"/>
        </w:rPr>
        <w:t xml:space="preserve">ный)  </w:t>
      </w:r>
      <w:r w:rsidR="00ED523F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это воспитание чувственной сферы обучающегося на основе всего спектра эстетиче</w:t>
      </w:r>
      <w:r w:rsidR="00ED523F" w:rsidRPr="006D1CB9">
        <w:rPr>
          <w:rFonts w:ascii="Arial" w:hAnsi="Arial" w:cs="Arial"/>
          <w:sz w:val="28"/>
          <w:szCs w:val="28"/>
        </w:rPr>
        <w:t>ских категорий: прекрасное, без</w:t>
      </w:r>
      <w:r w:rsidRPr="006D1CB9">
        <w:rPr>
          <w:rFonts w:ascii="Arial" w:hAnsi="Arial" w:cs="Arial"/>
          <w:sz w:val="28"/>
          <w:szCs w:val="28"/>
        </w:rPr>
        <w:t>образное, трагическое, ком</w:t>
      </w:r>
      <w:r w:rsidR="00ED523F" w:rsidRPr="006D1CB9">
        <w:rPr>
          <w:rFonts w:ascii="Arial" w:hAnsi="Arial" w:cs="Arial"/>
          <w:sz w:val="28"/>
          <w:szCs w:val="28"/>
        </w:rPr>
        <w:t>ическое, высокое, низменное.</w:t>
      </w:r>
      <w:proofErr w:type="gramEnd"/>
      <w:r w:rsidR="00ED523F" w:rsidRPr="006D1CB9">
        <w:rPr>
          <w:rFonts w:ascii="Arial" w:hAnsi="Arial" w:cs="Arial"/>
          <w:sz w:val="28"/>
          <w:szCs w:val="28"/>
        </w:rPr>
        <w:t xml:space="preserve"> Ис</w:t>
      </w:r>
      <w:r w:rsidRPr="006D1CB9">
        <w:rPr>
          <w:rFonts w:ascii="Arial" w:hAnsi="Arial" w:cs="Arial"/>
          <w:sz w:val="28"/>
          <w:szCs w:val="28"/>
        </w:rPr>
        <w:t>кусство понимается как воп</w:t>
      </w:r>
      <w:r w:rsidR="00ED523F" w:rsidRPr="006D1CB9">
        <w:rPr>
          <w:rFonts w:ascii="Arial" w:hAnsi="Arial" w:cs="Arial"/>
          <w:sz w:val="28"/>
          <w:szCs w:val="28"/>
        </w:rPr>
        <w:t>лощение в изображении и в созда</w:t>
      </w:r>
      <w:r w:rsidRPr="006D1CB9">
        <w:rPr>
          <w:rFonts w:ascii="Arial" w:hAnsi="Arial" w:cs="Arial"/>
          <w:sz w:val="28"/>
          <w:szCs w:val="28"/>
        </w:rPr>
        <w:t>нии предметно-пространственной среды постоянного поиска идеалов, веры, надежд, предст</w:t>
      </w:r>
      <w:r w:rsidR="00ED523F" w:rsidRPr="006D1CB9">
        <w:rPr>
          <w:rFonts w:ascii="Arial" w:hAnsi="Arial" w:cs="Arial"/>
          <w:sz w:val="28"/>
          <w:szCs w:val="28"/>
        </w:rPr>
        <w:t>авлений о добре и зле. Эстетиче</w:t>
      </w:r>
      <w:r w:rsidRPr="006D1CB9">
        <w:rPr>
          <w:rFonts w:ascii="Arial" w:hAnsi="Arial" w:cs="Arial"/>
          <w:sz w:val="28"/>
          <w:szCs w:val="28"/>
        </w:rPr>
        <w:t>ское воспитание является</w:t>
      </w:r>
      <w:r w:rsidR="00ED523F" w:rsidRPr="006D1CB9">
        <w:rPr>
          <w:rFonts w:ascii="Arial" w:hAnsi="Arial" w:cs="Arial"/>
          <w:sz w:val="28"/>
          <w:szCs w:val="28"/>
        </w:rPr>
        <w:t xml:space="preserve"> важнейшим компонентом и услови</w:t>
      </w:r>
      <w:r w:rsidRPr="006D1CB9">
        <w:rPr>
          <w:rFonts w:ascii="Arial" w:hAnsi="Arial" w:cs="Arial"/>
          <w:sz w:val="28"/>
          <w:szCs w:val="28"/>
        </w:rPr>
        <w:t>ем развития социально значимых отношений обучающихся. Способствует формирова</w:t>
      </w:r>
      <w:r w:rsidR="00ED523F" w:rsidRPr="006D1CB9">
        <w:rPr>
          <w:rFonts w:ascii="Arial" w:hAnsi="Arial" w:cs="Arial"/>
          <w:sz w:val="28"/>
          <w:szCs w:val="28"/>
        </w:rPr>
        <w:t>нию ценностных ориентаций школь</w:t>
      </w:r>
      <w:r w:rsidRPr="006D1CB9">
        <w:rPr>
          <w:rFonts w:ascii="Arial" w:hAnsi="Arial" w:cs="Arial"/>
          <w:sz w:val="28"/>
          <w:szCs w:val="28"/>
        </w:rPr>
        <w:t>ников в отношении к окружающим людям, стремлению к их пониманию, отношению к с</w:t>
      </w:r>
      <w:r w:rsidR="00ED523F" w:rsidRPr="006D1CB9">
        <w:rPr>
          <w:rFonts w:ascii="Arial" w:hAnsi="Arial" w:cs="Arial"/>
          <w:sz w:val="28"/>
          <w:szCs w:val="28"/>
        </w:rPr>
        <w:t>емье, к мирной жизни как главно</w:t>
      </w:r>
      <w:r w:rsidRPr="006D1CB9">
        <w:rPr>
          <w:rFonts w:ascii="Arial" w:hAnsi="Arial" w:cs="Arial"/>
          <w:sz w:val="28"/>
          <w:szCs w:val="28"/>
        </w:rPr>
        <w:t xml:space="preserve">му принципу человеческого </w:t>
      </w:r>
      <w:r w:rsidR="00ED523F" w:rsidRPr="006D1CB9">
        <w:rPr>
          <w:rFonts w:ascii="Arial" w:hAnsi="Arial" w:cs="Arial"/>
          <w:sz w:val="28"/>
          <w:szCs w:val="28"/>
        </w:rPr>
        <w:t xml:space="preserve">общежития, к самому себе как </w:t>
      </w:r>
      <w:proofErr w:type="spellStart"/>
      <w:r w:rsidR="00ED523F" w:rsidRPr="006D1CB9">
        <w:rPr>
          <w:rFonts w:ascii="Arial" w:hAnsi="Arial" w:cs="Arial"/>
          <w:sz w:val="28"/>
          <w:szCs w:val="28"/>
        </w:rPr>
        <w:t>са</w:t>
      </w:r>
      <w:r w:rsidRPr="006D1CB9">
        <w:rPr>
          <w:rFonts w:ascii="Arial" w:hAnsi="Arial" w:cs="Arial"/>
          <w:sz w:val="28"/>
          <w:szCs w:val="28"/>
        </w:rPr>
        <w:t>мореализующейся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и ответст</w:t>
      </w:r>
      <w:r w:rsidR="00ED523F" w:rsidRPr="006D1CB9">
        <w:rPr>
          <w:rFonts w:ascii="Arial" w:hAnsi="Arial" w:cs="Arial"/>
          <w:sz w:val="28"/>
          <w:szCs w:val="28"/>
        </w:rPr>
        <w:t>венной личности, способной к по</w:t>
      </w:r>
      <w:r w:rsidRPr="006D1CB9">
        <w:rPr>
          <w:rFonts w:ascii="Arial" w:hAnsi="Arial" w:cs="Arial"/>
          <w:sz w:val="28"/>
          <w:szCs w:val="28"/>
        </w:rPr>
        <w:t>зитивному действию в усл</w:t>
      </w:r>
      <w:r w:rsidR="00ED523F" w:rsidRPr="006D1CB9">
        <w:rPr>
          <w:rFonts w:ascii="Arial" w:hAnsi="Arial" w:cs="Arial"/>
          <w:sz w:val="28"/>
          <w:szCs w:val="28"/>
        </w:rPr>
        <w:t>овиях соревновательной конкурен</w:t>
      </w:r>
      <w:r w:rsidRPr="006D1CB9">
        <w:rPr>
          <w:rFonts w:ascii="Arial" w:hAnsi="Arial" w:cs="Arial"/>
          <w:sz w:val="28"/>
          <w:szCs w:val="28"/>
        </w:rPr>
        <w:t xml:space="preserve">ции. Способствует формированию ценностного отношения к природе, труду, искусству, культурному наследию. </w:t>
      </w:r>
    </w:p>
    <w:p w:rsidR="005A0217" w:rsidRPr="006D1CB9" w:rsidRDefault="005575E8" w:rsidP="00AD7A78">
      <w:pPr>
        <w:numPr>
          <w:ilvl w:val="0"/>
          <w:numId w:val="14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Ценности познавательной деятельности 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  процессе художественн</w:t>
      </w:r>
      <w:r w:rsidR="00ED523F" w:rsidRPr="006D1CB9">
        <w:rPr>
          <w:rFonts w:ascii="Arial" w:hAnsi="Arial" w:cs="Arial"/>
          <w:sz w:val="28"/>
          <w:szCs w:val="28"/>
        </w:rPr>
        <w:t>ой деятельности на занятиях изо</w:t>
      </w:r>
      <w:r w:rsidRPr="006D1CB9">
        <w:rPr>
          <w:rFonts w:ascii="Arial" w:hAnsi="Arial" w:cs="Arial"/>
          <w:sz w:val="28"/>
          <w:szCs w:val="28"/>
        </w:rPr>
        <w:t>бразительным искусством с</w:t>
      </w:r>
      <w:r w:rsidR="00ED523F" w:rsidRPr="006D1CB9">
        <w:rPr>
          <w:rFonts w:ascii="Arial" w:hAnsi="Arial" w:cs="Arial"/>
          <w:sz w:val="28"/>
          <w:szCs w:val="28"/>
        </w:rPr>
        <w:t>тавятся задачи воспитания наблю</w:t>
      </w:r>
      <w:r w:rsidRPr="006D1CB9">
        <w:rPr>
          <w:rFonts w:ascii="Arial" w:hAnsi="Arial" w:cs="Arial"/>
          <w:sz w:val="28"/>
          <w:szCs w:val="28"/>
        </w:rPr>
        <w:t xml:space="preserve">дательности  </w:t>
      </w:r>
      <w:r w:rsidR="00CF5246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умений активно,</w:t>
      </w:r>
      <w:r w:rsidR="00ED523F" w:rsidRPr="006D1CB9">
        <w:rPr>
          <w:rFonts w:ascii="Arial" w:hAnsi="Arial" w:cs="Arial"/>
          <w:sz w:val="28"/>
          <w:szCs w:val="28"/>
        </w:rPr>
        <w:t xml:space="preserve"> т.  е. в соответствии со специ</w:t>
      </w:r>
      <w:r w:rsidRPr="006D1CB9">
        <w:rPr>
          <w:rFonts w:ascii="Arial" w:hAnsi="Arial" w:cs="Arial"/>
          <w:sz w:val="28"/>
          <w:szCs w:val="28"/>
        </w:rPr>
        <w:t>альными установками, видеть окружающий мир. Воспитывается эмоционально окрашенный интерес к жизни. Навыки исследовательской деятельно</w:t>
      </w:r>
      <w:r w:rsidR="00ED523F" w:rsidRPr="006D1CB9">
        <w:rPr>
          <w:rFonts w:ascii="Arial" w:hAnsi="Arial" w:cs="Arial"/>
          <w:sz w:val="28"/>
          <w:szCs w:val="28"/>
        </w:rPr>
        <w:t>сти развиваются в процессе учеб</w:t>
      </w:r>
      <w:r w:rsidRPr="006D1CB9">
        <w:rPr>
          <w:rFonts w:ascii="Arial" w:hAnsi="Arial" w:cs="Arial"/>
          <w:sz w:val="28"/>
          <w:szCs w:val="28"/>
        </w:rPr>
        <w:t>ных проектов на уроках изобр</w:t>
      </w:r>
      <w:r w:rsidR="00ED523F" w:rsidRPr="006D1CB9">
        <w:rPr>
          <w:rFonts w:ascii="Arial" w:hAnsi="Arial" w:cs="Arial"/>
          <w:sz w:val="28"/>
          <w:szCs w:val="28"/>
        </w:rPr>
        <w:t>азительного искусства и при вы</w:t>
      </w:r>
      <w:r w:rsidRPr="006D1CB9">
        <w:rPr>
          <w:rFonts w:ascii="Arial" w:hAnsi="Arial" w:cs="Arial"/>
          <w:sz w:val="28"/>
          <w:szCs w:val="28"/>
        </w:rPr>
        <w:t xml:space="preserve">полнении заданий культурно-исторической направленности. </w:t>
      </w:r>
    </w:p>
    <w:p w:rsidR="005A0217" w:rsidRPr="006D1CB9" w:rsidRDefault="005575E8" w:rsidP="00AD7A78">
      <w:pPr>
        <w:numPr>
          <w:ilvl w:val="0"/>
          <w:numId w:val="14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Экологическое воспитание 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Повышение уровня эколог</w:t>
      </w:r>
      <w:r w:rsidR="00ED523F" w:rsidRPr="006D1CB9">
        <w:rPr>
          <w:rFonts w:ascii="Arial" w:hAnsi="Arial" w:cs="Arial"/>
          <w:sz w:val="28"/>
          <w:szCs w:val="28"/>
        </w:rPr>
        <w:t>ической культуры, осознание гло</w:t>
      </w:r>
      <w:r w:rsidRPr="006D1CB9">
        <w:rPr>
          <w:rFonts w:ascii="Arial" w:hAnsi="Arial" w:cs="Arial"/>
          <w:sz w:val="28"/>
          <w:szCs w:val="28"/>
        </w:rPr>
        <w:t>бального характера экологи</w:t>
      </w:r>
      <w:r w:rsidR="00ED523F" w:rsidRPr="006D1CB9">
        <w:rPr>
          <w:rFonts w:ascii="Arial" w:hAnsi="Arial" w:cs="Arial"/>
          <w:sz w:val="28"/>
          <w:szCs w:val="28"/>
        </w:rPr>
        <w:t>ческих проблем, активное неприя</w:t>
      </w:r>
      <w:r w:rsidRPr="006D1CB9">
        <w:rPr>
          <w:rFonts w:ascii="Arial" w:hAnsi="Arial" w:cs="Arial"/>
          <w:sz w:val="28"/>
          <w:szCs w:val="28"/>
        </w:rPr>
        <w:t>тие действий, приносящих вр</w:t>
      </w:r>
      <w:r w:rsidR="00ED523F" w:rsidRPr="006D1CB9">
        <w:rPr>
          <w:rFonts w:ascii="Arial" w:hAnsi="Arial" w:cs="Arial"/>
          <w:sz w:val="28"/>
          <w:szCs w:val="28"/>
        </w:rPr>
        <w:t>ед окружающей среде, воспиты</w:t>
      </w:r>
      <w:r w:rsidRPr="006D1CB9">
        <w:rPr>
          <w:rFonts w:ascii="Arial" w:hAnsi="Arial" w:cs="Arial"/>
          <w:sz w:val="28"/>
          <w:szCs w:val="28"/>
        </w:rPr>
        <w:t>вается в процессе художественно-эстетического наблюдения природы, её образа в произв</w:t>
      </w:r>
      <w:r w:rsidR="00ED523F" w:rsidRPr="006D1CB9">
        <w:rPr>
          <w:rFonts w:ascii="Arial" w:hAnsi="Arial" w:cs="Arial"/>
          <w:sz w:val="28"/>
          <w:szCs w:val="28"/>
        </w:rPr>
        <w:t>едениях искусства и личной худо</w:t>
      </w:r>
      <w:r w:rsidRPr="006D1CB9">
        <w:rPr>
          <w:rFonts w:ascii="Arial" w:hAnsi="Arial" w:cs="Arial"/>
          <w:sz w:val="28"/>
          <w:szCs w:val="28"/>
        </w:rPr>
        <w:t xml:space="preserve">жественно-творческой работе. </w:t>
      </w:r>
    </w:p>
    <w:p w:rsidR="005A0217" w:rsidRPr="006D1CB9" w:rsidRDefault="005575E8" w:rsidP="00AD7A78">
      <w:pPr>
        <w:numPr>
          <w:ilvl w:val="0"/>
          <w:numId w:val="14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Трудовое воспитание 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Художественно-эстетиче</w:t>
      </w:r>
      <w:r w:rsidR="00ED523F" w:rsidRPr="006D1CB9">
        <w:rPr>
          <w:rFonts w:ascii="Arial" w:hAnsi="Arial" w:cs="Arial"/>
          <w:sz w:val="28"/>
          <w:szCs w:val="28"/>
        </w:rPr>
        <w:t>ское развитие обучающихся обяза</w:t>
      </w:r>
      <w:r w:rsidRPr="006D1CB9">
        <w:rPr>
          <w:rFonts w:ascii="Arial" w:hAnsi="Arial" w:cs="Arial"/>
          <w:sz w:val="28"/>
          <w:szCs w:val="28"/>
        </w:rPr>
        <w:t>тельно должно осуществ</w:t>
      </w:r>
      <w:r w:rsidR="00ED523F" w:rsidRPr="006D1CB9">
        <w:rPr>
          <w:rFonts w:ascii="Arial" w:hAnsi="Arial" w:cs="Arial"/>
          <w:sz w:val="28"/>
          <w:szCs w:val="28"/>
        </w:rPr>
        <w:t>ляться в процессе личной художе</w:t>
      </w:r>
      <w:r w:rsidRPr="006D1CB9">
        <w:rPr>
          <w:rFonts w:ascii="Arial" w:hAnsi="Arial" w:cs="Arial"/>
          <w:sz w:val="28"/>
          <w:szCs w:val="28"/>
        </w:rPr>
        <w:t xml:space="preserve">ственно-творческой работы с освоением художественных </w:t>
      </w:r>
      <w:proofErr w:type="spellStart"/>
      <w:r w:rsidRPr="006D1CB9">
        <w:rPr>
          <w:rFonts w:ascii="Arial" w:hAnsi="Arial" w:cs="Arial"/>
          <w:sz w:val="28"/>
          <w:szCs w:val="28"/>
        </w:rPr>
        <w:t>мате_риалов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и специфики каждого из них. Эта трудовая и смысловая деятельность формирует та</w:t>
      </w:r>
      <w:r w:rsidR="00ED523F" w:rsidRPr="006D1CB9">
        <w:rPr>
          <w:rFonts w:ascii="Arial" w:hAnsi="Arial" w:cs="Arial"/>
          <w:sz w:val="28"/>
          <w:szCs w:val="28"/>
        </w:rPr>
        <w:t>кие качества, как навыки практи</w:t>
      </w:r>
      <w:r w:rsidRPr="006D1CB9">
        <w:rPr>
          <w:rFonts w:ascii="Arial" w:hAnsi="Arial" w:cs="Arial"/>
          <w:sz w:val="28"/>
          <w:szCs w:val="28"/>
        </w:rPr>
        <w:t>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</w:t>
      </w:r>
      <w:r w:rsidR="00ED523F" w:rsidRPr="006D1CB9">
        <w:rPr>
          <w:rFonts w:ascii="Arial" w:hAnsi="Arial" w:cs="Arial"/>
          <w:sz w:val="28"/>
          <w:szCs w:val="28"/>
        </w:rPr>
        <w:t>ультату, понимание эстетики тру</w:t>
      </w:r>
      <w:r w:rsidRPr="006D1CB9">
        <w:rPr>
          <w:rFonts w:ascii="Arial" w:hAnsi="Arial" w:cs="Arial"/>
          <w:sz w:val="28"/>
          <w:szCs w:val="28"/>
        </w:rPr>
        <w:t>довой деятельности. А  такж</w:t>
      </w:r>
      <w:r w:rsidR="00ED523F" w:rsidRPr="006D1CB9">
        <w:rPr>
          <w:rFonts w:ascii="Arial" w:hAnsi="Arial" w:cs="Arial"/>
          <w:sz w:val="28"/>
          <w:szCs w:val="28"/>
        </w:rPr>
        <w:t>е умения сотрудничества, коллек</w:t>
      </w:r>
      <w:r w:rsidRPr="006D1CB9">
        <w:rPr>
          <w:rFonts w:ascii="Arial" w:hAnsi="Arial" w:cs="Arial"/>
          <w:sz w:val="28"/>
          <w:szCs w:val="28"/>
        </w:rPr>
        <w:t xml:space="preserve">тивной трудовой работы, работы в команде  </w:t>
      </w:r>
      <w:r w:rsidR="00CF5246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обязательные требования к определённым заданиям программы. </w:t>
      </w:r>
    </w:p>
    <w:p w:rsidR="005A0217" w:rsidRPr="006D1CB9" w:rsidRDefault="005575E8" w:rsidP="00AD7A78">
      <w:pPr>
        <w:numPr>
          <w:ilvl w:val="0"/>
          <w:numId w:val="14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Воспитывающая предметно-эстетическая среда </w:t>
      </w:r>
    </w:p>
    <w:p w:rsidR="00ED523F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В  процессе художественно-эстетического воспитан</w:t>
      </w:r>
      <w:r w:rsidR="00ED523F" w:rsidRPr="006D1CB9">
        <w:rPr>
          <w:rFonts w:ascii="Arial" w:hAnsi="Arial" w:cs="Arial"/>
          <w:sz w:val="28"/>
          <w:szCs w:val="28"/>
        </w:rPr>
        <w:t xml:space="preserve">ия </w:t>
      </w:r>
      <w:proofErr w:type="gramStart"/>
      <w:r w:rsidR="00ED523F" w:rsidRPr="006D1CB9">
        <w:rPr>
          <w:rFonts w:ascii="Arial" w:hAnsi="Arial" w:cs="Arial"/>
          <w:sz w:val="28"/>
          <w:szCs w:val="28"/>
        </w:rPr>
        <w:t>обуча</w:t>
      </w:r>
      <w:r w:rsidRPr="006D1CB9">
        <w:rPr>
          <w:rFonts w:ascii="Arial" w:hAnsi="Arial" w:cs="Arial"/>
          <w:sz w:val="28"/>
          <w:szCs w:val="28"/>
        </w:rPr>
        <w:t>ющихся</w:t>
      </w:r>
      <w:proofErr w:type="gramEnd"/>
      <w:r w:rsidRPr="006D1CB9">
        <w:rPr>
          <w:rFonts w:ascii="Arial" w:hAnsi="Arial" w:cs="Arial"/>
          <w:sz w:val="28"/>
          <w:szCs w:val="28"/>
        </w:rPr>
        <w:t xml:space="preserve"> имеет значение орг</w:t>
      </w:r>
      <w:r w:rsidR="00ED523F" w:rsidRPr="006D1CB9">
        <w:rPr>
          <w:rFonts w:ascii="Arial" w:hAnsi="Arial" w:cs="Arial"/>
          <w:sz w:val="28"/>
          <w:szCs w:val="28"/>
        </w:rPr>
        <w:t>анизация пространственной среды</w:t>
      </w:r>
      <w:r w:rsidRPr="006D1CB9">
        <w:rPr>
          <w:rFonts w:ascii="Arial" w:hAnsi="Arial" w:cs="Arial"/>
          <w:sz w:val="28"/>
          <w:szCs w:val="28"/>
        </w:rPr>
        <w:t xml:space="preserve"> школы. При этом школьники должны быть </w:t>
      </w:r>
      <w:r w:rsidR="00ED523F" w:rsidRPr="006D1CB9">
        <w:rPr>
          <w:rFonts w:ascii="Arial" w:hAnsi="Arial" w:cs="Arial"/>
          <w:sz w:val="28"/>
          <w:szCs w:val="28"/>
        </w:rPr>
        <w:t>активными участ</w:t>
      </w:r>
      <w:r w:rsidRPr="006D1CB9">
        <w:rPr>
          <w:rFonts w:ascii="Arial" w:hAnsi="Arial" w:cs="Arial"/>
          <w:sz w:val="28"/>
          <w:szCs w:val="28"/>
        </w:rPr>
        <w:t>никами (а не только потребителями) её создания и оформления пространства в соответствии с задач</w:t>
      </w:r>
      <w:r w:rsidR="00ED523F" w:rsidRPr="006D1CB9">
        <w:rPr>
          <w:rFonts w:ascii="Arial" w:hAnsi="Arial" w:cs="Arial"/>
          <w:sz w:val="28"/>
          <w:szCs w:val="28"/>
        </w:rPr>
        <w:t>ами образовательной орга</w:t>
      </w:r>
      <w:r w:rsidRPr="006D1CB9">
        <w:rPr>
          <w:rFonts w:ascii="Arial" w:hAnsi="Arial" w:cs="Arial"/>
          <w:sz w:val="28"/>
          <w:szCs w:val="28"/>
        </w:rPr>
        <w:t xml:space="preserve">низации, среды, календарными событиями школьной жизни. Эта деятельность обучающихся, как и сам </w:t>
      </w:r>
      <w:proofErr w:type="gramStart"/>
      <w:r w:rsidRPr="006D1CB9">
        <w:rPr>
          <w:rFonts w:ascii="Arial" w:hAnsi="Arial" w:cs="Arial"/>
          <w:sz w:val="28"/>
          <w:szCs w:val="28"/>
        </w:rPr>
        <w:t>о</w:t>
      </w:r>
      <w:r w:rsidR="003F4C3E" w:rsidRPr="006D1CB9">
        <w:rPr>
          <w:rFonts w:ascii="Arial" w:hAnsi="Arial" w:cs="Arial"/>
          <w:sz w:val="28"/>
          <w:szCs w:val="28"/>
        </w:rPr>
        <w:t>браз</w:t>
      </w:r>
      <w:proofErr w:type="gramEnd"/>
      <w:r w:rsidR="003F4C3E" w:rsidRPr="006D1CB9">
        <w:rPr>
          <w:rFonts w:ascii="Arial" w:hAnsi="Arial" w:cs="Arial"/>
          <w:sz w:val="28"/>
          <w:szCs w:val="28"/>
        </w:rPr>
        <w:t xml:space="preserve"> предметно-</w:t>
      </w:r>
      <w:r w:rsidRPr="006D1CB9">
        <w:rPr>
          <w:rFonts w:ascii="Arial" w:hAnsi="Arial" w:cs="Arial"/>
          <w:sz w:val="28"/>
          <w:szCs w:val="28"/>
        </w:rPr>
        <w:t>пространственной среды шк</w:t>
      </w:r>
      <w:r w:rsidR="00ED523F" w:rsidRPr="006D1CB9">
        <w:rPr>
          <w:rFonts w:ascii="Arial" w:hAnsi="Arial" w:cs="Arial"/>
          <w:sz w:val="28"/>
          <w:szCs w:val="28"/>
        </w:rPr>
        <w:t>олы, оказывает активное воспита</w:t>
      </w:r>
      <w:r w:rsidRPr="006D1CB9">
        <w:rPr>
          <w:rFonts w:ascii="Arial" w:hAnsi="Arial" w:cs="Arial"/>
          <w:sz w:val="28"/>
          <w:szCs w:val="28"/>
        </w:rPr>
        <w:t xml:space="preserve">тельное воздействие и влияет на формирование позитивных ценностных ориентаций и восприятие жизни школьниками. </w:t>
      </w:r>
    </w:p>
    <w:p w:rsidR="00ED523F" w:rsidRPr="006D1CB9" w:rsidRDefault="00ED523F" w:rsidP="00CF5246">
      <w:pPr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</w:p>
    <w:p w:rsidR="00ED523F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МЕТАПРЕДМЕТНЫЕ РЕЗУЛЬТАТЫ </w:t>
      </w:r>
    </w:p>
    <w:p w:rsidR="00ED523F" w:rsidRPr="006D1CB9" w:rsidRDefault="00ED523F" w:rsidP="00CF5246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6D1CB9">
        <w:rPr>
          <w:rFonts w:ascii="Arial" w:hAnsi="Arial" w:cs="Arial"/>
          <w:sz w:val="28"/>
          <w:szCs w:val="28"/>
        </w:rPr>
        <w:t>Метапредметные</w:t>
      </w:r>
      <w:proofErr w:type="spellEnd"/>
      <w:r w:rsidRPr="006D1CB9">
        <w:rPr>
          <w:rFonts w:ascii="Arial" w:hAnsi="Arial" w:cs="Arial"/>
          <w:sz w:val="28"/>
          <w:szCs w:val="28"/>
        </w:rPr>
        <w:t xml:space="preserve"> резуль</w:t>
      </w:r>
      <w:r w:rsidR="00ED523F" w:rsidRPr="006D1CB9">
        <w:rPr>
          <w:rFonts w:ascii="Arial" w:hAnsi="Arial" w:cs="Arial"/>
          <w:sz w:val="28"/>
          <w:szCs w:val="28"/>
        </w:rPr>
        <w:t>таты освоения основной образова</w:t>
      </w:r>
      <w:r w:rsidRPr="006D1CB9">
        <w:rPr>
          <w:rFonts w:ascii="Arial" w:hAnsi="Arial" w:cs="Arial"/>
          <w:sz w:val="28"/>
          <w:szCs w:val="28"/>
        </w:rPr>
        <w:t xml:space="preserve">тельной программы, формируемые при изучении предмета «Изобразительное искусство»: </w:t>
      </w:r>
    </w:p>
    <w:p w:rsidR="005A0217" w:rsidRPr="006D1CB9" w:rsidRDefault="005575E8" w:rsidP="00AD7A78">
      <w:pPr>
        <w:numPr>
          <w:ilvl w:val="0"/>
          <w:numId w:val="15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Овладение универсальными познавательными действиями 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i/>
          <w:iCs/>
          <w:sz w:val="28"/>
          <w:szCs w:val="28"/>
        </w:rPr>
      </w:pPr>
      <w:r w:rsidRPr="006D1CB9">
        <w:rPr>
          <w:rFonts w:ascii="Arial" w:hAnsi="Arial" w:cs="Arial"/>
          <w:i/>
          <w:iCs/>
          <w:sz w:val="28"/>
          <w:szCs w:val="28"/>
        </w:rPr>
        <w:t>Формирование простран</w:t>
      </w:r>
      <w:r w:rsidR="00ED523F" w:rsidRPr="006D1CB9">
        <w:rPr>
          <w:rFonts w:ascii="Arial" w:hAnsi="Arial" w:cs="Arial"/>
          <w:i/>
          <w:iCs/>
          <w:sz w:val="28"/>
          <w:szCs w:val="28"/>
        </w:rPr>
        <w:t>ственных представлений и сенсор</w:t>
      </w:r>
      <w:r w:rsidRPr="006D1CB9">
        <w:rPr>
          <w:rFonts w:ascii="Arial" w:hAnsi="Arial" w:cs="Arial"/>
          <w:i/>
          <w:iCs/>
          <w:sz w:val="28"/>
          <w:szCs w:val="28"/>
        </w:rPr>
        <w:t xml:space="preserve">ных способностей: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сравнивать предметные и</w:t>
      </w:r>
      <w:r w:rsidRPr="006D1CB9">
        <w:rPr>
          <w:rFonts w:ascii="Arial" w:hAnsi="Arial" w:cs="Arial"/>
          <w:sz w:val="28"/>
          <w:szCs w:val="28"/>
        </w:rPr>
        <w:t xml:space="preserve"> пространственные объекты по за</w:t>
      </w:r>
      <w:r w:rsidR="005575E8" w:rsidRPr="006D1CB9">
        <w:rPr>
          <w:rFonts w:ascii="Arial" w:hAnsi="Arial" w:cs="Arial"/>
          <w:sz w:val="28"/>
          <w:szCs w:val="28"/>
        </w:rPr>
        <w:t xml:space="preserve">данным основаниям;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характеризовать форму предмета, конструкции;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выявлять положение предметной формы в пространстве;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 xml:space="preserve">обобщать форму составной конструкции;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 xml:space="preserve">анализировать структуру </w:t>
      </w:r>
      <w:r w:rsidR="00ED523F" w:rsidRPr="006D1CB9">
        <w:rPr>
          <w:rFonts w:ascii="Arial" w:hAnsi="Arial" w:cs="Arial"/>
          <w:sz w:val="28"/>
          <w:szCs w:val="28"/>
        </w:rPr>
        <w:t>предмета, конструкции, простран</w:t>
      </w:r>
      <w:r w:rsidR="005575E8" w:rsidRPr="006D1CB9">
        <w:rPr>
          <w:rFonts w:ascii="Arial" w:hAnsi="Arial" w:cs="Arial"/>
          <w:sz w:val="28"/>
          <w:szCs w:val="28"/>
        </w:rPr>
        <w:t xml:space="preserve">ства, зрительного образа;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 xml:space="preserve">структурировать предметно-пространственные явления;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сопоставлять пропорциональное соотношение частей внутри целого и предметов между собой;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абстрагировать образ реальности в построении плоской или пространственной композиции. </w:t>
      </w:r>
    </w:p>
    <w:p w:rsidR="003F4C3E" w:rsidRPr="006D1CB9" w:rsidRDefault="003F4C3E" w:rsidP="00CF5246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i/>
          <w:iCs/>
          <w:sz w:val="28"/>
          <w:szCs w:val="28"/>
        </w:rPr>
      </w:pPr>
      <w:r w:rsidRPr="006D1CB9">
        <w:rPr>
          <w:rFonts w:ascii="Arial" w:hAnsi="Arial" w:cs="Arial"/>
          <w:i/>
          <w:iCs/>
          <w:sz w:val="28"/>
          <w:szCs w:val="28"/>
        </w:rPr>
        <w:t xml:space="preserve">Базовые логические и исследовательские действия: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выявлять и характеризо</w:t>
      </w:r>
      <w:r w:rsidR="00ED523F" w:rsidRPr="006D1CB9">
        <w:rPr>
          <w:rFonts w:ascii="Arial" w:hAnsi="Arial" w:cs="Arial"/>
          <w:sz w:val="28"/>
          <w:szCs w:val="28"/>
        </w:rPr>
        <w:t>вать существенные признаки явле</w:t>
      </w:r>
      <w:r w:rsidR="005575E8" w:rsidRPr="006D1CB9">
        <w:rPr>
          <w:rFonts w:ascii="Arial" w:hAnsi="Arial" w:cs="Arial"/>
          <w:sz w:val="28"/>
          <w:szCs w:val="28"/>
        </w:rPr>
        <w:t xml:space="preserve">ний художественной культуры;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сопоставлять, анализирова</w:t>
      </w:r>
      <w:r w:rsidR="00ED523F" w:rsidRPr="006D1CB9">
        <w:rPr>
          <w:rFonts w:ascii="Arial" w:hAnsi="Arial" w:cs="Arial"/>
          <w:sz w:val="28"/>
          <w:szCs w:val="28"/>
        </w:rPr>
        <w:t>ть, сравнивать и оценивать с по</w:t>
      </w:r>
      <w:r w:rsidR="005575E8" w:rsidRPr="006D1CB9">
        <w:rPr>
          <w:rFonts w:ascii="Arial" w:hAnsi="Arial" w:cs="Arial"/>
          <w:sz w:val="28"/>
          <w:szCs w:val="28"/>
        </w:rPr>
        <w:t>зиций эстетических катего</w:t>
      </w:r>
      <w:r w:rsidR="00ED523F" w:rsidRPr="006D1CB9">
        <w:rPr>
          <w:rFonts w:ascii="Arial" w:hAnsi="Arial" w:cs="Arial"/>
          <w:sz w:val="28"/>
          <w:szCs w:val="28"/>
        </w:rPr>
        <w:t>рий явления искусства и действи</w:t>
      </w:r>
      <w:r w:rsidR="005575E8" w:rsidRPr="006D1CB9">
        <w:rPr>
          <w:rFonts w:ascii="Arial" w:hAnsi="Arial" w:cs="Arial"/>
          <w:sz w:val="28"/>
          <w:szCs w:val="28"/>
        </w:rPr>
        <w:t xml:space="preserve">тельности;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классифицировать произвед</w:t>
      </w:r>
      <w:r w:rsidR="00ED523F" w:rsidRPr="006D1CB9">
        <w:rPr>
          <w:rFonts w:ascii="Arial" w:hAnsi="Arial" w:cs="Arial"/>
          <w:sz w:val="28"/>
          <w:szCs w:val="28"/>
        </w:rPr>
        <w:t>ения искусства по видам и, соот</w:t>
      </w:r>
      <w:r w:rsidR="005575E8" w:rsidRPr="006D1CB9">
        <w:rPr>
          <w:rFonts w:ascii="Arial" w:hAnsi="Arial" w:cs="Arial"/>
          <w:sz w:val="28"/>
          <w:szCs w:val="28"/>
        </w:rPr>
        <w:t xml:space="preserve">ветственно, по назначению в жизни людей;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ставить и использовать вопросы как исследовательс</w:t>
      </w:r>
      <w:r w:rsidR="00ED523F" w:rsidRPr="006D1CB9">
        <w:rPr>
          <w:rFonts w:ascii="Arial" w:hAnsi="Arial" w:cs="Arial"/>
          <w:sz w:val="28"/>
          <w:szCs w:val="28"/>
        </w:rPr>
        <w:t>кий ин</w:t>
      </w:r>
      <w:r w:rsidR="005575E8" w:rsidRPr="006D1CB9">
        <w:rPr>
          <w:rFonts w:ascii="Arial" w:hAnsi="Arial" w:cs="Arial"/>
          <w:sz w:val="28"/>
          <w:szCs w:val="28"/>
        </w:rPr>
        <w:t xml:space="preserve">струмент познания;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вести исследовательскую работу по сбору информационного материала по установленной или выбранной теме; 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 </w:t>
      </w:r>
      <w:r w:rsidR="005A0217" w:rsidRPr="006D1CB9">
        <w:rPr>
          <w:rFonts w:ascii="Arial" w:hAnsi="Arial" w:cs="Arial"/>
          <w:sz w:val="28"/>
          <w:szCs w:val="28"/>
        </w:rPr>
        <w:t>-</w:t>
      </w:r>
      <w:r w:rsidRPr="006D1CB9">
        <w:rPr>
          <w:rFonts w:ascii="Arial" w:hAnsi="Arial" w:cs="Arial"/>
          <w:sz w:val="28"/>
          <w:szCs w:val="28"/>
        </w:rPr>
        <w:t xml:space="preserve"> самостоятельно формули</w:t>
      </w:r>
      <w:r w:rsidR="00ED523F" w:rsidRPr="006D1CB9">
        <w:rPr>
          <w:rFonts w:ascii="Arial" w:hAnsi="Arial" w:cs="Arial"/>
          <w:sz w:val="28"/>
          <w:szCs w:val="28"/>
        </w:rPr>
        <w:t>ровать выводы и обобщения по ре</w:t>
      </w:r>
      <w:r w:rsidRPr="006D1CB9">
        <w:rPr>
          <w:rFonts w:ascii="Arial" w:hAnsi="Arial" w:cs="Arial"/>
          <w:sz w:val="28"/>
          <w:szCs w:val="28"/>
        </w:rPr>
        <w:t xml:space="preserve">зультатам наблюдения или исследования, аргументированно защищать свои позиции. </w:t>
      </w:r>
    </w:p>
    <w:p w:rsidR="003F4C3E" w:rsidRPr="006D1CB9" w:rsidRDefault="003F4C3E" w:rsidP="00CF5246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i/>
          <w:iCs/>
          <w:sz w:val="28"/>
          <w:szCs w:val="28"/>
        </w:rPr>
      </w:pPr>
      <w:r w:rsidRPr="006D1CB9">
        <w:rPr>
          <w:rFonts w:ascii="Arial" w:hAnsi="Arial" w:cs="Arial"/>
          <w:i/>
          <w:iCs/>
          <w:sz w:val="28"/>
          <w:szCs w:val="28"/>
        </w:rPr>
        <w:t xml:space="preserve">Работа с информацией: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>использовать различные методы, в том числе электронные технологии, для поиска и</w:t>
      </w:r>
      <w:r w:rsidR="00ED523F" w:rsidRPr="006D1CB9">
        <w:rPr>
          <w:rFonts w:ascii="Arial" w:hAnsi="Arial" w:cs="Arial"/>
          <w:sz w:val="28"/>
          <w:szCs w:val="28"/>
        </w:rPr>
        <w:t xml:space="preserve"> отбора информации на основе об</w:t>
      </w:r>
      <w:r w:rsidR="005575E8" w:rsidRPr="006D1CB9">
        <w:rPr>
          <w:rFonts w:ascii="Arial" w:hAnsi="Arial" w:cs="Arial"/>
          <w:sz w:val="28"/>
          <w:szCs w:val="28"/>
        </w:rPr>
        <w:t xml:space="preserve">разовательных задач и заданных критериев;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использовать электронные образовательные ресурсы;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работать с электро</w:t>
      </w:r>
      <w:r w:rsidR="00ED523F" w:rsidRPr="006D1CB9">
        <w:rPr>
          <w:rFonts w:ascii="Arial" w:hAnsi="Arial" w:cs="Arial"/>
          <w:sz w:val="28"/>
          <w:szCs w:val="28"/>
        </w:rPr>
        <w:t>нными учебными пособиями и учеб</w:t>
      </w:r>
      <w:r w:rsidR="005575E8" w:rsidRPr="006D1CB9">
        <w:rPr>
          <w:rFonts w:ascii="Arial" w:hAnsi="Arial" w:cs="Arial"/>
          <w:sz w:val="28"/>
          <w:szCs w:val="28"/>
        </w:rPr>
        <w:t xml:space="preserve">никами;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выбирать, анализировать, </w:t>
      </w:r>
      <w:r w:rsidR="00ED523F" w:rsidRPr="006D1CB9">
        <w:rPr>
          <w:rFonts w:ascii="Arial" w:hAnsi="Arial" w:cs="Arial"/>
          <w:sz w:val="28"/>
          <w:szCs w:val="28"/>
        </w:rPr>
        <w:t>интерпретировать, обобщать и си</w:t>
      </w:r>
      <w:r w:rsidR="005575E8" w:rsidRPr="006D1CB9">
        <w:rPr>
          <w:rFonts w:ascii="Arial" w:hAnsi="Arial" w:cs="Arial"/>
          <w:sz w:val="28"/>
          <w:szCs w:val="28"/>
        </w:rPr>
        <w:t>стематизировать информа</w:t>
      </w:r>
      <w:r w:rsidR="00ED523F" w:rsidRPr="006D1CB9">
        <w:rPr>
          <w:rFonts w:ascii="Arial" w:hAnsi="Arial" w:cs="Arial"/>
          <w:sz w:val="28"/>
          <w:szCs w:val="28"/>
        </w:rPr>
        <w:t>цию, представленную в произведе</w:t>
      </w:r>
      <w:r w:rsidR="005575E8" w:rsidRPr="006D1CB9">
        <w:rPr>
          <w:rFonts w:ascii="Arial" w:hAnsi="Arial" w:cs="Arial"/>
          <w:sz w:val="28"/>
          <w:szCs w:val="28"/>
        </w:rPr>
        <w:t xml:space="preserve">ниях искусства, в текстах, таблицах и схемах;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 xml:space="preserve">самостоятельно готовить информацию на заданную или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вы_бранную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тему в различных </w:t>
      </w:r>
      <w:r w:rsidR="00ED523F" w:rsidRPr="006D1CB9">
        <w:rPr>
          <w:rFonts w:ascii="Arial" w:hAnsi="Arial" w:cs="Arial"/>
          <w:sz w:val="28"/>
          <w:szCs w:val="28"/>
        </w:rPr>
        <w:t>видах её представления: в рисун</w:t>
      </w:r>
      <w:r w:rsidR="005575E8" w:rsidRPr="006D1CB9">
        <w:rPr>
          <w:rFonts w:ascii="Arial" w:hAnsi="Arial" w:cs="Arial"/>
          <w:sz w:val="28"/>
          <w:szCs w:val="28"/>
        </w:rPr>
        <w:t>ках и эскизах, тексте, та</w:t>
      </w:r>
      <w:r w:rsidR="00ED523F" w:rsidRPr="006D1CB9">
        <w:rPr>
          <w:rFonts w:ascii="Arial" w:hAnsi="Arial" w:cs="Arial"/>
          <w:sz w:val="28"/>
          <w:szCs w:val="28"/>
        </w:rPr>
        <w:t>блицах, схемах, электронных пре</w:t>
      </w:r>
      <w:r w:rsidR="005575E8" w:rsidRPr="006D1CB9">
        <w:rPr>
          <w:rFonts w:ascii="Arial" w:hAnsi="Arial" w:cs="Arial"/>
          <w:sz w:val="28"/>
          <w:szCs w:val="28"/>
        </w:rPr>
        <w:t xml:space="preserve">зентациях.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A0217" w:rsidRPr="006D1CB9" w:rsidRDefault="005575E8" w:rsidP="00AD7A78">
      <w:pPr>
        <w:numPr>
          <w:ilvl w:val="0"/>
          <w:numId w:val="15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Овладение универсальными коммуникативными действиями </w:t>
      </w:r>
    </w:p>
    <w:p w:rsidR="005A0217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Понимать искусство в </w:t>
      </w:r>
      <w:r w:rsidR="00CF5246" w:rsidRPr="006D1CB9">
        <w:rPr>
          <w:rFonts w:ascii="Arial" w:hAnsi="Arial" w:cs="Arial"/>
          <w:sz w:val="28"/>
          <w:szCs w:val="28"/>
        </w:rPr>
        <w:t>качестве особого языка общения –</w:t>
      </w:r>
      <w:r w:rsidRPr="006D1CB9">
        <w:rPr>
          <w:rFonts w:ascii="Arial" w:hAnsi="Arial" w:cs="Arial"/>
          <w:sz w:val="28"/>
          <w:szCs w:val="28"/>
        </w:rPr>
        <w:t xml:space="preserve"> межличностного (автор </w:t>
      </w:r>
      <w:r w:rsidR="00CF5246" w:rsidRPr="006D1CB9">
        <w:rPr>
          <w:rFonts w:ascii="Arial" w:hAnsi="Arial" w:cs="Arial"/>
          <w:sz w:val="28"/>
          <w:szCs w:val="28"/>
        </w:rPr>
        <w:t>–</w:t>
      </w:r>
      <w:r w:rsidRPr="006D1CB9">
        <w:rPr>
          <w:rFonts w:ascii="Arial" w:hAnsi="Arial" w:cs="Arial"/>
          <w:sz w:val="28"/>
          <w:szCs w:val="28"/>
        </w:rPr>
        <w:t xml:space="preserve"> з</w:t>
      </w:r>
      <w:r w:rsidR="005A0217" w:rsidRPr="006D1CB9">
        <w:rPr>
          <w:rFonts w:ascii="Arial" w:hAnsi="Arial" w:cs="Arial"/>
          <w:sz w:val="28"/>
          <w:szCs w:val="28"/>
        </w:rPr>
        <w:t>ритель), между поколениями, меж</w:t>
      </w:r>
      <w:r w:rsidRPr="006D1CB9">
        <w:rPr>
          <w:rFonts w:ascii="Arial" w:hAnsi="Arial" w:cs="Arial"/>
          <w:sz w:val="28"/>
          <w:szCs w:val="28"/>
        </w:rPr>
        <w:t xml:space="preserve">ду народами;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воспринимать и формулировать суждения, выражать эмоции в соответствии с целями и </w:t>
      </w:r>
      <w:r w:rsidR="00ED523F" w:rsidRPr="006D1CB9">
        <w:rPr>
          <w:rFonts w:ascii="Arial" w:hAnsi="Arial" w:cs="Arial"/>
          <w:sz w:val="28"/>
          <w:szCs w:val="28"/>
        </w:rPr>
        <w:t>условиями общения, развивая спо</w:t>
      </w:r>
      <w:r w:rsidR="005575E8" w:rsidRPr="006D1CB9">
        <w:rPr>
          <w:rFonts w:ascii="Arial" w:hAnsi="Arial" w:cs="Arial"/>
          <w:sz w:val="28"/>
          <w:szCs w:val="28"/>
        </w:rPr>
        <w:t xml:space="preserve">собность к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эмпатии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и опираясь на восприятие окружающих;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вести диалог и участвова</w:t>
      </w:r>
      <w:r w:rsidR="00ED523F" w:rsidRPr="006D1CB9">
        <w:rPr>
          <w:rFonts w:ascii="Arial" w:hAnsi="Arial" w:cs="Arial"/>
          <w:sz w:val="28"/>
          <w:szCs w:val="28"/>
        </w:rPr>
        <w:t>ть в дискуссии, проявляя уважит</w:t>
      </w:r>
      <w:r w:rsidR="005575E8" w:rsidRPr="006D1CB9">
        <w:rPr>
          <w:rFonts w:ascii="Arial" w:hAnsi="Arial" w:cs="Arial"/>
          <w:sz w:val="28"/>
          <w:szCs w:val="28"/>
        </w:rPr>
        <w:t>ельное отношение к оппо</w:t>
      </w:r>
      <w:r w:rsidR="00ED523F" w:rsidRPr="006D1CB9">
        <w:rPr>
          <w:rFonts w:ascii="Arial" w:hAnsi="Arial" w:cs="Arial"/>
          <w:sz w:val="28"/>
          <w:szCs w:val="28"/>
        </w:rPr>
        <w:t>нентам, сопоставлять свои сужде</w:t>
      </w:r>
      <w:r w:rsidR="005575E8" w:rsidRPr="006D1CB9">
        <w:rPr>
          <w:rFonts w:ascii="Arial" w:hAnsi="Arial" w:cs="Arial"/>
          <w:sz w:val="28"/>
          <w:szCs w:val="28"/>
        </w:rPr>
        <w:t>ния с суждениями участ</w:t>
      </w:r>
      <w:r w:rsidR="00ED523F" w:rsidRPr="006D1CB9">
        <w:rPr>
          <w:rFonts w:ascii="Arial" w:hAnsi="Arial" w:cs="Arial"/>
          <w:sz w:val="28"/>
          <w:szCs w:val="28"/>
        </w:rPr>
        <w:t>ников общения, выявляя и коррек</w:t>
      </w:r>
      <w:r w:rsidR="005575E8" w:rsidRPr="006D1CB9">
        <w:rPr>
          <w:rFonts w:ascii="Arial" w:hAnsi="Arial" w:cs="Arial"/>
          <w:sz w:val="28"/>
          <w:szCs w:val="28"/>
        </w:rPr>
        <w:t xml:space="preserve">тно, доказательно отстаивая свои позиции в оценке и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пони_мании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обсуждаемого явления; находить общее решение и разрешать конфликты на </w:t>
      </w:r>
      <w:r w:rsidR="00ED523F" w:rsidRPr="006D1CB9">
        <w:rPr>
          <w:rFonts w:ascii="Arial" w:hAnsi="Arial" w:cs="Arial"/>
          <w:sz w:val="28"/>
          <w:szCs w:val="28"/>
        </w:rPr>
        <w:t>основе общих позиций и учёта ин</w:t>
      </w:r>
      <w:r w:rsidR="005575E8" w:rsidRPr="006D1CB9">
        <w:rPr>
          <w:rFonts w:ascii="Arial" w:hAnsi="Arial" w:cs="Arial"/>
          <w:sz w:val="28"/>
          <w:szCs w:val="28"/>
        </w:rPr>
        <w:t xml:space="preserve">тересов; </w:t>
      </w:r>
    </w:p>
    <w:p w:rsidR="005A0217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публично представлять и объяснять результаты своего творческого, художествен</w:t>
      </w:r>
      <w:r w:rsidRPr="006D1CB9">
        <w:rPr>
          <w:rFonts w:ascii="Arial" w:hAnsi="Arial" w:cs="Arial"/>
          <w:sz w:val="28"/>
          <w:szCs w:val="28"/>
        </w:rPr>
        <w:t>ного или исследовательского опы</w:t>
      </w:r>
      <w:r w:rsidR="005575E8" w:rsidRPr="006D1CB9">
        <w:rPr>
          <w:rFonts w:ascii="Arial" w:hAnsi="Arial" w:cs="Arial"/>
          <w:sz w:val="28"/>
          <w:szCs w:val="28"/>
        </w:rPr>
        <w:t xml:space="preserve">та; </w:t>
      </w:r>
    </w:p>
    <w:p w:rsidR="00ED523F" w:rsidRPr="006D1CB9" w:rsidRDefault="005A0217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взаимодействовать, сотрудничать в коллективной работе, принимать цель совместной деятельности и строить действия по её достижению, договари</w:t>
      </w:r>
      <w:r w:rsidR="00ED523F" w:rsidRPr="006D1CB9">
        <w:rPr>
          <w:rFonts w:ascii="Arial" w:hAnsi="Arial" w:cs="Arial"/>
          <w:sz w:val="28"/>
          <w:szCs w:val="28"/>
        </w:rPr>
        <w:t>ваться, проявлять готовность ру</w:t>
      </w:r>
      <w:r w:rsidR="005575E8" w:rsidRPr="006D1CB9">
        <w:rPr>
          <w:rFonts w:ascii="Arial" w:hAnsi="Arial" w:cs="Arial"/>
          <w:sz w:val="28"/>
          <w:szCs w:val="28"/>
        </w:rPr>
        <w:t>ководить, выполнять поручения, подчиняться, ответственно относиться к задачам, св</w:t>
      </w:r>
      <w:r w:rsidR="00ED523F" w:rsidRPr="006D1CB9">
        <w:rPr>
          <w:rFonts w:ascii="Arial" w:hAnsi="Arial" w:cs="Arial"/>
          <w:sz w:val="28"/>
          <w:szCs w:val="28"/>
        </w:rPr>
        <w:t>оей роли в достижении общего ре</w:t>
      </w:r>
      <w:r w:rsidR="005575E8" w:rsidRPr="006D1CB9">
        <w:rPr>
          <w:rFonts w:ascii="Arial" w:hAnsi="Arial" w:cs="Arial"/>
          <w:sz w:val="28"/>
          <w:szCs w:val="28"/>
        </w:rPr>
        <w:t xml:space="preserve">зультата. </w:t>
      </w:r>
    </w:p>
    <w:p w:rsidR="004543F8" w:rsidRPr="006D1CB9" w:rsidRDefault="005575E8" w:rsidP="00CF5246">
      <w:pPr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3.  Овладение универсальными регулятивными действиями </w:t>
      </w:r>
    </w:p>
    <w:p w:rsidR="004543F8" w:rsidRPr="006D1CB9" w:rsidRDefault="005575E8" w:rsidP="00CF5246">
      <w:pPr>
        <w:ind w:firstLine="708"/>
        <w:jc w:val="both"/>
        <w:rPr>
          <w:rFonts w:ascii="Arial" w:hAnsi="Arial" w:cs="Arial"/>
          <w:i/>
          <w:iCs/>
          <w:sz w:val="28"/>
          <w:szCs w:val="28"/>
        </w:rPr>
      </w:pPr>
      <w:r w:rsidRPr="006D1CB9">
        <w:rPr>
          <w:rFonts w:ascii="Arial" w:hAnsi="Arial" w:cs="Arial"/>
          <w:i/>
          <w:iCs/>
          <w:sz w:val="28"/>
          <w:szCs w:val="28"/>
        </w:rPr>
        <w:t xml:space="preserve">Самоорганизация: 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осознавать или самосто</w:t>
      </w:r>
      <w:r w:rsidR="00ED523F" w:rsidRPr="006D1CB9">
        <w:rPr>
          <w:rFonts w:ascii="Arial" w:hAnsi="Arial" w:cs="Arial"/>
          <w:sz w:val="28"/>
          <w:szCs w:val="28"/>
        </w:rPr>
        <w:t>ятельно формулировать цель и ре</w:t>
      </w:r>
      <w:r w:rsidR="005575E8" w:rsidRPr="006D1CB9">
        <w:rPr>
          <w:rFonts w:ascii="Arial" w:hAnsi="Arial" w:cs="Arial"/>
          <w:sz w:val="28"/>
          <w:szCs w:val="28"/>
        </w:rPr>
        <w:t xml:space="preserve">зультат выполнения учебных </w:t>
      </w:r>
      <w:r w:rsidR="00ED523F" w:rsidRPr="006D1CB9">
        <w:rPr>
          <w:rFonts w:ascii="Arial" w:hAnsi="Arial" w:cs="Arial"/>
          <w:sz w:val="28"/>
          <w:szCs w:val="28"/>
        </w:rPr>
        <w:t>задач, осознанно подчиняя по</w:t>
      </w:r>
      <w:r w:rsidR="005575E8" w:rsidRPr="006D1CB9">
        <w:rPr>
          <w:rFonts w:ascii="Arial" w:hAnsi="Arial" w:cs="Arial"/>
          <w:sz w:val="28"/>
          <w:szCs w:val="28"/>
        </w:rPr>
        <w:t xml:space="preserve">ставленной </w:t>
      </w:r>
      <w:proofErr w:type="gramStart"/>
      <w:r w:rsidR="005575E8" w:rsidRPr="006D1CB9">
        <w:rPr>
          <w:rFonts w:ascii="Arial" w:hAnsi="Arial" w:cs="Arial"/>
          <w:sz w:val="28"/>
          <w:szCs w:val="28"/>
        </w:rPr>
        <w:t>цели</w:t>
      </w:r>
      <w:proofErr w:type="gramEnd"/>
      <w:r w:rsidR="005575E8" w:rsidRPr="006D1CB9">
        <w:rPr>
          <w:rFonts w:ascii="Arial" w:hAnsi="Arial" w:cs="Arial"/>
          <w:sz w:val="28"/>
          <w:szCs w:val="28"/>
        </w:rPr>
        <w:t xml:space="preserve"> совершаемые учебные действия, развивать мотивы и интересы своей учебной деятельности; 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планировать пути достиж</w:t>
      </w:r>
      <w:r w:rsidR="00ED523F" w:rsidRPr="006D1CB9">
        <w:rPr>
          <w:rFonts w:ascii="Arial" w:hAnsi="Arial" w:cs="Arial"/>
          <w:sz w:val="28"/>
          <w:szCs w:val="28"/>
        </w:rPr>
        <w:t>ения поставленных целей, состав</w:t>
      </w:r>
      <w:r w:rsidR="005575E8" w:rsidRPr="006D1CB9">
        <w:rPr>
          <w:rFonts w:ascii="Arial" w:hAnsi="Arial" w:cs="Arial"/>
          <w:sz w:val="28"/>
          <w:szCs w:val="28"/>
        </w:rPr>
        <w:t>лять алгоритм действий,</w:t>
      </w:r>
      <w:r w:rsidR="00ED523F" w:rsidRPr="006D1CB9">
        <w:rPr>
          <w:rFonts w:ascii="Arial" w:hAnsi="Arial" w:cs="Arial"/>
          <w:sz w:val="28"/>
          <w:szCs w:val="28"/>
        </w:rPr>
        <w:t xml:space="preserve"> осознанно выбирать наиболее эф</w:t>
      </w:r>
      <w:r w:rsidR="005575E8" w:rsidRPr="006D1CB9">
        <w:rPr>
          <w:rFonts w:ascii="Arial" w:hAnsi="Arial" w:cs="Arial"/>
          <w:sz w:val="28"/>
          <w:szCs w:val="28"/>
        </w:rPr>
        <w:t>фективные способы реше</w:t>
      </w:r>
      <w:r w:rsidR="00ED523F" w:rsidRPr="006D1CB9">
        <w:rPr>
          <w:rFonts w:ascii="Arial" w:hAnsi="Arial" w:cs="Arial"/>
          <w:sz w:val="28"/>
          <w:szCs w:val="28"/>
        </w:rPr>
        <w:t>ния учебных, познавательных, ху</w:t>
      </w:r>
      <w:r w:rsidR="005575E8" w:rsidRPr="006D1CB9">
        <w:rPr>
          <w:rFonts w:ascii="Arial" w:hAnsi="Arial" w:cs="Arial"/>
          <w:sz w:val="28"/>
          <w:szCs w:val="28"/>
        </w:rPr>
        <w:t xml:space="preserve">дожественно-творческих задач; 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организовывать своё рабочее место для практической работы, сохраняя порядок</w:t>
      </w:r>
      <w:r w:rsidR="00ED523F" w:rsidRPr="006D1CB9">
        <w:rPr>
          <w:rFonts w:ascii="Arial" w:hAnsi="Arial" w:cs="Arial"/>
          <w:sz w:val="28"/>
          <w:szCs w:val="28"/>
        </w:rPr>
        <w:t xml:space="preserve"> в окружающем пространстве и бе</w:t>
      </w:r>
      <w:r w:rsidR="005575E8" w:rsidRPr="006D1CB9">
        <w:rPr>
          <w:rFonts w:ascii="Arial" w:hAnsi="Arial" w:cs="Arial"/>
          <w:sz w:val="28"/>
          <w:szCs w:val="28"/>
        </w:rPr>
        <w:t xml:space="preserve">режно относясь к используемым материалам. </w:t>
      </w:r>
    </w:p>
    <w:p w:rsidR="003F4C3E" w:rsidRPr="006D1CB9" w:rsidRDefault="003F4C3E" w:rsidP="00CF5246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543F8" w:rsidRPr="006D1CB9" w:rsidRDefault="005575E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i/>
          <w:iCs/>
          <w:sz w:val="28"/>
          <w:szCs w:val="28"/>
        </w:rPr>
        <w:t>Самоконтроль:</w:t>
      </w:r>
      <w:r w:rsidRPr="006D1CB9">
        <w:rPr>
          <w:rFonts w:ascii="Arial" w:hAnsi="Arial" w:cs="Arial"/>
          <w:sz w:val="28"/>
          <w:szCs w:val="28"/>
        </w:rPr>
        <w:t xml:space="preserve"> 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соотносить свои действия с планируемыми результатами, осуществлять контроль своей де</w:t>
      </w:r>
      <w:r w:rsidR="00ED523F" w:rsidRPr="006D1CB9">
        <w:rPr>
          <w:rFonts w:ascii="Arial" w:hAnsi="Arial" w:cs="Arial"/>
          <w:sz w:val="28"/>
          <w:szCs w:val="28"/>
        </w:rPr>
        <w:t>ятельности в процессе дости</w:t>
      </w:r>
      <w:r w:rsidR="005575E8" w:rsidRPr="006D1CB9">
        <w:rPr>
          <w:rFonts w:ascii="Arial" w:hAnsi="Arial" w:cs="Arial"/>
          <w:sz w:val="28"/>
          <w:szCs w:val="28"/>
        </w:rPr>
        <w:t xml:space="preserve">жения результата; 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владеть основами самоконтроля, рефлексии, самооценки на основе соответствующих целям критериев. </w:t>
      </w:r>
    </w:p>
    <w:p w:rsidR="003F4C3E" w:rsidRPr="006D1CB9" w:rsidRDefault="003F4C3E" w:rsidP="00CF5246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543F8" w:rsidRPr="006D1CB9" w:rsidRDefault="005575E8" w:rsidP="00CF5246">
      <w:pPr>
        <w:ind w:firstLine="708"/>
        <w:jc w:val="both"/>
        <w:rPr>
          <w:rFonts w:ascii="Arial" w:hAnsi="Arial" w:cs="Arial"/>
          <w:i/>
          <w:iCs/>
          <w:sz w:val="28"/>
          <w:szCs w:val="28"/>
        </w:rPr>
      </w:pPr>
      <w:r w:rsidRPr="006D1CB9">
        <w:rPr>
          <w:rFonts w:ascii="Arial" w:hAnsi="Arial" w:cs="Arial"/>
          <w:i/>
          <w:iCs/>
          <w:sz w:val="28"/>
          <w:szCs w:val="28"/>
        </w:rPr>
        <w:t xml:space="preserve">Эмоциональный интеллект: 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развивать способность управлять собственными эмоциями, стремиться к пониманию эмоций других; 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рефлексировать </w:t>
      </w:r>
      <w:r w:rsidR="00ED523F" w:rsidRPr="006D1CB9">
        <w:rPr>
          <w:rFonts w:ascii="Arial" w:hAnsi="Arial" w:cs="Arial"/>
          <w:sz w:val="28"/>
          <w:szCs w:val="28"/>
        </w:rPr>
        <w:t>эмоции как основание для художе</w:t>
      </w:r>
      <w:r w:rsidR="005575E8" w:rsidRPr="006D1CB9">
        <w:rPr>
          <w:rFonts w:ascii="Arial" w:hAnsi="Arial" w:cs="Arial"/>
          <w:sz w:val="28"/>
          <w:szCs w:val="28"/>
        </w:rPr>
        <w:t>ственного восприятия искусства и собственной художеств</w:t>
      </w:r>
      <w:r w:rsidR="00CF5246" w:rsidRPr="006D1CB9">
        <w:rPr>
          <w:rFonts w:ascii="Arial" w:hAnsi="Arial" w:cs="Arial"/>
          <w:sz w:val="28"/>
          <w:szCs w:val="28"/>
        </w:rPr>
        <w:t>ен</w:t>
      </w:r>
      <w:r w:rsidR="005575E8" w:rsidRPr="006D1CB9">
        <w:rPr>
          <w:rFonts w:ascii="Arial" w:hAnsi="Arial" w:cs="Arial"/>
          <w:sz w:val="28"/>
          <w:szCs w:val="28"/>
        </w:rPr>
        <w:t xml:space="preserve">ной деятельности; 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развивать свои эмпатические </w:t>
      </w:r>
      <w:r w:rsidR="00ED523F" w:rsidRPr="006D1CB9">
        <w:rPr>
          <w:rFonts w:ascii="Arial" w:hAnsi="Arial" w:cs="Arial"/>
          <w:sz w:val="28"/>
          <w:szCs w:val="28"/>
        </w:rPr>
        <w:t>способности, способность сопере</w:t>
      </w:r>
      <w:r w:rsidR="005575E8" w:rsidRPr="006D1CB9">
        <w:rPr>
          <w:rFonts w:ascii="Arial" w:hAnsi="Arial" w:cs="Arial"/>
          <w:sz w:val="28"/>
          <w:szCs w:val="28"/>
        </w:rPr>
        <w:t xml:space="preserve">живать, понимать намерения и переживания свои и других; 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признавать своё и чужое право на ошибку; </w:t>
      </w:r>
    </w:p>
    <w:p w:rsidR="00ED523F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работать индивидуально и в группе; продуктивно участвовать в учебном сотрудничестве, в </w:t>
      </w:r>
      <w:r w:rsidR="00ED523F" w:rsidRPr="006D1CB9">
        <w:rPr>
          <w:rFonts w:ascii="Arial" w:hAnsi="Arial" w:cs="Arial"/>
          <w:sz w:val="28"/>
          <w:szCs w:val="28"/>
        </w:rPr>
        <w:t>совместной деятельности со свер</w:t>
      </w:r>
      <w:r w:rsidR="005575E8" w:rsidRPr="006D1CB9">
        <w:rPr>
          <w:rFonts w:ascii="Arial" w:hAnsi="Arial" w:cs="Arial"/>
          <w:sz w:val="28"/>
          <w:szCs w:val="28"/>
        </w:rPr>
        <w:t xml:space="preserve">стниками, с педагогами и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межвозрастном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взаимодействии. </w:t>
      </w:r>
    </w:p>
    <w:p w:rsidR="00ED523F" w:rsidRPr="006D1CB9" w:rsidRDefault="00ED523F" w:rsidP="00CF5246">
      <w:pPr>
        <w:jc w:val="both"/>
        <w:rPr>
          <w:rFonts w:ascii="Arial" w:hAnsi="Arial" w:cs="Arial"/>
          <w:sz w:val="28"/>
          <w:szCs w:val="28"/>
        </w:rPr>
      </w:pPr>
    </w:p>
    <w:p w:rsidR="00ED523F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ПРЕДМЕТНЫЕ РЕЗУЛЬТАТЫ </w:t>
      </w:r>
    </w:p>
    <w:p w:rsidR="00ED523F" w:rsidRPr="006D1CB9" w:rsidRDefault="00ED523F" w:rsidP="00CF5246">
      <w:pPr>
        <w:jc w:val="both"/>
        <w:rPr>
          <w:rFonts w:ascii="Arial" w:hAnsi="Arial" w:cs="Arial"/>
          <w:sz w:val="28"/>
          <w:szCs w:val="28"/>
        </w:rPr>
      </w:pPr>
    </w:p>
    <w:p w:rsidR="00ED523F" w:rsidRPr="006D1CB9" w:rsidRDefault="005575E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Предметные результаты, формируемые в ходе изучения предмета «Изобразительное искусство», сгруппированы по учебным модулям и должн</w:t>
      </w:r>
      <w:r w:rsidR="00ED523F" w:rsidRPr="006D1CB9">
        <w:rPr>
          <w:rFonts w:ascii="Arial" w:hAnsi="Arial" w:cs="Arial"/>
          <w:sz w:val="28"/>
          <w:szCs w:val="28"/>
        </w:rPr>
        <w:t xml:space="preserve">ы отражать </w:t>
      </w:r>
      <w:proofErr w:type="spellStart"/>
      <w:r w:rsidR="00ED523F" w:rsidRPr="006D1CB9">
        <w:rPr>
          <w:rFonts w:ascii="Arial" w:hAnsi="Arial" w:cs="Arial"/>
          <w:sz w:val="28"/>
          <w:szCs w:val="28"/>
        </w:rPr>
        <w:t>сформированность</w:t>
      </w:r>
      <w:proofErr w:type="spellEnd"/>
      <w:r w:rsidR="00ED523F" w:rsidRPr="006D1CB9">
        <w:rPr>
          <w:rFonts w:ascii="Arial" w:hAnsi="Arial" w:cs="Arial"/>
          <w:sz w:val="28"/>
          <w:szCs w:val="28"/>
        </w:rPr>
        <w:t xml:space="preserve"> уме</w:t>
      </w:r>
      <w:r w:rsidRPr="006D1CB9">
        <w:rPr>
          <w:rFonts w:ascii="Arial" w:hAnsi="Arial" w:cs="Arial"/>
          <w:sz w:val="28"/>
          <w:szCs w:val="28"/>
        </w:rPr>
        <w:t xml:space="preserve">ний. </w:t>
      </w:r>
    </w:p>
    <w:p w:rsidR="004543F8" w:rsidRPr="006D1CB9" w:rsidRDefault="004543F8" w:rsidP="00CF5246">
      <w:pPr>
        <w:spacing w:after="120"/>
        <w:jc w:val="both"/>
        <w:rPr>
          <w:rFonts w:ascii="Arial" w:hAnsi="Arial" w:cs="Arial"/>
          <w:sz w:val="28"/>
          <w:szCs w:val="28"/>
        </w:rPr>
      </w:pPr>
    </w:p>
    <w:p w:rsidR="004543F8" w:rsidRPr="006D1CB9" w:rsidRDefault="005575E8" w:rsidP="00CF5246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>Модуль № 1 «Декоративно-прикладное и народное искусство»: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 многообразии видов декоративно-прикла</w:t>
      </w:r>
      <w:r w:rsidR="00ED523F" w:rsidRPr="006D1CB9">
        <w:rPr>
          <w:rFonts w:ascii="Arial" w:hAnsi="Arial" w:cs="Arial"/>
          <w:sz w:val="28"/>
          <w:szCs w:val="28"/>
        </w:rPr>
        <w:t>дного искус</w:t>
      </w:r>
      <w:r w:rsidR="005575E8" w:rsidRPr="006D1CB9">
        <w:rPr>
          <w:rFonts w:ascii="Arial" w:hAnsi="Arial" w:cs="Arial"/>
          <w:sz w:val="28"/>
          <w:szCs w:val="28"/>
        </w:rPr>
        <w:t>ства: народного, классического, современного, искусства промыслов; понимать связ</w:t>
      </w:r>
      <w:r w:rsidR="00ED523F" w:rsidRPr="006D1CB9">
        <w:rPr>
          <w:rFonts w:ascii="Arial" w:hAnsi="Arial" w:cs="Arial"/>
          <w:sz w:val="28"/>
          <w:szCs w:val="28"/>
        </w:rPr>
        <w:t>ь декоративно-прикладного искус</w:t>
      </w:r>
      <w:r w:rsidR="005575E8" w:rsidRPr="006D1CB9">
        <w:rPr>
          <w:rFonts w:ascii="Arial" w:hAnsi="Arial" w:cs="Arial"/>
          <w:sz w:val="28"/>
          <w:szCs w:val="28"/>
        </w:rPr>
        <w:t>ства с бытовыми потребн</w:t>
      </w:r>
      <w:r w:rsidR="00ED523F" w:rsidRPr="006D1CB9">
        <w:rPr>
          <w:rFonts w:ascii="Arial" w:hAnsi="Arial" w:cs="Arial"/>
          <w:sz w:val="28"/>
          <w:szCs w:val="28"/>
        </w:rPr>
        <w:t>остями людей, необходимость при</w:t>
      </w:r>
      <w:r w:rsidR="005575E8" w:rsidRPr="006D1CB9">
        <w:rPr>
          <w:rFonts w:ascii="Arial" w:hAnsi="Arial" w:cs="Arial"/>
          <w:sz w:val="28"/>
          <w:szCs w:val="28"/>
        </w:rPr>
        <w:t xml:space="preserve">сутствия в предметном мире и жилой среде; </w:t>
      </w:r>
    </w:p>
    <w:p w:rsidR="00CF5246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(ум</w:t>
      </w:r>
      <w:r w:rsidR="00ED523F" w:rsidRPr="006D1CB9">
        <w:rPr>
          <w:rFonts w:ascii="Arial" w:hAnsi="Arial" w:cs="Arial"/>
          <w:sz w:val="28"/>
          <w:szCs w:val="28"/>
        </w:rPr>
        <w:t>еть рассуждать, приводить приме</w:t>
      </w:r>
      <w:r w:rsidR="005575E8" w:rsidRPr="006D1CB9">
        <w:rPr>
          <w:rFonts w:ascii="Arial" w:hAnsi="Arial" w:cs="Arial"/>
          <w:sz w:val="28"/>
          <w:szCs w:val="28"/>
        </w:rPr>
        <w:t xml:space="preserve">ры) о мифологическом и </w:t>
      </w:r>
      <w:r w:rsidR="00ED523F" w:rsidRPr="006D1CB9">
        <w:rPr>
          <w:rFonts w:ascii="Arial" w:hAnsi="Arial" w:cs="Arial"/>
          <w:sz w:val="28"/>
          <w:szCs w:val="28"/>
        </w:rPr>
        <w:t>магическом значении орнаменталь</w:t>
      </w:r>
      <w:r w:rsidR="005575E8" w:rsidRPr="006D1CB9">
        <w:rPr>
          <w:rFonts w:ascii="Arial" w:hAnsi="Arial" w:cs="Arial"/>
          <w:sz w:val="28"/>
          <w:szCs w:val="28"/>
        </w:rPr>
        <w:t>ного оформления жилой с</w:t>
      </w:r>
      <w:r w:rsidR="00ED523F" w:rsidRPr="006D1CB9">
        <w:rPr>
          <w:rFonts w:ascii="Arial" w:hAnsi="Arial" w:cs="Arial"/>
          <w:sz w:val="28"/>
          <w:szCs w:val="28"/>
        </w:rPr>
        <w:t>реды в древней истории человече</w:t>
      </w:r>
      <w:r w:rsidR="005575E8" w:rsidRPr="006D1CB9">
        <w:rPr>
          <w:rFonts w:ascii="Arial" w:hAnsi="Arial" w:cs="Arial"/>
          <w:sz w:val="28"/>
          <w:szCs w:val="28"/>
        </w:rPr>
        <w:t xml:space="preserve">ства, о присутствии в древних орнаментах символического описания мира; </w:t>
      </w:r>
    </w:p>
    <w:p w:rsidR="004543F8" w:rsidRPr="006D1CB9" w:rsidRDefault="00CF5246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характеризовать коммуни</w:t>
      </w:r>
      <w:r w:rsidR="00ED523F" w:rsidRPr="006D1CB9">
        <w:rPr>
          <w:rFonts w:ascii="Arial" w:hAnsi="Arial" w:cs="Arial"/>
          <w:sz w:val="28"/>
          <w:szCs w:val="28"/>
        </w:rPr>
        <w:t>кативные, познавательные и куль</w:t>
      </w:r>
      <w:r w:rsidR="005575E8" w:rsidRPr="006D1CB9">
        <w:rPr>
          <w:rFonts w:ascii="Arial" w:hAnsi="Arial" w:cs="Arial"/>
          <w:sz w:val="28"/>
          <w:szCs w:val="28"/>
        </w:rPr>
        <w:t xml:space="preserve">товые функции декоративно-прикладного искусства; 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объяснять коммуникативное значение декоративного образа в организации ме</w:t>
      </w:r>
      <w:r w:rsidR="00ED523F" w:rsidRPr="006D1CB9">
        <w:rPr>
          <w:rFonts w:ascii="Arial" w:hAnsi="Arial" w:cs="Arial"/>
          <w:sz w:val="28"/>
          <w:szCs w:val="28"/>
        </w:rPr>
        <w:t>жличностных отношений, в обозна</w:t>
      </w:r>
      <w:r w:rsidR="005575E8" w:rsidRPr="006D1CB9">
        <w:rPr>
          <w:rFonts w:ascii="Arial" w:hAnsi="Arial" w:cs="Arial"/>
          <w:sz w:val="28"/>
          <w:szCs w:val="28"/>
        </w:rPr>
        <w:t xml:space="preserve">чении социальной роли человека, в оформлении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предметно_пространственной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среды; </w:t>
      </w:r>
    </w:p>
    <w:p w:rsidR="004543F8" w:rsidRPr="006D1CB9" w:rsidRDefault="004543F8" w:rsidP="00CF5246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gramStart"/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распознавать произведени</w:t>
      </w:r>
      <w:r w:rsidR="00ED523F" w:rsidRPr="006D1CB9">
        <w:rPr>
          <w:rFonts w:ascii="Arial" w:hAnsi="Arial" w:cs="Arial"/>
          <w:sz w:val="28"/>
          <w:szCs w:val="28"/>
        </w:rPr>
        <w:t>я декоративно-прикладного искус</w:t>
      </w:r>
      <w:r w:rsidR="005575E8" w:rsidRPr="006D1CB9">
        <w:rPr>
          <w:rFonts w:ascii="Arial" w:hAnsi="Arial" w:cs="Arial"/>
          <w:sz w:val="28"/>
          <w:szCs w:val="28"/>
        </w:rPr>
        <w:t xml:space="preserve">ства по материалу (дерево, металл, керамика, текстиль, стекло, камень, кость, др.); уметь характеризовать неразрывную связь декора и материала; </w:t>
      </w:r>
      <w:proofErr w:type="gramEnd"/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др.;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специфику обра</w:t>
      </w:r>
      <w:r w:rsidR="00ED523F" w:rsidRPr="006D1CB9">
        <w:rPr>
          <w:rFonts w:ascii="Arial" w:hAnsi="Arial" w:cs="Arial"/>
          <w:sz w:val="28"/>
          <w:szCs w:val="28"/>
        </w:rPr>
        <w:t>зного языка декоративного искус</w:t>
      </w:r>
      <w:r w:rsidR="005575E8" w:rsidRPr="006D1CB9">
        <w:rPr>
          <w:rFonts w:ascii="Arial" w:hAnsi="Arial" w:cs="Arial"/>
          <w:sz w:val="28"/>
          <w:szCs w:val="28"/>
        </w:rPr>
        <w:t xml:space="preserve">ства  </w:t>
      </w:r>
      <w:r w:rsidR="00CF5246" w:rsidRPr="006D1CB9">
        <w:rPr>
          <w:rFonts w:ascii="Arial" w:hAnsi="Arial" w:cs="Arial"/>
          <w:sz w:val="28"/>
          <w:szCs w:val="28"/>
        </w:rPr>
        <w:t>–</w:t>
      </w:r>
      <w:r w:rsidR="005575E8" w:rsidRPr="006D1CB9">
        <w:rPr>
          <w:rFonts w:ascii="Arial" w:hAnsi="Arial" w:cs="Arial"/>
          <w:sz w:val="28"/>
          <w:szCs w:val="28"/>
        </w:rPr>
        <w:t xml:space="preserve"> его знаковую при</w:t>
      </w:r>
      <w:r w:rsidR="00ED523F" w:rsidRPr="006D1CB9">
        <w:rPr>
          <w:rFonts w:ascii="Arial" w:hAnsi="Arial" w:cs="Arial"/>
          <w:sz w:val="28"/>
          <w:szCs w:val="28"/>
        </w:rPr>
        <w:t>роду, орнаментальность, стилиза</w:t>
      </w:r>
      <w:r w:rsidR="005575E8" w:rsidRPr="006D1CB9">
        <w:rPr>
          <w:rFonts w:ascii="Arial" w:hAnsi="Arial" w:cs="Arial"/>
          <w:sz w:val="28"/>
          <w:szCs w:val="28"/>
        </w:rPr>
        <w:t xml:space="preserve">цию изображения;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различать разные виды ор</w:t>
      </w:r>
      <w:r w:rsidR="00ED523F" w:rsidRPr="006D1CB9">
        <w:rPr>
          <w:rFonts w:ascii="Arial" w:hAnsi="Arial" w:cs="Arial"/>
          <w:sz w:val="28"/>
          <w:szCs w:val="28"/>
        </w:rPr>
        <w:t>намента по сюжетной основе: гео</w:t>
      </w:r>
      <w:r w:rsidR="005575E8" w:rsidRPr="006D1CB9">
        <w:rPr>
          <w:rFonts w:ascii="Arial" w:hAnsi="Arial" w:cs="Arial"/>
          <w:sz w:val="28"/>
          <w:szCs w:val="28"/>
        </w:rPr>
        <w:t xml:space="preserve">метрический, растительный, зооморфный, антропоморфный;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владеть практическими н</w:t>
      </w:r>
      <w:r w:rsidR="00ED523F" w:rsidRPr="006D1CB9">
        <w:rPr>
          <w:rFonts w:ascii="Arial" w:hAnsi="Arial" w:cs="Arial"/>
          <w:sz w:val="28"/>
          <w:szCs w:val="28"/>
        </w:rPr>
        <w:t>авыками самостоятельного творче</w:t>
      </w:r>
      <w:r w:rsidR="005575E8" w:rsidRPr="006D1CB9">
        <w:rPr>
          <w:rFonts w:ascii="Arial" w:hAnsi="Arial" w:cs="Arial"/>
          <w:sz w:val="28"/>
          <w:szCs w:val="28"/>
        </w:rPr>
        <w:t>ского создания орнаменто</w:t>
      </w:r>
      <w:r w:rsidR="00ED523F" w:rsidRPr="006D1CB9">
        <w:rPr>
          <w:rFonts w:ascii="Arial" w:hAnsi="Arial" w:cs="Arial"/>
          <w:sz w:val="28"/>
          <w:szCs w:val="28"/>
        </w:rPr>
        <w:t>в ленточных, сетчатых, центриче</w:t>
      </w:r>
      <w:r w:rsidR="005575E8" w:rsidRPr="006D1CB9">
        <w:rPr>
          <w:rFonts w:ascii="Arial" w:hAnsi="Arial" w:cs="Arial"/>
          <w:sz w:val="28"/>
          <w:szCs w:val="28"/>
        </w:rPr>
        <w:t xml:space="preserve">ских;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 значении ритма, </w:t>
      </w:r>
      <w:r w:rsidR="00ED523F" w:rsidRPr="006D1CB9">
        <w:rPr>
          <w:rFonts w:ascii="Arial" w:hAnsi="Arial" w:cs="Arial"/>
          <w:sz w:val="28"/>
          <w:szCs w:val="28"/>
        </w:rPr>
        <w:t>раппорта, различных видов симме</w:t>
      </w:r>
      <w:r w:rsidR="005575E8" w:rsidRPr="006D1CB9">
        <w:rPr>
          <w:rFonts w:ascii="Arial" w:hAnsi="Arial" w:cs="Arial"/>
          <w:sz w:val="28"/>
          <w:szCs w:val="28"/>
        </w:rPr>
        <w:t xml:space="preserve">трии в построении орнамента и уметь применять эти знания в собственных творческих декоративных работах;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овладеть практическими </w:t>
      </w:r>
      <w:r w:rsidR="00ED523F" w:rsidRPr="006D1CB9">
        <w:rPr>
          <w:rFonts w:ascii="Arial" w:hAnsi="Arial" w:cs="Arial"/>
          <w:sz w:val="28"/>
          <w:szCs w:val="28"/>
        </w:rPr>
        <w:t xml:space="preserve">навыками стилизованного  </w:t>
      </w:r>
      <w:r w:rsidR="00CF5246" w:rsidRPr="006D1CB9">
        <w:rPr>
          <w:rFonts w:ascii="Arial" w:hAnsi="Arial" w:cs="Arial"/>
          <w:sz w:val="28"/>
          <w:szCs w:val="28"/>
        </w:rPr>
        <w:t>–</w:t>
      </w:r>
      <w:r w:rsidR="00ED523F" w:rsidRPr="006D1CB9">
        <w:rPr>
          <w:rFonts w:ascii="Arial" w:hAnsi="Arial" w:cs="Arial"/>
          <w:sz w:val="28"/>
          <w:szCs w:val="28"/>
        </w:rPr>
        <w:t xml:space="preserve"> орна</w:t>
      </w:r>
      <w:r w:rsidR="005575E8" w:rsidRPr="006D1CB9">
        <w:rPr>
          <w:rFonts w:ascii="Arial" w:hAnsi="Arial" w:cs="Arial"/>
          <w:sz w:val="28"/>
          <w:szCs w:val="28"/>
        </w:rPr>
        <w:t>ментального лаконичного изображения деталей природы, стилизованного обобщё</w:t>
      </w:r>
      <w:r w:rsidR="00ED523F" w:rsidRPr="006D1CB9">
        <w:rPr>
          <w:rFonts w:ascii="Arial" w:hAnsi="Arial" w:cs="Arial"/>
          <w:sz w:val="28"/>
          <w:szCs w:val="28"/>
        </w:rPr>
        <w:t>нного изображения представите</w:t>
      </w:r>
      <w:r w:rsidR="005575E8" w:rsidRPr="006D1CB9">
        <w:rPr>
          <w:rFonts w:ascii="Arial" w:hAnsi="Arial" w:cs="Arial"/>
          <w:sz w:val="28"/>
          <w:szCs w:val="28"/>
        </w:rPr>
        <w:t>лей животного мира, с</w:t>
      </w:r>
      <w:r w:rsidR="00ED523F" w:rsidRPr="006D1CB9">
        <w:rPr>
          <w:rFonts w:ascii="Arial" w:hAnsi="Arial" w:cs="Arial"/>
          <w:sz w:val="28"/>
          <w:szCs w:val="28"/>
        </w:rPr>
        <w:t>казочных и мифологических персо</w:t>
      </w:r>
      <w:r w:rsidR="005575E8" w:rsidRPr="006D1CB9">
        <w:rPr>
          <w:rFonts w:ascii="Arial" w:hAnsi="Arial" w:cs="Arial"/>
          <w:sz w:val="28"/>
          <w:szCs w:val="28"/>
        </w:rPr>
        <w:t>нажей с  опорой на тра</w:t>
      </w:r>
      <w:r w:rsidR="00ED523F" w:rsidRPr="006D1CB9">
        <w:rPr>
          <w:rFonts w:ascii="Arial" w:hAnsi="Arial" w:cs="Arial"/>
          <w:sz w:val="28"/>
          <w:szCs w:val="28"/>
        </w:rPr>
        <w:t>диционные образы мирового искус</w:t>
      </w:r>
      <w:r w:rsidR="005575E8" w:rsidRPr="006D1CB9">
        <w:rPr>
          <w:rFonts w:ascii="Arial" w:hAnsi="Arial" w:cs="Arial"/>
          <w:sz w:val="28"/>
          <w:szCs w:val="28"/>
        </w:rPr>
        <w:t xml:space="preserve">ства;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особенности народного крестьянского искусства как целостного мира, в предметной ср</w:t>
      </w:r>
      <w:r w:rsidRPr="006D1CB9">
        <w:rPr>
          <w:rFonts w:ascii="Arial" w:hAnsi="Arial" w:cs="Arial"/>
          <w:sz w:val="28"/>
          <w:szCs w:val="28"/>
        </w:rPr>
        <w:t>еде которого выражено от</w:t>
      </w:r>
      <w:r w:rsidR="005575E8" w:rsidRPr="006D1CB9">
        <w:rPr>
          <w:rFonts w:ascii="Arial" w:hAnsi="Arial" w:cs="Arial"/>
          <w:sz w:val="28"/>
          <w:szCs w:val="28"/>
        </w:rPr>
        <w:t xml:space="preserve">ношение человека к труду, </w:t>
      </w:r>
      <w:r w:rsidR="00ED523F" w:rsidRPr="006D1CB9">
        <w:rPr>
          <w:rFonts w:ascii="Arial" w:hAnsi="Arial" w:cs="Arial"/>
          <w:sz w:val="28"/>
          <w:szCs w:val="28"/>
        </w:rPr>
        <w:t>к природе, к добру и злу, к жиз</w:t>
      </w:r>
      <w:r w:rsidR="005575E8" w:rsidRPr="006D1CB9">
        <w:rPr>
          <w:rFonts w:ascii="Arial" w:hAnsi="Arial" w:cs="Arial"/>
          <w:sz w:val="28"/>
          <w:szCs w:val="28"/>
        </w:rPr>
        <w:t xml:space="preserve">ни в целом;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объяснять символич</w:t>
      </w:r>
      <w:r w:rsidR="00ED523F" w:rsidRPr="006D1CB9">
        <w:rPr>
          <w:rFonts w:ascii="Arial" w:hAnsi="Arial" w:cs="Arial"/>
          <w:sz w:val="28"/>
          <w:szCs w:val="28"/>
        </w:rPr>
        <w:t>еское значение традиционных зна</w:t>
      </w:r>
      <w:r w:rsidR="005575E8" w:rsidRPr="006D1CB9">
        <w:rPr>
          <w:rFonts w:ascii="Arial" w:hAnsi="Arial" w:cs="Arial"/>
          <w:sz w:val="28"/>
          <w:szCs w:val="28"/>
        </w:rPr>
        <w:t xml:space="preserve">ков народного крестьянского искусства (солярные знаки, древо жизни, конь, птица, мать-земля);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и самостоятельно и</w:t>
      </w:r>
      <w:r w:rsidR="00ED523F" w:rsidRPr="006D1CB9">
        <w:rPr>
          <w:rFonts w:ascii="Arial" w:hAnsi="Arial" w:cs="Arial"/>
          <w:sz w:val="28"/>
          <w:szCs w:val="28"/>
        </w:rPr>
        <w:t>зображать конструкцию традицион</w:t>
      </w:r>
      <w:r w:rsidR="005575E8" w:rsidRPr="006D1CB9">
        <w:rPr>
          <w:rFonts w:ascii="Arial" w:hAnsi="Arial" w:cs="Arial"/>
          <w:sz w:val="28"/>
          <w:szCs w:val="28"/>
        </w:rPr>
        <w:t>ного крестьянского дома, его декоративное убранство, уметь объяснять функциональное, декоративное и символическое единство его деталей; объяснять крестьянский дом как</w:t>
      </w:r>
      <w:r w:rsidR="00ED523F" w:rsidRPr="006D1CB9">
        <w:rPr>
          <w:rFonts w:ascii="Arial" w:hAnsi="Arial" w:cs="Arial"/>
          <w:sz w:val="28"/>
          <w:szCs w:val="28"/>
        </w:rPr>
        <w:t xml:space="preserve"> отра</w:t>
      </w:r>
      <w:r w:rsidR="005575E8" w:rsidRPr="006D1CB9">
        <w:rPr>
          <w:rFonts w:ascii="Arial" w:hAnsi="Arial" w:cs="Arial"/>
          <w:sz w:val="28"/>
          <w:szCs w:val="28"/>
        </w:rPr>
        <w:t xml:space="preserve">жение уклада крестьянской жизни и памятник архитектуры;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практический опы</w:t>
      </w:r>
      <w:r w:rsidR="00ED523F" w:rsidRPr="006D1CB9">
        <w:rPr>
          <w:rFonts w:ascii="Arial" w:hAnsi="Arial" w:cs="Arial"/>
          <w:sz w:val="28"/>
          <w:szCs w:val="28"/>
        </w:rPr>
        <w:t>т изображения характерных тради</w:t>
      </w:r>
      <w:r w:rsidR="005575E8" w:rsidRPr="006D1CB9">
        <w:rPr>
          <w:rFonts w:ascii="Arial" w:hAnsi="Arial" w:cs="Arial"/>
          <w:sz w:val="28"/>
          <w:szCs w:val="28"/>
        </w:rPr>
        <w:t xml:space="preserve">ционных предметов крестьянского быта;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освоить конструкцию народного праздничного костюма, его образный строй и символическое значение его декора; 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осознавать произведения народного искусства как бесценное культурное наследие, хран</w:t>
      </w:r>
      <w:r w:rsidRPr="006D1CB9">
        <w:rPr>
          <w:rFonts w:ascii="Arial" w:hAnsi="Arial" w:cs="Arial"/>
          <w:sz w:val="28"/>
          <w:szCs w:val="28"/>
        </w:rPr>
        <w:t>ящее в своих материальных фор</w:t>
      </w:r>
      <w:r w:rsidR="005575E8" w:rsidRPr="006D1CB9">
        <w:rPr>
          <w:rFonts w:ascii="Arial" w:hAnsi="Arial" w:cs="Arial"/>
          <w:sz w:val="28"/>
          <w:szCs w:val="28"/>
        </w:rPr>
        <w:t xml:space="preserve">мах глубинные духовные ценности;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и уметь изображать или конструировать устройство традиционных жилищ раз</w:t>
      </w:r>
      <w:r w:rsidR="00ED523F" w:rsidRPr="006D1CB9">
        <w:rPr>
          <w:rFonts w:ascii="Arial" w:hAnsi="Arial" w:cs="Arial"/>
          <w:sz w:val="28"/>
          <w:szCs w:val="28"/>
        </w:rPr>
        <w:t>ных народов, например юрты, сак</w:t>
      </w:r>
      <w:r w:rsidR="005575E8" w:rsidRPr="006D1CB9">
        <w:rPr>
          <w:rFonts w:ascii="Arial" w:hAnsi="Arial" w:cs="Arial"/>
          <w:sz w:val="28"/>
          <w:szCs w:val="28"/>
        </w:rPr>
        <w:t xml:space="preserve">ли, хаты-мазанки; объяснять семантическое значение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дета_лей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конструкции и декора, их связь с природой, трудом и бытом;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и распознавать примеры декоративного оформления жизнедеятельности  </w:t>
      </w:r>
      <w:r w:rsidR="00CF5246" w:rsidRPr="006D1CB9">
        <w:rPr>
          <w:rFonts w:ascii="Arial" w:hAnsi="Arial" w:cs="Arial"/>
          <w:sz w:val="28"/>
          <w:szCs w:val="28"/>
        </w:rPr>
        <w:t>–</w:t>
      </w:r>
      <w:r w:rsidR="005575E8" w:rsidRPr="006D1CB9">
        <w:rPr>
          <w:rFonts w:ascii="Arial" w:hAnsi="Arial" w:cs="Arial"/>
          <w:sz w:val="28"/>
          <w:szCs w:val="28"/>
        </w:rPr>
        <w:t xml:space="preserve"> быта, костюма разных исторических эпох и народов (например, Древний Египет, Древний Китай, античные Греция и Рим, Европейское Ср</w:t>
      </w:r>
      <w:r w:rsidR="00ED523F" w:rsidRPr="006D1CB9">
        <w:rPr>
          <w:rFonts w:ascii="Arial" w:hAnsi="Arial" w:cs="Arial"/>
          <w:sz w:val="28"/>
          <w:szCs w:val="28"/>
        </w:rPr>
        <w:t>ед</w:t>
      </w:r>
      <w:r w:rsidR="005575E8" w:rsidRPr="006D1CB9">
        <w:rPr>
          <w:rFonts w:ascii="Arial" w:hAnsi="Arial" w:cs="Arial"/>
          <w:sz w:val="28"/>
          <w:szCs w:val="28"/>
        </w:rPr>
        <w:t>невековье); понимать разно</w:t>
      </w:r>
      <w:r w:rsidR="00ED523F" w:rsidRPr="006D1CB9">
        <w:rPr>
          <w:rFonts w:ascii="Arial" w:hAnsi="Arial" w:cs="Arial"/>
          <w:sz w:val="28"/>
          <w:szCs w:val="28"/>
        </w:rPr>
        <w:t>образие образов декоративно-при</w:t>
      </w:r>
      <w:r w:rsidR="005575E8" w:rsidRPr="006D1CB9">
        <w:rPr>
          <w:rFonts w:ascii="Arial" w:hAnsi="Arial" w:cs="Arial"/>
          <w:sz w:val="28"/>
          <w:szCs w:val="28"/>
        </w:rPr>
        <w:t xml:space="preserve">кладного искусства, его единство и целостность для каждой конкретной культуры, определяемые природными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условия_ми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и сложившийся историей;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значение нар</w:t>
      </w:r>
      <w:r w:rsidR="00ED523F" w:rsidRPr="006D1CB9">
        <w:rPr>
          <w:rFonts w:ascii="Arial" w:hAnsi="Arial" w:cs="Arial"/>
          <w:sz w:val="28"/>
          <w:szCs w:val="28"/>
        </w:rPr>
        <w:t>одных промыслов и традиций худо</w:t>
      </w:r>
      <w:r w:rsidR="005575E8" w:rsidRPr="006D1CB9">
        <w:rPr>
          <w:rFonts w:ascii="Arial" w:hAnsi="Arial" w:cs="Arial"/>
          <w:sz w:val="28"/>
          <w:szCs w:val="28"/>
        </w:rPr>
        <w:t xml:space="preserve">жественного ремесла в современной жизни;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рассказывать о происхождении народных художественных промыслов; о соотношении ремесла и искусства;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называть характерные черты орнаментов и изделий ряда отечественных народных художественных промыслов;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характеризовать древние о</w:t>
      </w:r>
      <w:r w:rsidR="00ED523F" w:rsidRPr="006D1CB9">
        <w:rPr>
          <w:rFonts w:ascii="Arial" w:hAnsi="Arial" w:cs="Arial"/>
          <w:sz w:val="28"/>
          <w:szCs w:val="28"/>
        </w:rPr>
        <w:t>бразы народного искусства в про</w:t>
      </w:r>
      <w:r w:rsidR="005575E8" w:rsidRPr="006D1CB9">
        <w:rPr>
          <w:rFonts w:ascii="Arial" w:hAnsi="Arial" w:cs="Arial"/>
          <w:sz w:val="28"/>
          <w:szCs w:val="28"/>
        </w:rPr>
        <w:t xml:space="preserve">изведениях современных народных промыслов;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перечислять матери</w:t>
      </w:r>
      <w:r w:rsidR="00ED523F" w:rsidRPr="006D1CB9">
        <w:rPr>
          <w:rFonts w:ascii="Arial" w:hAnsi="Arial" w:cs="Arial"/>
          <w:sz w:val="28"/>
          <w:szCs w:val="28"/>
        </w:rPr>
        <w:t>алы, используемые в народных ху</w:t>
      </w:r>
      <w:r w:rsidR="005575E8" w:rsidRPr="006D1CB9">
        <w:rPr>
          <w:rFonts w:ascii="Arial" w:hAnsi="Arial" w:cs="Arial"/>
          <w:sz w:val="28"/>
          <w:szCs w:val="28"/>
        </w:rPr>
        <w:t xml:space="preserve">дожественных промыслах: дерево, глина, металл, стекло, др.;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различать изделия народных художественных промыслов по материалу изготовления и технике декора;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>объяснять связь между м</w:t>
      </w:r>
      <w:r w:rsidRPr="006D1CB9">
        <w:rPr>
          <w:rFonts w:ascii="Arial" w:hAnsi="Arial" w:cs="Arial"/>
          <w:sz w:val="28"/>
          <w:szCs w:val="28"/>
        </w:rPr>
        <w:t>атериалом, формой и техникой де</w:t>
      </w:r>
      <w:r w:rsidR="005575E8" w:rsidRPr="006D1CB9">
        <w:rPr>
          <w:rFonts w:ascii="Arial" w:hAnsi="Arial" w:cs="Arial"/>
          <w:sz w:val="28"/>
          <w:szCs w:val="28"/>
        </w:rPr>
        <w:t xml:space="preserve">кора в произведениях народных промыслов;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приёмах и последовательности работы при создании изделий </w:t>
      </w:r>
      <w:r w:rsidR="00ED523F" w:rsidRPr="006D1CB9">
        <w:rPr>
          <w:rFonts w:ascii="Arial" w:hAnsi="Arial" w:cs="Arial"/>
          <w:sz w:val="28"/>
          <w:szCs w:val="28"/>
        </w:rPr>
        <w:t>некоторых художественных промыс</w:t>
      </w:r>
      <w:r w:rsidR="005575E8" w:rsidRPr="006D1CB9">
        <w:rPr>
          <w:rFonts w:ascii="Arial" w:hAnsi="Arial" w:cs="Arial"/>
          <w:sz w:val="28"/>
          <w:szCs w:val="28"/>
        </w:rPr>
        <w:t xml:space="preserve">лов;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изображать фрагм</w:t>
      </w:r>
      <w:r w:rsidR="00ED523F" w:rsidRPr="006D1CB9">
        <w:rPr>
          <w:rFonts w:ascii="Arial" w:hAnsi="Arial" w:cs="Arial"/>
          <w:sz w:val="28"/>
          <w:szCs w:val="28"/>
        </w:rPr>
        <w:t>енты орнаментов, отдельные сюже</w:t>
      </w:r>
      <w:r w:rsidR="005575E8" w:rsidRPr="006D1CB9">
        <w:rPr>
          <w:rFonts w:ascii="Arial" w:hAnsi="Arial" w:cs="Arial"/>
          <w:sz w:val="28"/>
          <w:szCs w:val="28"/>
        </w:rPr>
        <w:t>ты, детали или общий вид</w:t>
      </w:r>
      <w:r w:rsidR="00ED523F" w:rsidRPr="006D1CB9">
        <w:rPr>
          <w:rFonts w:ascii="Arial" w:hAnsi="Arial" w:cs="Arial"/>
          <w:sz w:val="28"/>
          <w:szCs w:val="28"/>
        </w:rPr>
        <w:t xml:space="preserve"> изделий ряда отечественных худ</w:t>
      </w:r>
      <w:r w:rsidR="005575E8" w:rsidRPr="006D1CB9">
        <w:rPr>
          <w:rFonts w:ascii="Arial" w:hAnsi="Arial" w:cs="Arial"/>
          <w:sz w:val="28"/>
          <w:szCs w:val="28"/>
        </w:rPr>
        <w:t xml:space="preserve">ожественных промыслов;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>характеризовать роль символического знака в современной жизни (герб, эмблема, л</w:t>
      </w:r>
      <w:r w:rsidR="00ED523F" w:rsidRPr="006D1CB9">
        <w:rPr>
          <w:rFonts w:ascii="Arial" w:hAnsi="Arial" w:cs="Arial"/>
          <w:sz w:val="28"/>
          <w:szCs w:val="28"/>
        </w:rPr>
        <w:t>оготип, указующий или декоратив</w:t>
      </w:r>
      <w:r w:rsidR="005575E8" w:rsidRPr="006D1CB9">
        <w:rPr>
          <w:rFonts w:ascii="Arial" w:hAnsi="Arial" w:cs="Arial"/>
          <w:sz w:val="28"/>
          <w:szCs w:val="28"/>
        </w:rPr>
        <w:t xml:space="preserve">ный знак) и иметь опыт творческого создания эмблемы или логотипа;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 и объяснять значение государственной символики, иметь представление о значении и содержании геральдики;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определять и указывать продукты д</w:t>
      </w:r>
      <w:r w:rsidR="00ED523F" w:rsidRPr="006D1CB9">
        <w:rPr>
          <w:rFonts w:ascii="Arial" w:hAnsi="Arial" w:cs="Arial"/>
          <w:sz w:val="28"/>
          <w:szCs w:val="28"/>
        </w:rPr>
        <w:t>екоративно-при</w:t>
      </w:r>
      <w:r w:rsidR="005575E8" w:rsidRPr="006D1CB9">
        <w:rPr>
          <w:rFonts w:ascii="Arial" w:hAnsi="Arial" w:cs="Arial"/>
          <w:sz w:val="28"/>
          <w:szCs w:val="28"/>
        </w:rPr>
        <w:t>кладной художественной</w:t>
      </w:r>
      <w:r w:rsidR="00ED523F" w:rsidRPr="006D1CB9">
        <w:rPr>
          <w:rFonts w:ascii="Arial" w:hAnsi="Arial" w:cs="Arial"/>
          <w:sz w:val="28"/>
          <w:szCs w:val="28"/>
        </w:rPr>
        <w:t xml:space="preserve"> деятельности в окружающей пред</w:t>
      </w:r>
      <w:r w:rsidR="005575E8" w:rsidRPr="006D1CB9">
        <w:rPr>
          <w:rFonts w:ascii="Arial" w:hAnsi="Arial" w:cs="Arial"/>
          <w:sz w:val="28"/>
          <w:szCs w:val="28"/>
        </w:rPr>
        <w:t>метно-пространственной</w:t>
      </w:r>
      <w:r w:rsidR="00ED523F" w:rsidRPr="006D1CB9">
        <w:rPr>
          <w:rFonts w:ascii="Arial" w:hAnsi="Arial" w:cs="Arial"/>
          <w:sz w:val="28"/>
          <w:szCs w:val="28"/>
        </w:rPr>
        <w:t xml:space="preserve"> среде, обычной жизненной обста</w:t>
      </w:r>
      <w:r w:rsidR="005575E8" w:rsidRPr="006D1CB9">
        <w:rPr>
          <w:rFonts w:ascii="Arial" w:hAnsi="Arial" w:cs="Arial"/>
          <w:sz w:val="28"/>
          <w:szCs w:val="28"/>
        </w:rPr>
        <w:t xml:space="preserve">новке и характеризовать их образное назначение;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ориентироваться в широк</w:t>
      </w:r>
      <w:r w:rsidR="00ED523F" w:rsidRPr="006D1CB9">
        <w:rPr>
          <w:rFonts w:ascii="Arial" w:hAnsi="Arial" w:cs="Arial"/>
          <w:sz w:val="28"/>
          <w:szCs w:val="28"/>
        </w:rPr>
        <w:t>ом разнообразии современного де</w:t>
      </w:r>
      <w:r w:rsidR="005575E8" w:rsidRPr="006D1CB9">
        <w:rPr>
          <w:rFonts w:ascii="Arial" w:hAnsi="Arial" w:cs="Arial"/>
          <w:sz w:val="28"/>
          <w:szCs w:val="28"/>
        </w:rPr>
        <w:t>коративно-прикладного искусс</w:t>
      </w:r>
      <w:r w:rsidR="00ED523F" w:rsidRPr="006D1CB9">
        <w:rPr>
          <w:rFonts w:ascii="Arial" w:hAnsi="Arial" w:cs="Arial"/>
          <w:sz w:val="28"/>
          <w:szCs w:val="28"/>
        </w:rPr>
        <w:t>тва; различать по материа</w:t>
      </w:r>
      <w:r w:rsidR="005575E8" w:rsidRPr="006D1CB9">
        <w:rPr>
          <w:rFonts w:ascii="Arial" w:hAnsi="Arial" w:cs="Arial"/>
          <w:sz w:val="28"/>
          <w:szCs w:val="28"/>
        </w:rPr>
        <w:t xml:space="preserve">лам, технике исполнения художественное стекло, керамику, ковку, литьё, гобелен и  т.  д.; </w:t>
      </w:r>
    </w:p>
    <w:p w:rsidR="00ED523F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>овладевать навыками к</w:t>
      </w:r>
      <w:r w:rsidR="00ED523F" w:rsidRPr="006D1CB9">
        <w:rPr>
          <w:rFonts w:ascii="Arial" w:hAnsi="Arial" w:cs="Arial"/>
          <w:sz w:val="28"/>
          <w:szCs w:val="28"/>
        </w:rPr>
        <w:t>оллективной практической творче</w:t>
      </w:r>
      <w:r w:rsidR="005575E8" w:rsidRPr="006D1CB9">
        <w:rPr>
          <w:rFonts w:ascii="Arial" w:hAnsi="Arial" w:cs="Arial"/>
          <w:sz w:val="28"/>
          <w:szCs w:val="28"/>
        </w:rPr>
        <w:t>ской работы по оформл</w:t>
      </w:r>
      <w:r w:rsidRPr="006D1CB9">
        <w:rPr>
          <w:rFonts w:ascii="Arial" w:hAnsi="Arial" w:cs="Arial"/>
          <w:sz w:val="28"/>
          <w:szCs w:val="28"/>
        </w:rPr>
        <w:t>ению пространства школы и школь</w:t>
      </w:r>
      <w:r w:rsidR="005575E8" w:rsidRPr="006D1CB9">
        <w:rPr>
          <w:rFonts w:ascii="Arial" w:hAnsi="Arial" w:cs="Arial"/>
          <w:sz w:val="28"/>
          <w:szCs w:val="28"/>
        </w:rPr>
        <w:t xml:space="preserve">ных праздников. </w:t>
      </w:r>
    </w:p>
    <w:p w:rsidR="00ED523F" w:rsidRPr="006D1CB9" w:rsidRDefault="00ED523F" w:rsidP="00CF5246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</w:p>
    <w:p w:rsidR="0048528C" w:rsidRPr="006D1CB9" w:rsidRDefault="0048528C" w:rsidP="00CF5246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</w:p>
    <w:p w:rsidR="0048528C" w:rsidRPr="006D1CB9" w:rsidRDefault="0048528C" w:rsidP="00CF5246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</w:p>
    <w:p w:rsidR="004543F8" w:rsidRPr="006D1CB9" w:rsidRDefault="005575E8" w:rsidP="00CF5246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Модуль № 2 «Живопись, графика, скульптура»: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>характеризовать различи</w:t>
      </w:r>
      <w:r w:rsidR="00ED523F" w:rsidRPr="006D1CB9">
        <w:rPr>
          <w:rFonts w:ascii="Arial" w:hAnsi="Arial" w:cs="Arial"/>
          <w:sz w:val="28"/>
          <w:szCs w:val="28"/>
        </w:rPr>
        <w:t>я между пространственными и вре</w:t>
      </w:r>
      <w:r w:rsidR="005575E8" w:rsidRPr="006D1CB9">
        <w:rPr>
          <w:rFonts w:ascii="Arial" w:hAnsi="Arial" w:cs="Arial"/>
          <w:sz w:val="28"/>
          <w:szCs w:val="28"/>
        </w:rPr>
        <w:t xml:space="preserve">менными видами искусства и их значение в жизни людей; 6 объяснять причины деления пространственных искусств на виды;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основные виды живописи, графики и скульптуры, </w:t>
      </w:r>
      <w:r w:rsidR="00ED523F" w:rsidRPr="006D1CB9">
        <w:rPr>
          <w:rFonts w:ascii="Arial" w:hAnsi="Arial" w:cs="Arial"/>
          <w:sz w:val="28"/>
          <w:szCs w:val="28"/>
        </w:rPr>
        <w:t>объ</w:t>
      </w:r>
      <w:r w:rsidR="005575E8" w:rsidRPr="006D1CB9">
        <w:rPr>
          <w:rFonts w:ascii="Arial" w:hAnsi="Arial" w:cs="Arial"/>
          <w:sz w:val="28"/>
          <w:szCs w:val="28"/>
        </w:rPr>
        <w:t xml:space="preserve">яснять их назначение в жизни людей. </w:t>
      </w:r>
    </w:p>
    <w:p w:rsidR="004543F8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Язык изобразительного искусства и его выразительные средства: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различать и характеризовать традиционные художественные материалы для графики, живописи, скульптуры;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осознавать значение материала в создании художественного образа; уметь различать и объяснять роль художественного материала в произведениях искусства;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практические нав</w:t>
      </w:r>
      <w:r w:rsidR="00EB2D56" w:rsidRPr="006D1CB9">
        <w:rPr>
          <w:rFonts w:ascii="Arial" w:hAnsi="Arial" w:cs="Arial"/>
          <w:sz w:val="28"/>
          <w:szCs w:val="28"/>
        </w:rPr>
        <w:t>ыки изображения карандашами раз</w:t>
      </w:r>
      <w:r w:rsidR="005575E8" w:rsidRPr="006D1CB9">
        <w:rPr>
          <w:rFonts w:ascii="Arial" w:hAnsi="Arial" w:cs="Arial"/>
          <w:sz w:val="28"/>
          <w:szCs w:val="28"/>
        </w:rPr>
        <w:t>ной жёсткости, фломастерами, углём, пастелью и мелками, акварелью, гуашью, лепкой из пластилина, а также использовать возможности пр</w:t>
      </w:r>
      <w:r w:rsidR="00ED523F" w:rsidRPr="006D1CB9">
        <w:rPr>
          <w:rFonts w:ascii="Arial" w:hAnsi="Arial" w:cs="Arial"/>
          <w:sz w:val="28"/>
          <w:szCs w:val="28"/>
        </w:rPr>
        <w:t>именять другие доступные художе</w:t>
      </w:r>
      <w:r w:rsidR="005575E8" w:rsidRPr="006D1CB9">
        <w:rPr>
          <w:rFonts w:ascii="Arial" w:hAnsi="Arial" w:cs="Arial"/>
          <w:sz w:val="28"/>
          <w:szCs w:val="28"/>
        </w:rPr>
        <w:t xml:space="preserve">ственные материалы;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 xml:space="preserve">иметь представление о различных художественных техниках в использовании художественных материалов;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 роль рисунка как</w:t>
      </w:r>
      <w:r w:rsidR="00ED523F" w:rsidRPr="006D1CB9">
        <w:rPr>
          <w:rFonts w:ascii="Arial" w:hAnsi="Arial" w:cs="Arial"/>
          <w:sz w:val="28"/>
          <w:szCs w:val="28"/>
        </w:rPr>
        <w:t xml:space="preserve"> основы изобразительной деятель</w:t>
      </w:r>
      <w:r w:rsidR="005575E8" w:rsidRPr="006D1CB9">
        <w:rPr>
          <w:rFonts w:ascii="Arial" w:hAnsi="Arial" w:cs="Arial"/>
          <w:sz w:val="28"/>
          <w:szCs w:val="28"/>
        </w:rPr>
        <w:t xml:space="preserve">ности;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учебного рисунка  </w:t>
      </w:r>
      <w:r w:rsidR="00EB2D56" w:rsidRPr="006D1CB9">
        <w:rPr>
          <w:rFonts w:ascii="Arial" w:hAnsi="Arial" w:cs="Arial"/>
          <w:sz w:val="28"/>
          <w:szCs w:val="28"/>
        </w:rPr>
        <w:t>–</w:t>
      </w:r>
      <w:r w:rsidR="005575E8" w:rsidRPr="006D1CB9">
        <w:rPr>
          <w:rFonts w:ascii="Arial" w:hAnsi="Arial" w:cs="Arial"/>
          <w:sz w:val="28"/>
          <w:szCs w:val="28"/>
        </w:rPr>
        <w:t xml:space="preserve"> светотеневого изображения объёмных форм;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основы линейной перспективы и уметь изображать объёмные геометрические тела на двухмерной плоскости;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 содержание п</w:t>
      </w:r>
      <w:r w:rsidR="00ED523F" w:rsidRPr="006D1CB9">
        <w:rPr>
          <w:rFonts w:ascii="Arial" w:hAnsi="Arial" w:cs="Arial"/>
          <w:sz w:val="28"/>
          <w:szCs w:val="28"/>
        </w:rPr>
        <w:t>онятий «тон», «тональные отноше</w:t>
      </w:r>
      <w:r w:rsidR="005575E8" w:rsidRPr="006D1CB9">
        <w:rPr>
          <w:rFonts w:ascii="Arial" w:hAnsi="Arial" w:cs="Arial"/>
          <w:sz w:val="28"/>
          <w:szCs w:val="28"/>
        </w:rPr>
        <w:t xml:space="preserve">ния» и иметь опыт их визуального анализа;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обладать навыком определения конструкции сложных форм, геометризации плоскост</w:t>
      </w:r>
      <w:r w:rsidRPr="006D1CB9">
        <w:rPr>
          <w:rFonts w:ascii="Arial" w:hAnsi="Arial" w:cs="Arial"/>
          <w:sz w:val="28"/>
          <w:szCs w:val="28"/>
        </w:rPr>
        <w:t>ных и объёмных форм, умением со</w:t>
      </w:r>
      <w:r w:rsidR="005575E8" w:rsidRPr="006D1CB9">
        <w:rPr>
          <w:rFonts w:ascii="Arial" w:hAnsi="Arial" w:cs="Arial"/>
          <w:sz w:val="28"/>
          <w:szCs w:val="28"/>
        </w:rPr>
        <w:t xml:space="preserve">относить между собой пропорции частей внутри целого;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линейного рисунка, понимать выразительные возможности линии;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творческого композиционного рисунка в ответ на заданную учебную задачу</w:t>
      </w:r>
      <w:r w:rsidR="00ED523F" w:rsidRPr="006D1CB9">
        <w:rPr>
          <w:rFonts w:ascii="Arial" w:hAnsi="Arial" w:cs="Arial"/>
          <w:sz w:val="28"/>
          <w:szCs w:val="28"/>
        </w:rPr>
        <w:t xml:space="preserve"> или как самостоятельное творче</w:t>
      </w:r>
      <w:r w:rsidR="005575E8" w:rsidRPr="006D1CB9">
        <w:rPr>
          <w:rFonts w:ascii="Arial" w:hAnsi="Arial" w:cs="Arial"/>
          <w:sz w:val="28"/>
          <w:szCs w:val="28"/>
        </w:rPr>
        <w:t xml:space="preserve">ское действие;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основы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цветоведения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: характеризовать основные и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со_ставные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цвета, дополнитель</w:t>
      </w:r>
      <w:r w:rsidR="00ED523F" w:rsidRPr="006D1CB9">
        <w:rPr>
          <w:rFonts w:ascii="Arial" w:hAnsi="Arial" w:cs="Arial"/>
          <w:sz w:val="28"/>
          <w:szCs w:val="28"/>
        </w:rPr>
        <w:t>ные цвета </w:t>
      </w:r>
      <w:r w:rsidR="00EB2D56" w:rsidRPr="006D1CB9">
        <w:rPr>
          <w:rFonts w:ascii="Arial" w:hAnsi="Arial" w:cs="Arial"/>
          <w:sz w:val="28"/>
          <w:szCs w:val="28"/>
        </w:rPr>
        <w:t>–</w:t>
      </w:r>
      <w:r w:rsidR="00ED523F" w:rsidRPr="006D1CB9">
        <w:rPr>
          <w:rFonts w:ascii="Arial" w:hAnsi="Arial" w:cs="Arial"/>
          <w:sz w:val="28"/>
          <w:szCs w:val="28"/>
        </w:rPr>
        <w:t xml:space="preserve"> и значение этих зна</w:t>
      </w:r>
      <w:r w:rsidR="005575E8" w:rsidRPr="006D1CB9">
        <w:rPr>
          <w:rFonts w:ascii="Arial" w:hAnsi="Arial" w:cs="Arial"/>
          <w:sz w:val="28"/>
          <w:szCs w:val="28"/>
        </w:rPr>
        <w:t xml:space="preserve">ний для искусства живописи;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определять содержание по</w:t>
      </w:r>
      <w:r w:rsidR="00ED523F" w:rsidRPr="006D1CB9">
        <w:rPr>
          <w:rFonts w:ascii="Arial" w:hAnsi="Arial" w:cs="Arial"/>
          <w:sz w:val="28"/>
          <w:szCs w:val="28"/>
        </w:rPr>
        <w:t>нятий «колорит», «цветовые отно</w:t>
      </w:r>
      <w:r w:rsidR="005575E8" w:rsidRPr="006D1CB9">
        <w:rPr>
          <w:rFonts w:ascii="Arial" w:hAnsi="Arial" w:cs="Arial"/>
          <w:sz w:val="28"/>
          <w:szCs w:val="28"/>
        </w:rPr>
        <w:t xml:space="preserve">шения», «цветовой контраст» и иметь навыки практической работы гуашью и акварелью;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объёмного изображения (лепки) и начальные представления о пластической выразительности скульптуры, соотношении пропорций</w:t>
      </w:r>
      <w:r w:rsidR="00ED523F" w:rsidRPr="006D1CB9">
        <w:rPr>
          <w:rFonts w:ascii="Arial" w:hAnsi="Arial" w:cs="Arial"/>
          <w:sz w:val="28"/>
          <w:szCs w:val="28"/>
        </w:rPr>
        <w:t xml:space="preserve"> в изображении предметов или жи</w:t>
      </w:r>
      <w:r w:rsidR="005575E8" w:rsidRPr="006D1CB9">
        <w:rPr>
          <w:rFonts w:ascii="Arial" w:hAnsi="Arial" w:cs="Arial"/>
          <w:sz w:val="28"/>
          <w:szCs w:val="28"/>
        </w:rPr>
        <w:t xml:space="preserve">вотных.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</w:p>
    <w:p w:rsidR="004543F8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Жанры изобразительного искусства: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понятие «жанры в изобразительном искусстве», перечислять жанры;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разницу между предметом изображения, сюжетом и содержанием произведения искусства.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</w:p>
    <w:p w:rsidR="004543F8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Натюрморт: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характеризовать изобра</w:t>
      </w:r>
      <w:r w:rsidR="00ED523F" w:rsidRPr="006D1CB9">
        <w:rPr>
          <w:rFonts w:ascii="Arial" w:hAnsi="Arial" w:cs="Arial"/>
          <w:sz w:val="28"/>
          <w:szCs w:val="28"/>
        </w:rPr>
        <w:t>жение предметного мира в различ</w:t>
      </w:r>
      <w:r w:rsidR="005575E8" w:rsidRPr="006D1CB9">
        <w:rPr>
          <w:rFonts w:ascii="Arial" w:hAnsi="Arial" w:cs="Arial"/>
          <w:sz w:val="28"/>
          <w:szCs w:val="28"/>
        </w:rPr>
        <w:t>ные эпохи истории чело</w:t>
      </w:r>
      <w:r w:rsidR="00ED523F" w:rsidRPr="006D1CB9">
        <w:rPr>
          <w:rFonts w:ascii="Arial" w:hAnsi="Arial" w:cs="Arial"/>
          <w:sz w:val="28"/>
          <w:szCs w:val="28"/>
        </w:rPr>
        <w:t>вечества и приводить примеры на</w:t>
      </w:r>
      <w:r w:rsidR="005575E8" w:rsidRPr="006D1CB9">
        <w:rPr>
          <w:rFonts w:ascii="Arial" w:hAnsi="Arial" w:cs="Arial"/>
          <w:sz w:val="28"/>
          <w:szCs w:val="28"/>
        </w:rPr>
        <w:t>тюрморта в европейской живописи Нового времени;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 рассказывать о натюрморте в истории русского искусства и роли натюрморта в отечественном искусстве ХХ </w:t>
      </w:r>
      <w:proofErr w:type="gramStart"/>
      <w:r w:rsidR="005575E8" w:rsidRPr="006D1CB9">
        <w:rPr>
          <w:rFonts w:ascii="Arial" w:hAnsi="Arial" w:cs="Arial"/>
          <w:sz w:val="28"/>
          <w:szCs w:val="28"/>
        </w:rPr>
        <w:t>в</w:t>
      </w:r>
      <w:proofErr w:type="gramEnd"/>
      <w:r w:rsidR="005575E8" w:rsidRPr="006D1CB9">
        <w:rPr>
          <w:rFonts w:ascii="Arial" w:hAnsi="Arial" w:cs="Arial"/>
          <w:sz w:val="28"/>
          <w:szCs w:val="28"/>
        </w:rPr>
        <w:t xml:space="preserve">., опираясь </w:t>
      </w:r>
      <w:proofErr w:type="gramStart"/>
      <w:r w:rsidR="005575E8" w:rsidRPr="006D1CB9">
        <w:rPr>
          <w:rFonts w:ascii="Arial" w:hAnsi="Arial" w:cs="Arial"/>
          <w:sz w:val="28"/>
          <w:szCs w:val="28"/>
        </w:rPr>
        <w:t>на</w:t>
      </w:r>
      <w:proofErr w:type="gramEnd"/>
      <w:r w:rsidR="005575E8" w:rsidRPr="006D1CB9">
        <w:rPr>
          <w:rFonts w:ascii="Arial" w:hAnsi="Arial" w:cs="Arial"/>
          <w:sz w:val="28"/>
          <w:szCs w:val="28"/>
        </w:rPr>
        <w:t xml:space="preserve"> конкретные произведения отечественных художников;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и уметь применять</w:t>
      </w:r>
      <w:r w:rsidR="00ED523F" w:rsidRPr="006D1CB9">
        <w:rPr>
          <w:rFonts w:ascii="Arial" w:hAnsi="Arial" w:cs="Arial"/>
          <w:sz w:val="28"/>
          <w:szCs w:val="28"/>
        </w:rPr>
        <w:t xml:space="preserve"> в рисунке правила линейной пер</w:t>
      </w:r>
      <w:r w:rsidR="005575E8" w:rsidRPr="006D1CB9">
        <w:rPr>
          <w:rFonts w:ascii="Arial" w:hAnsi="Arial" w:cs="Arial"/>
          <w:sz w:val="28"/>
          <w:szCs w:val="28"/>
        </w:rPr>
        <w:t xml:space="preserve">спективы и изображения объёмного предмета в двухмерном пространстве листа;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об освещении как средстве выявления объёма предмета;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построения </w:t>
      </w:r>
      <w:r w:rsidR="00ED523F" w:rsidRPr="006D1CB9">
        <w:rPr>
          <w:rFonts w:ascii="Arial" w:hAnsi="Arial" w:cs="Arial"/>
          <w:sz w:val="28"/>
          <w:szCs w:val="28"/>
        </w:rPr>
        <w:t>композиции натюрморта: опыт раз</w:t>
      </w:r>
      <w:r w:rsidR="005575E8" w:rsidRPr="006D1CB9">
        <w:rPr>
          <w:rFonts w:ascii="Arial" w:hAnsi="Arial" w:cs="Arial"/>
          <w:sz w:val="28"/>
          <w:szCs w:val="28"/>
        </w:rPr>
        <w:t xml:space="preserve">нообразного расположения предметов на листе, выделения доминанты и целостного соотношения всех применяемых средств выразительности;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создания графического натюрморта;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создания натюрморта средствами живописи. </w:t>
      </w:r>
    </w:p>
    <w:p w:rsidR="0048528C" w:rsidRPr="006D1CB9" w:rsidRDefault="0048528C" w:rsidP="00CF5246">
      <w:pPr>
        <w:jc w:val="both"/>
        <w:rPr>
          <w:rFonts w:ascii="Arial" w:hAnsi="Arial" w:cs="Arial"/>
          <w:sz w:val="28"/>
          <w:szCs w:val="28"/>
        </w:rPr>
      </w:pPr>
    </w:p>
    <w:p w:rsidR="004543F8" w:rsidRPr="006D1CB9" w:rsidRDefault="005575E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>Портрет:</w:t>
      </w:r>
      <w:r w:rsidRPr="006D1CB9">
        <w:rPr>
          <w:rFonts w:ascii="Arial" w:hAnsi="Arial" w:cs="Arial"/>
          <w:sz w:val="28"/>
          <w:szCs w:val="28"/>
        </w:rPr>
        <w:t xml:space="preserve">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об истории портретного изображения человека в разные эпохи как последовательности изменений представления о человеке;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сравнивать содержание портретно</w:t>
      </w:r>
      <w:r w:rsidRPr="006D1CB9">
        <w:rPr>
          <w:rFonts w:ascii="Arial" w:hAnsi="Arial" w:cs="Arial"/>
          <w:sz w:val="28"/>
          <w:szCs w:val="28"/>
        </w:rPr>
        <w:t>го образа в искусстве Древ</w:t>
      </w:r>
      <w:r w:rsidR="005575E8" w:rsidRPr="006D1CB9">
        <w:rPr>
          <w:rFonts w:ascii="Arial" w:hAnsi="Arial" w:cs="Arial"/>
          <w:sz w:val="28"/>
          <w:szCs w:val="28"/>
        </w:rPr>
        <w:t xml:space="preserve">него Рима, эпохи Возрождения и Нового времени;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понимать, что в художественном портрете присутствует также выражение идеалов эпохи и авторская позиция художника;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узнавать произведения и</w:t>
      </w:r>
      <w:r w:rsidR="00EB2D56" w:rsidRPr="006D1CB9">
        <w:rPr>
          <w:rFonts w:ascii="Arial" w:hAnsi="Arial" w:cs="Arial"/>
          <w:sz w:val="28"/>
          <w:szCs w:val="28"/>
        </w:rPr>
        <w:t xml:space="preserve"> называть имена нескольких вели</w:t>
      </w:r>
      <w:r w:rsidR="005575E8" w:rsidRPr="006D1CB9">
        <w:rPr>
          <w:rFonts w:ascii="Arial" w:hAnsi="Arial" w:cs="Arial"/>
          <w:sz w:val="28"/>
          <w:szCs w:val="28"/>
        </w:rPr>
        <w:t>ких портретистов европейс</w:t>
      </w:r>
      <w:r w:rsidR="00ED523F" w:rsidRPr="006D1CB9">
        <w:rPr>
          <w:rFonts w:ascii="Arial" w:hAnsi="Arial" w:cs="Arial"/>
          <w:sz w:val="28"/>
          <w:szCs w:val="28"/>
        </w:rPr>
        <w:t>кого искусства (Леонардо да Вин</w:t>
      </w:r>
      <w:r w:rsidR="005575E8" w:rsidRPr="006D1CB9">
        <w:rPr>
          <w:rFonts w:ascii="Arial" w:hAnsi="Arial" w:cs="Arial"/>
          <w:sz w:val="28"/>
          <w:szCs w:val="28"/>
        </w:rPr>
        <w:t xml:space="preserve">чи, Рафаэль, Микеланджело, Рембрандт и др.);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рассказывать историю портрета в русском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изобрази_тельном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искусстве, называть имена великих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художников_портретистов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(В. 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Боровиковский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>, А. Венецианов, О. Кип</w:t>
      </w:r>
      <w:r w:rsidR="00ED523F" w:rsidRPr="006D1CB9">
        <w:rPr>
          <w:rFonts w:ascii="Arial" w:hAnsi="Arial" w:cs="Arial"/>
          <w:sz w:val="28"/>
          <w:szCs w:val="28"/>
        </w:rPr>
        <w:t>рен</w:t>
      </w:r>
      <w:r w:rsidR="005575E8" w:rsidRPr="006D1CB9">
        <w:rPr>
          <w:rFonts w:ascii="Arial" w:hAnsi="Arial" w:cs="Arial"/>
          <w:sz w:val="28"/>
          <w:szCs w:val="28"/>
        </w:rPr>
        <w:t xml:space="preserve">ский, В.  Тропинин, К.  Брюллов, И.  Крамской, И.  Репин, В. Суриков, В. Серов и др.);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и претворять в ри</w:t>
      </w:r>
      <w:r w:rsidR="00ED523F" w:rsidRPr="006D1CB9">
        <w:rPr>
          <w:rFonts w:ascii="Arial" w:hAnsi="Arial" w:cs="Arial"/>
          <w:sz w:val="28"/>
          <w:szCs w:val="28"/>
        </w:rPr>
        <w:t>сунке основные позиции конструк</w:t>
      </w:r>
      <w:r w:rsidR="005575E8" w:rsidRPr="006D1CB9">
        <w:rPr>
          <w:rFonts w:ascii="Arial" w:hAnsi="Arial" w:cs="Arial"/>
          <w:sz w:val="28"/>
          <w:szCs w:val="28"/>
        </w:rPr>
        <w:t xml:space="preserve">ции головы человека, пропорции лица, соотношение лицевой и черепной частей головы;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способах объёмного изображения </w:t>
      </w:r>
      <w:r w:rsidR="00ED523F" w:rsidRPr="006D1CB9">
        <w:rPr>
          <w:rFonts w:ascii="Arial" w:hAnsi="Arial" w:cs="Arial"/>
          <w:sz w:val="28"/>
          <w:szCs w:val="28"/>
        </w:rPr>
        <w:t>го</w:t>
      </w:r>
      <w:r w:rsidR="005575E8" w:rsidRPr="006D1CB9">
        <w:rPr>
          <w:rFonts w:ascii="Arial" w:hAnsi="Arial" w:cs="Arial"/>
          <w:sz w:val="28"/>
          <w:szCs w:val="28"/>
        </w:rPr>
        <w:t>ловы человека, создавать за</w:t>
      </w:r>
      <w:r w:rsidR="00ED523F" w:rsidRPr="006D1CB9">
        <w:rPr>
          <w:rFonts w:ascii="Arial" w:hAnsi="Arial" w:cs="Arial"/>
          <w:sz w:val="28"/>
          <w:szCs w:val="28"/>
        </w:rPr>
        <w:t>рисовки объёмной конструкции го</w:t>
      </w:r>
      <w:r w:rsidR="005575E8" w:rsidRPr="006D1CB9">
        <w:rPr>
          <w:rFonts w:ascii="Arial" w:hAnsi="Arial" w:cs="Arial"/>
          <w:sz w:val="28"/>
          <w:szCs w:val="28"/>
        </w:rPr>
        <w:t xml:space="preserve">ловы; понимать термин «ракурс» и определять его на практике;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ску</w:t>
      </w:r>
      <w:r w:rsidR="00ED523F" w:rsidRPr="006D1CB9">
        <w:rPr>
          <w:rFonts w:ascii="Arial" w:hAnsi="Arial" w:cs="Arial"/>
          <w:sz w:val="28"/>
          <w:szCs w:val="28"/>
        </w:rPr>
        <w:t>льптурном портрете в истории ис</w:t>
      </w:r>
      <w:r w:rsidR="005575E8" w:rsidRPr="006D1CB9">
        <w:rPr>
          <w:rFonts w:ascii="Arial" w:hAnsi="Arial" w:cs="Arial"/>
          <w:sz w:val="28"/>
          <w:szCs w:val="28"/>
        </w:rPr>
        <w:t xml:space="preserve">кусства, о выражении характера человека и образа эпохи в скульптурном портрете;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начальный опыт лепки головы человека; </w:t>
      </w:r>
    </w:p>
    <w:p w:rsidR="00ED523F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приобретать опыт графического портретного изображения как нового для себя видения индивидуальности человека;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гра</w:t>
      </w:r>
      <w:r w:rsidR="00ED523F" w:rsidRPr="006D1CB9">
        <w:rPr>
          <w:rFonts w:ascii="Arial" w:hAnsi="Arial" w:cs="Arial"/>
          <w:sz w:val="28"/>
          <w:szCs w:val="28"/>
        </w:rPr>
        <w:t>фических портретах мастеров раз</w:t>
      </w:r>
      <w:r w:rsidR="005575E8" w:rsidRPr="006D1CB9">
        <w:rPr>
          <w:rFonts w:ascii="Arial" w:hAnsi="Arial" w:cs="Arial"/>
          <w:sz w:val="28"/>
          <w:szCs w:val="28"/>
        </w:rPr>
        <w:t>ных эпох, о разнообразии</w:t>
      </w:r>
      <w:r w:rsidR="00ED523F" w:rsidRPr="006D1CB9">
        <w:rPr>
          <w:rFonts w:ascii="Arial" w:hAnsi="Arial" w:cs="Arial"/>
          <w:sz w:val="28"/>
          <w:szCs w:val="28"/>
        </w:rPr>
        <w:t xml:space="preserve"> графических средств в изображе</w:t>
      </w:r>
      <w:r w:rsidR="005575E8" w:rsidRPr="006D1CB9">
        <w:rPr>
          <w:rFonts w:ascii="Arial" w:hAnsi="Arial" w:cs="Arial"/>
          <w:sz w:val="28"/>
          <w:szCs w:val="28"/>
        </w:rPr>
        <w:t xml:space="preserve">нии образа человека;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характеризовать роль освещения как выразительного средства при создании художественного образа;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жа</w:t>
      </w:r>
      <w:r w:rsidR="00EB2D56" w:rsidRPr="006D1CB9">
        <w:rPr>
          <w:rFonts w:ascii="Arial" w:hAnsi="Arial" w:cs="Arial"/>
          <w:sz w:val="28"/>
          <w:szCs w:val="28"/>
        </w:rPr>
        <w:t xml:space="preserve">нре портрета в искусстве ХХ  </w:t>
      </w:r>
      <w:proofErr w:type="gramStart"/>
      <w:r w:rsidR="00EB2D56" w:rsidRPr="006D1CB9">
        <w:rPr>
          <w:rFonts w:ascii="Arial" w:hAnsi="Arial" w:cs="Arial"/>
          <w:sz w:val="28"/>
          <w:szCs w:val="28"/>
        </w:rPr>
        <w:t>в</w:t>
      </w:r>
      <w:proofErr w:type="gramEnd"/>
      <w:r w:rsidR="00EB2D56" w:rsidRPr="006D1CB9">
        <w:rPr>
          <w:rFonts w:ascii="Arial" w:hAnsi="Arial" w:cs="Arial"/>
          <w:sz w:val="28"/>
          <w:szCs w:val="28"/>
        </w:rPr>
        <w:t>.</w:t>
      </w:r>
      <w:r w:rsidR="005575E8" w:rsidRPr="006D1CB9">
        <w:rPr>
          <w:rFonts w:ascii="Arial" w:hAnsi="Arial" w:cs="Arial"/>
          <w:sz w:val="28"/>
          <w:szCs w:val="28"/>
        </w:rPr>
        <w:t xml:space="preserve"> </w:t>
      </w:r>
      <w:r w:rsidR="00EB2D56" w:rsidRPr="006D1CB9">
        <w:rPr>
          <w:rFonts w:ascii="Arial" w:hAnsi="Arial" w:cs="Arial"/>
          <w:sz w:val="28"/>
          <w:szCs w:val="28"/>
        </w:rPr>
        <w:t>–</w:t>
      </w:r>
      <w:r w:rsidR="005575E8" w:rsidRPr="006D1CB9">
        <w:rPr>
          <w:rFonts w:ascii="Arial" w:hAnsi="Arial" w:cs="Arial"/>
          <w:sz w:val="28"/>
          <w:szCs w:val="28"/>
        </w:rPr>
        <w:t xml:space="preserve"> западном и отечественном.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</w:p>
    <w:p w:rsidR="004543F8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Пейзаж: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>иметь представление и ум</w:t>
      </w:r>
      <w:r w:rsidR="00EB134E" w:rsidRPr="006D1CB9">
        <w:rPr>
          <w:rFonts w:ascii="Arial" w:hAnsi="Arial" w:cs="Arial"/>
          <w:sz w:val="28"/>
          <w:szCs w:val="28"/>
        </w:rPr>
        <w:t>еть сравнивать изображение про</w:t>
      </w:r>
      <w:r w:rsidR="005575E8" w:rsidRPr="006D1CB9">
        <w:rPr>
          <w:rFonts w:ascii="Arial" w:hAnsi="Arial" w:cs="Arial"/>
          <w:sz w:val="28"/>
          <w:szCs w:val="28"/>
        </w:rPr>
        <w:t xml:space="preserve">странства в эпоху Древнего мира, в Средневековом искусстве и в эпоху Возрождения;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правила построения линейной перспективы и уметь применять их в рисунке;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определять содержание понятий: линия горизонта, точка схода, низкий и высокий </w:t>
      </w:r>
      <w:r w:rsidR="00EB134E" w:rsidRPr="006D1CB9">
        <w:rPr>
          <w:rFonts w:ascii="Arial" w:hAnsi="Arial" w:cs="Arial"/>
          <w:sz w:val="28"/>
          <w:szCs w:val="28"/>
        </w:rPr>
        <w:t>горизонт, перспективные сокраще</w:t>
      </w:r>
      <w:r w:rsidR="005575E8" w:rsidRPr="006D1CB9">
        <w:rPr>
          <w:rFonts w:ascii="Arial" w:hAnsi="Arial" w:cs="Arial"/>
          <w:sz w:val="28"/>
          <w:szCs w:val="28"/>
        </w:rPr>
        <w:t xml:space="preserve">ния, центральная и угловая перспектива; 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правила воздушной перспективы и уметь их применять на практике;</w:t>
      </w:r>
    </w:p>
    <w:p w:rsidR="004543F8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>характеризовать особен</w:t>
      </w:r>
      <w:r w:rsidR="00EB134E" w:rsidRPr="006D1CB9">
        <w:rPr>
          <w:rFonts w:ascii="Arial" w:hAnsi="Arial" w:cs="Arial"/>
          <w:sz w:val="28"/>
          <w:szCs w:val="28"/>
        </w:rPr>
        <w:t>ности изображения разных состоя</w:t>
      </w:r>
      <w:r w:rsidR="005575E8" w:rsidRPr="006D1CB9">
        <w:rPr>
          <w:rFonts w:ascii="Arial" w:hAnsi="Arial" w:cs="Arial"/>
          <w:sz w:val="28"/>
          <w:szCs w:val="28"/>
        </w:rPr>
        <w:t xml:space="preserve">ний природы в романтическом пейзаже и пейзаже творчества импрессионистов и постимпрессионистов; 6 иметь представление о морских пейзажах И.  Айвазовского; </w:t>
      </w:r>
    </w:p>
    <w:p w:rsidR="00737FC4" w:rsidRPr="006D1CB9" w:rsidRDefault="004543F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об особенностях пленэрной живописи и колористической изменчивости состояний природы;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и уметь рассказывать исто</w:t>
      </w:r>
      <w:r w:rsidR="00EB134E" w:rsidRPr="006D1CB9">
        <w:rPr>
          <w:rFonts w:ascii="Arial" w:hAnsi="Arial" w:cs="Arial"/>
          <w:sz w:val="28"/>
          <w:szCs w:val="28"/>
        </w:rPr>
        <w:t>рию пейзажа в русской жи</w:t>
      </w:r>
      <w:r w:rsidR="005575E8" w:rsidRPr="006D1CB9">
        <w:rPr>
          <w:rFonts w:ascii="Arial" w:hAnsi="Arial" w:cs="Arial"/>
          <w:sz w:val="28"/>
          <w:szCs w:val="28"/>
        </w:rPr>
        <w:t xml:space="preserve">вописи, характеризуя особенности понимания пейзажа в творчестве А. 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Саврасова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>,</w:t>
      </w:r>
      <w:r w:rsidR="00EB134E" w:rsidRPr="006D1CB9">
        <w:rPr>
          <w:rFonts w:ascii="Arial" w:hAnsi="Arial" w:cs="Arial"/>
          <w:sz w:val="28"/>
          <w:szCs w:val="28"/>
        </w:rPr>
        <w:t xml:space="preserve"> И.  Шишкина, И.  Левитана и ху</w:t>
      </w:r>
      <w:r w:rsidR="005575E8" w:rsidRPr="006D1CB9">
        <w:rPr>
          <w:rFonts w:ascii="Arial" w:hAnsi="Arial" w:cs="Arial"/>
          <w:sz w:val="28"/>
          <w:szCs w:val="28"/>
        </w:rPr>
        <w:t>дожников ХХ </w:t>
      </w:r>
      <w:proofErr w:type="gramStart"/>
      <w:r w:rsidR="005575E8" w:rsidRPr="006D1CB9">
        <w:rPr>
          <w:rFonts w:ascii="Arial" w:hAnsi="Arial" w:cs="Arial"/>
          <w:sz w:val="28"/>
          <w:szCs w:val="28"/>
        </w:rPr>
        <w:t>в</w:t>
      </w:r>
      <w:proofErr w:type="gramEnd"/>
      <w:r w:rsidR="005575E8" w:rsidRPr="006D1CB9">
        <w:rPr>
          <w:rFonts w:ascii="Arial" w:hAnsi="Arial" w:cs="Arial"/>
          <w:sz w:val="28"/>
          <w:szCs w:val="28"/>
        </w:rPr>
        <w:t xml:space="preserve">. (по выбору);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объяснять, как в пейзажной живописи развивался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об_раз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отечественной природы и каково его значение в развитии чувства Родины;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живописного изображения различных активно выраженных состояний природы;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пейзажных з</w:t>
      </w:r>
      <w:r w:rsidR="00EB134E" w:rsidRPr="006D1CB9">
        <w:rPr>
          <w:rFonts w:ascii="Arial" w:hAnsi="Arial" w:cs="Arial"/>
          <w:sz w:val="28"/>
          <w:szCs w:val="28"/>
        </w:rPr>
        <w:t>арисовок, графического изображе</w:t>
      </w:r>
      <w:r w:rsidR="005575E8" w:rsidRPr="006D1CB9">
        <w:rPr>
          <w:rFonts w:ascii="Arial" w:hAnsi="Arial" w:cs="Arial"/>
          <w:sz w:val="28"/>
          <w:szCs w:val="28"/>
        </w:rPr>
        <w:t xml:space="preserve">ния природы по памяти и представлению;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художественной наблюдательности как способа развития интереса к окр</w:t>
      </w:r>
      <w:r w:rsidRPr="006D1CB9">
        <w:rPr>
          <w:rFonts w:ascii="Arial" w:hAnsi="Arial" w:cs="Arial"/>
          <w:sz w:val="28"/>
          <w:szCs w:val="28"/>
        </w:rPr>
        <w:t>ужающему миру и его художествен</w:t>
      </w:r>
      <w:r w:rsidR="005575E8" w:rsidRPr="006D1CB9">
        <w:rPr>
          <w:rFonts w:ascii="Arial" w:hAnsi="Arial" w:cs="Arial"/>
          <w:sz w:val="28"/>
          <w:szCs w:val="28"/>
        </w:rPr>
        <w:t xml:space="preserve">но-поэтическому видению;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</w:t>
      </w:r>
      <w:r w:rsidR="00EB2D56" w:rsidRPr="006D1CB9">
        <w:rPr>
          <w:rFonts w:ascii="Arial" w:hAnsi="Arial" w:cs="Arial"/>
          <w:sz w:val="28"/>
          <w:szCs w:val="28"/>
        </w:rPr>
        <w:t>изображения городского пейзажа –</w:t>
      </w:r>
      <w:r w:rsidR="005575E8" w:rsidRPr="006D1CB9">
        <w:rPr>
          <w:rFonts w:ascii="Arial" w:hAnsi="Arial" w:cs="Arial"/>
          <w:sz w:val="28"/>
          <w:szCs w:val="28"/>
        </w:rPr>
        <w:t xml:space="preserve"> по памяти или представлению;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обрести навыки восприятия образности городског</w:t>
      </w:r>
      <w:r w:rsidR="00EB134E" w:rsidRPr="006D1CB9">
        <w:rPr>
          <w:rFonts w:ascii="Arial" w:hAnsi="Arial" w:cs="Arial"/>
          <w:sz w:val="28"/>
          <w:szCs w:val="28"/>
        </w:rPr>
        <w:t>о простран</w:t>
      </w:r>
      <w:r w:rsidR="005575E8" w:rsidRPr="006D1CB9">
        <w:rPr>
          <w:rFonts w:ascii="Arial" w:hAnsi="Arial" w:cs="Arial"/>
          <w:sz w:val="28"/>
          <w:szCs w:val="28"/>
        </w:rPr>
        <w:t xml:space="preserve">ства как выражения самобытного лица культуры и истории народа;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 и объяснять ро</w:t>
      </w:r>
      <w:r w:rsidR="00EB134E" w:rsidRPr="006D1CB9">
        <w:rPr>
          <w:rFonts w:ascii="Arial" w:hAnsi="Arial" w:cs="Arial"/>
          <w:sz w:val="28"/>
          <w:szCs w:val="28"/>
        </w:rPr>
        <w:t>ль культурного наследия в город</w:t>
      </w:r>
      <w:r w:rsidR="005575E8" w:rsidRPr="006D1CB9">
        <w:rPr>
          <w:rFonts w:ascii="Arial" w:hAnsi="Arial" w:cs="Arial"/>
          <w:sz w:val="28"/>
          <w:szCs w:val="28"/>
        </w:rPr>
        <w:t xml:space="preserve">ском пространстве, задачи его охраны и сохранения.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</w:p>
    <w:p w:rsidR="00737FC4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Бытовой жанр: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характеризовать роль изо</w:t>
      </w:r>
      <w:r w:rsidR="00EB134E" w:rsidRPr="006D1CB9">
        <w:rPr>
          <w:rFonts w:ascii="Arial" w:hAnsi="Arial" w:cs="Arial"/>
          <w:sz w:val="28"/>
          <w:szCs w:val="28"/>
        </w:rPr>
        <w:t>бразительного искусства в форми</w:t>
      </w:r>
      <w:r w:rsidR="005575E8" w:rsidRPr="006D1CB9">
        <w:rPr>
          <w:rFonts w:ascii="Arial" w:hAnsi="Arial" w:cs="Arial"/>
          <w:sz w:val="28"/>
          <w:szCs w:val="28"/>
        </w:rPr>
        <w:t>ровании представлений о</w:t>
      </w:r>
      <w:r w:rsidR="00EB134E" w:rsidRPr="006D1CB9">
        <w:rPr>
          <w:rFonts w:ascii="Arial" w:hAnsi="Arial" w:cs="Arial"/>
          <w:sz w:val="28"/>
          <w:szCs w:val="28"/>
        </w:rPr>
        <w:t xml:space="preserve"> жизни людей разных эпох и наро</w:t>
      </w:r>
      <w:r w:rsidR="005575E8" w:rsidRPr="006D1CB9">
        <w:rPr>
          <w:rFonts w:ascii="Arial" w:hAnsi="Arial" w:cs="Arial"/>
          <w:sz w:val="28"/>
          <w:szCs w:val="28"/>
        </w:rPr>
        <w:t xml:space="preserve">дов;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объяснять понятия «т</w:t>
      </w:r>
      <w:r w:rsidR="00EB134E" w:rsidRPr="006D1CB9">
        <w:rPr>
          <w:rFonts w:ascii="Arial" w:hAnsi="Arial" w:cs="Arial"/>
          <w:sz w:val="28"/>
          <w:szCs w:val="28"/>
        </w:rPr>
        <w:t>ематическая картина», «станко</w:t>
      </w:r>
      <w:r w:rsidR="005575E8" w:rsidRPr="006D1CB9">
        <w:rPr>
          <w:rFonts w:ascii="Arial" w:hAnsi="Arial" w:cs="Arial"/>
          <w:sz w:val="28"/>
          <w:szCs w:val="28"/>
        </w:rPr>
        <w:t xml:space="preserve">вая живопись», «монументальная живопись»; перечислять основные жанры тематической картины;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различать тему, сюжет и содержание в жанровой картине; выявлять образ нравстве</w:t>
      </w:r>
      <w:r w:rsidR="00EB134E" w:rsidRPr="006D1CB9">
        <w:rPr>
          <w:rFonts w:ascii="Arial" w:hAnsi="Arial" w:cs="Arial"/>
          <w:sz w:val="28"/>
          <w:szCs w:val="28"/>
        </w:rPr>
        <w:t>нных и ценностных смыслов в жан</w:t>
      </w:r>
      <w:r w:rsidR="005575E8" w:rsidRPr="006D1CB9">
        <w:rPr>
          <w:rFonts w:ascii="Arial" w:hAnsi="Arial" w:cs="Arial"/>
          <w:sz w:val="28"/>
          <w:szCs w:val="28"/>
        </w:rPr>
        <w:t xml:space="preserve">ровой картине;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ко</w:t>
      </w:r>
      <w:r w:rsidR="00EB134E" w:rsidRPr="006D1CB9">
        <w:rPr>
          <w:rFonts w:ascii="Arial" w:hAnsi="Arial" w:cs="Arial"/>
          <w:sz w:val="28"/>
          <w:szCs w:val="28"/>
        </w:rPr>
        <w:t>мпозиции как целостности в орга</w:t>
      </w:r>
      <w:r w:rsidR="005575E8" w:rsidRPr="006D1CB9">
        <w:rPr>
          <w:rFonts w:ascii="Arial" w:hAnsi="Arial" w:cs="Arial"/>
          <w:sz w:val="28"/>
          <w:szCs w:val="28"/>
        </w:rPr>
        <w:t>низации художественны</w:t>
      </w:r>
      <w:r w:rsidR="00EB134E" w:rsidRPr="006D1CB9">
        <w:rPr>
          <w:rFonts w:ascii="Arial" w:hAnsi="Arial" w:cs="Arial"/>
          <w:sz w:val="28"/>
          <w:szCs w:val="28"/>
        </w:rPr>
        <w:t>х выразительных средств, взаимо</w:t>
      </w:r>
      <w:r w:rsidR="005575E8" w:rsidRPr="006D1CB9">
        <w:rPr>
          <w:rFonts w:ascii="Arial" w:hAnsi="Arial" w:cs="Arial"/>
          <w:sz w:val="28"/>
          <w:szCs w:val="28"/>
        </w:rPr>
        <w:t xml:space="preserve">связи всех компонентов художественного произведения;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значение художественного изображения бытовой жизни людей в понимании </w:t>
      </w:r>
      <w:r w:rsidR="00EB134E" w:rsidRPr="006D1CB9">
        <w:rPr>
          <w:rFonts w:ascii="Arial" w:hAnsi="Arial" w:cs="Arial"/>
          <w:sz w:val="28"/>
          <w:szCs w:val="28"/>
        </w:rPr>
        <w:t>истории человечества и современ</w:t>
      </w:r>
      <w:r w:rsidR="005575E8" w:rsidRPr="006D1CB9">
        <w:rPr>
          <w:rFonts w:ascii="Arial" w:hAnsi="Arial" w:cs="Arial"/>
          <w:sz w:val="28"/>
          <w:szCs w:val="28"/>
        </w:rPr>
        <w:t xml:space="preserve">ной жизни;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осознавать многообразие форм организации бытовой жизни и одновременно единство мира людей;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об изображении труда и повседневных занятий человека в искус</w:t>
      </w:r>
      <w:r w:rsidR="00EB134E" w:rsidRPr="006D1CB9">
        <w:rPr>
          <w:rFonts w:ascii="Arial" w:hAnsi="Arial" w:cs="Arial"/>
          <w:sz w:val="28"/>
          <w:szCs w:val="28"/>
        </w:rPr>
        <w:t>стве разных эпох и народов; раз</w:t>
      </w:r>
      <w:r w:rsidR="005575E8" w:rsidRPr="006D1CB9">
        <w:rPr>
          <w:rFonts w:ascii="Arial" w:hAnsi="Arial" w:cs="Arial"/>
          <w:sz w:val="28"/>
          <w:szCs w:val="28"/>
        </w:rPr>
        <w:t xml:space="preserve">личать произведения разных культур по их стилистическим признакам и изобразительным традициям (Древний Египет, Китай, античный мир и др.);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изображения бытовой жизни разных народов в контексте традиций их искусства;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характеризовать понятие «бытовой жанр» и уметь приводить несколько примеров пр</w:t>
      </w:r>
      <w:r w:rsidR="00EB134E" w:rsidRPr="006D1CB9">
        <w:rPr>
          <w:rFonts w:ascii="Arial" w:hAnsi="Arial" w:cs="Arial"/>
          <w:sz w:val="28"/>
          <w:szCs w:val="28"/>
        </w:rPr>
        <w:t>оизведений европейского и отече</w:t>
      </w:r>
      <w:r w:rsidR="005575E8" w:rsidRPr="006D1CB9">
        <w:rPr>
          <w:rFonts w:ascii="Arial" w:hAnsi="Arial" w:cs="Arial"/>
          <w:sz w:val="28"/>
          <w:szCs w:val="28"/>
        </w:rPr>
        <w:t xml:space="preserve">ственного искусства; </w:t>
      </w:r>
    </w:p>
    <w:p w:rsidR="005A0217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>обрести опыт создания композиции на сюжеты из реальной повседневной жизни, обучаясь ху</w:t>
      </w:r>
      <w:r w:rsidR="00EB134E" w:rsidRPr="006D1CB9">
        <w:rPr>
          <w:rFonts w:ascii="Arial" w:hAnsi="Arial" w:cs="Arial"/>
          <w:sz w:val="28"/>
          <w:szCs w:val="28"/>
        </w:rPr>
        <w:t>дожественной наблюда</w:t>
      </w:r>
      <w:r w:rsidR="005575E8" w:rsidRPr="006D1CB9">
        <w:rPr>
          <w:rFonts w:ascii="Arial" w:hAnsi="Arial" w:cs="Arial"/>
          <w:sz w:val="28"/>
          <w:szCs w:val="28"/>
        </w:rPr>
        <w:t>тельности и образному</w:t>
      </w:r>
      <w:r w:rsidR="00EB134E" w:rsidRPr="006D1CB9">
        <w:rPr>
          <w:rFonts w:ascii="Arial" w:hAnsi="Arial" w:cs="Arial"/>
          <w:sz w:val="28"/>
          <w:szCs w:val="28"/>
        </w:rPr>
        <w:t xml:space="preserve"> видению окружающей действитель</w:t>
      </w:r>
      <w:r w:rsidR="005575E8" w:rsidRPr="006D1CB9">
        <w:rPr>
          <w:rFonts w:ascii="Arial" w:hAnsi="Arial" w:cs="Arial"/>
          <w:sz w:val="28"/>
          <w:szCs w:val="28"/>
        </w:rPr>
        <w:t xml:space="preserve">ности. </w:t>
      </w:r>
    </w:p>
    <w:p w:rsidR="00664987" w:rsidRPr="006D1CB9" w:rsidRDefault="00664987" w:rsidP="00CF5246">
      <w:pPr>
        <w:jc w:val="both"/>
        <w:rPr>
          <w:rFonts w:ascii="Arial" w:hAnsi="Arial" w:cs="Arial"/>
          <w:sz w:val="28"/>
          <w:szCs w:val="28"/>
        </w:rPr>
      </w:pPr>
    </w:p>
    <w:p w:rsidR="00664987" w:rsidRPr="006D1CB9" w:rsidRDefault="00664987" w:rsidP="00CF5246">
      <w:pPr>
        <w:jc w:val="both"/>
        <w:rPr>
          <w:rFonts w:ascii="Arial" w:hAnsi="Arial" w:cs="Arial"/>
          <w:sz w:val="28"/>
          <w:szCs w:val="28"/>
        </w:rPr>
      </w:pPr>
    </w:p>
    <w:p w:rsidR="00664987" w:rsidRPr="006D1CB9" w:rsidRDefault="00664987" w:rsidP="00CF5246">
      <w:pPr>
        <w:jc w:val="both"/>
        <w:rPr>
          <w:rFonts w:ascii="Arial" w:hAnsi="Arial" w:cs="Arial"/>
          <w:sz w:val="28"/>
          <w:szCs w:val="28"/>
        </w:rPr>
      </w:pPr>
    </w:p>
    <w:p w:rsidR="005A0217" w:rsidRPr="006D1CB9" w:rsidRDefault="005A0217" w:rsidP="00CF5246">
      <w:pPr>
        <w:jc w:val="both"/>
        <w:rPr>
          <w:rFonts w:ascii="Arial" w:hAnsi="Arial" w:cs="Arial"/>
          <w:sz w:val="28"/>
          <w:szCs w:val="28"/>
        </w:rPr>
      </w:pPr>
    </w:p>
    <w:p w:rsidR="00737FC4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Исторический жанр: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 xml:space="preserve">характеризовать исторический жанр в истории искусства и объяснять его значение </w:t>
      </w:r>
      <w:r w:rsidR="005A0217" w:rsidRPr="006D1CB9">
        <w:rPr>
          <w:rFonts w:ascii="Arial" w:hAnsi="Arial" w:cs="Arial"/>
          <w:sz w:val="28"/>
          <w:szCs w:val="28"/>
        </w:rPr>
        <w:t>для жизни общества; уметь объяс</w:t>
      </w:r>
      <w:r w:rsidR="005575E8" w:rsidRPr="006D1CB9">
        <w:rPr>
          <w:rFonts w:ascii="Arial" w:hAnsi="Arial" w:cs="Arial"/>
          <w:sz w:val="28"/>
          <w:szCs w:val="28"/>
        </w:rPr>
        <w:t>нить, почему историческ</w:t>
      </w:r>
      <w:r w:rsidR="005A0217" w:rsidRPr="006D1CB9">
        <w:rPr>
          <w:rFonts w:ascii="Arial" w:hAnsi="Arial" w:cs="Arial"/>
          <w:sz w:val="28"/>
          <w:szCs w:val="28"/>
        </w:rPr>
        <w:t>ая картина считалась самым высо</w:t>
      </w:r>
      <w:r w:rsidR="005575E8" w:rsidRPr="006D1CB9">
        <w:rPr>
          <w:rFonts w:ascii="Arial" w:hAnsi="Arial" w:cs="Arial"/>
          <w:sz w:val="28"/>
          <w:szCs w:val="28"/>
        </w:rPr>
        <w:t xml:space="preserve">ким жанром произведений изобразительного искусства;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авторов, узнавать и уметь объяснять содержание таких картин, как «Последний </w:t>
      </w:r>
      <w:r w:rsidR="005A0217" w:rsidRPr="006D1CB9">
        <w:rPr>
          <w:rFonts w:ascii="Arial" w:hAnsi="Arial" w:cs="Arial"/>
          <w:sz w:val="28"/>
          <w:szCs w:val="28"/>
        </w:rPr>
        <w:t>день Помпеи» К.  Брюллова, «Боя</w:t>
      </w:r>
      <w:r w:rsidR="005575E8" w:rsidRPr="006D1CB9">
        <w:rPr>
          <w:rFonts w:ascii="Arial" w:hAnsi="Arial" w:cs="Arial"/>
          <w:sz w:val="28"/>
          <w:szCs w:val="28"/>
        </w:rPr>
        <w:t xml:space="preserve">рыня Морозова» и другие картины В.  Сурикова, «Бурлаки на Волге» И. Репина;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разв</w:t>
      </w:r>
      <w:r w:rsidR="005A0217" w:rsidRPr="006D1CB9">
        <w:rPr>
          <w:rFonts w:ascii="Arial" w:hAnsi="Arial" w:cs="Arial"/>
          <w:sz w:val="28"/>
          <w:szCs w:val="28"/>
        </w:rPr>
        <w:t>итии исторического жанра в твор</w:t>
      </w:r>
      <w:r w:rsidR="005575E8" w:rsidRPr="006D1CB9">
        <w:rPr>
          <w:rFonts w:ascii="Arial" w:hAnsi="Arial" w:cs="Arial"/>
          <w:sz w:val="28"/>
          <w:szCs w:val="28"/>
        </w:rPr>
        <w:t>честве отечественных художников ХХ </w:t>
      </w:r>
      <w:proofErr w:type="gramStart"/>
      <w:r w:rsidR="005575E8" w:rsidRPr="006D1CB9">
        <w:rPr>
          <w:rFonts w:ascii="Arial" w:hAnsi="Arial" w:cs="Arial"/>
          <w:sz w:val="28"/>
          <w:szCs w:val="28"/>
        </w:rPr>
        <w:t>в</w:t>
      </w:r>
      <w:proofErr w:type="gramEnd"/>
      <w:r w:rsidR="005575E8" w:rsidRPr="006D1CB9">
        <w:rPr>
          <w:rFonts w:ascii="Arial" w:hAnsi="Arial" w:cs="Arial"/>
          <w:sz w:val="28"/>
          <w:szCs w:val="28"/>
        </w:rPr>
        <w:t xml:space="preserve">.;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объяснять, почему п</w:t>
      </w:r>
      <w:r w:rsidR="005A0217" w:rsidRPr="006D1CB9">
        <w:rPr>
          <w:rFonts w:ascii="Arial" w:hAnsi="Arial" w:cs="Arial"/>
          <w:sz w:val="28"/>
          <w:szCs w:val="28"/>
        </w:rPr>
        <w:t>роизведения на библейские, мифо</w:t>
      </w:r>
      <w:r w:rsidR="005575E8" w:rsidRPr="006D1CB9">
        <w:rPr>
          <w:rFonts w:ascii="Arial" w:hAnsi="Arial" w:cs="Arial"/>
          <w:sz w:val="28"/>
          <w:szCs w:val="28"/>
        </w:rPr>
        <w:t>логические темы, сюжет</w:t>
      </w:r>
      <w:r w:rsidR="00EB2D56" w:rsidRPr="006D1CB9">
        <w:rPr>
          <w:rFonts w:ascii="Arial" w:hAnsi="Arial" w:cs="Arial"/>
          <w:sz w:val="28"/>
          <w:szCs w:val="28"/>
        </w:rPr>
        <w:t>ы об античных героях принято от</w:t>
      </w:r>
      <w:r w:rsidR="005575E8" w:rsidRPr="006D1CB9">
        <w:rPr>
          <w:rFonts w:ascii="Arial" w:hAnsi="Arial" w:cs="Arial"/>
          <w:sz w:val="28"/>
          <w:szCs w:val="28"/>
        </w:rPr>
        <w:t xml:space="preserve">носить к историческому жанру;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узнавать и называть авторов таких произведений, как «Давид» Микеланджело, «Весна» С.  Боттичелли;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разработки к</w:t>
      </w:r>
      <w:r w:rsidR="005A0217" w:rsidRPr="006D1CB9">
        <w:rPr>
          <w:rFonts w:ascii="Arial" w:hAnsi="Arial" w:cs="Arial"/>
          <w:sz w:val="28"/>
          <w:szCs w:val="28"/>
        </w:rPr>
        <w:t>омпозиции на выбранную историче</w:t>
      </w:r>
      <w:r w:rsidR="005575E8" w:rsidRPr="006D1CB9">
        <w:rPr>
          <w:rFonts w:ascii="Arial" w:hAnsi="Arial" w:cs="Arial"/>
          <w:sz w:val="28"/>
          <w:szCs w:val="28"/>
        </w:rPr>
        <w:t xml:space="preserve">скую тему (художественный проект): сбор материала, работа над эскизами, работа над композицией.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</w:p>
    <w:p w:rsidR="00737FC4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Библейские темы в изобразительном искусстве: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 значении библейских сюжетов в истории культуры и узнавать сюжеты Свяще</w:t>
      </w:r>
      <w:r w:rsidR="005A0217" w:rsidRPr="006D1CB9">
        <w:rPr>
          <w:rFonts w:ascii="Arial" w:hAnsi="Arial" w:cs="Arial"/>
          <w:sz w:val="28"/>
          <w:szCs w:val="28"/>
        </w:rPr>
        <w:t>нной истории в произведениях ис</w:t>
      </w:r>
      <w:r w:rsidR="005575E8" w:rsidRPr="006D1CB9">
        <w:rPr>
          <w:rFonts w:ascii="Arial" w:hAnsi="Arial" w:cs="Arial"/>
          <w:sz w:val="28"/>
          <w:szCs w:val="28"/>
        </w:rPr>
        <w:t xml:space="preserve">кусства;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значение великих  </w:t>
      </w:r>
      <w:r w:rsidR="00EB2D56" w:rsidRPr="006D1CB9">
        <w:rPr>
          <w:rFonts w:ascii="Arial" w:hAnsi="Arial" w:cs="Arial"/>
          <w:sz w:val="28"/>
          <w:szCs w:val="28"/>
        </w:rPr>
        <w:t>–</w:t>
      </w:r>
      <w:r w:rsidR="005575E8" w:rsidRPr="006D1CB9">
        <w:rPr>
          <w:rFonts w:ascii="Arial" w:hAnsi="Arial" w:cs="Arial"/>
          <w:sz w:val="28"/>
          <w:szCs w:val="28"/>
        </w:rPr>
        <w:t xml:space="preserve"> вечных тем в искусстве на основе сюжетов Библии как «духовную ось», соединяющую жизненные позиции разных поколений;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знать, объяснять содержа</w:t>
      </w:r>
      <w:r w:rsidR="005A0217" w:rsidRPr="006D1CB9">
        <w:rPr>
          <w:rFonts w:ascii="Arial" w:hAnsi="Arial" w:cs="Arial"/>
          <w:sz w:val="28"/>
          <w:szCs w:val="28"/>
        </w:rPr>
        <w:t>ние, узнавать произведения вели</w:t>
      </w:r>
      <w:r w:rsidR="005575E8" w:rsidRPr="006D1CB9">
        <w:rPr>
          <w:rFonts w:ascii="Arial" w:hAnsi="Arial" w:cs="Arial"/>
          <w:sz w:val="28"/>
          <w:szCs w:val="28"/>
        </w:rPr>
        <w:t>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др.; в скульптуре «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Пьета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» Микеланджело и др.; </w:t>
      </w:r>
      <w:proofErr w:type="gramEnd"/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 картинах на библей</w:t>
      </w:r>
      <w:r w:rsidR="005A0217" w:rsidRPr="006D1CB9">
        <w:rPr>
          <w:rFonts w:ascii="Arial" w:hAnsi="Arial" w:cs="Arial"/>
          <w:sz w:val="28"/>
          <w:szCs w:val="28"/>
        </w:rPr>
        <w:t>ские темы в истории русского ис</w:t>
      </w:r>
      <w:r w:rsidR="005575E8" w:rsidRPr="006D1CB9">
        <w:rPr>
          <w:rFonts w:ascii="Arial" w:hAnsi="Arial" w:cs="Arial"/>
          <w:sz w:val="28"/>
          <w:szCs w:val="28"/>
        </w:rPr>
        <w:t xml:space="preserve">кусства;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рассказывать о содержании знаменитых русских </w:t>
      </w:r>
      <w:proofErr w:type="spellStart"/>
      <w:proofErr w:type="gramStart"/>
      <w:r w:rsidR="005575E8" w:rsidRPr="006D1CB9">
        <w:rPr>
          <w:rFonts w:ascii="Arial" w:hAnsi="Arial" w:cs="Arial"/>
          <w:sz w:val="28"/>
          <w:szCs w:val="28"/>
        </w:rPr>
        <w:t>кар_тин</w:t>
      </w:r>
      <w:proofErr w:type="spellEnd"/>
      <w:proofErr w:type="gramEnd"/>
      <w:r w:rsidR="005575E8" w:rsidRPr="006D1CB9">
        <w:rPr>
          <w:rFonts w:ascii="Arial" w:hAnsi="Arial" w:cs="Arial"/>
          <w:sz w:val="28"/>
          <w:szCs w:val="28"/>
        </w:rPr>
        <w:t xml:space="preserve"> на библейские темы,</w:t>
      </w:r>
      <w:r w:rsidR="005A0217" w:rsidRPr="006D1CB9">
        <w:rPr>
          <w:rFonts w:ascii="Arial" w:hAnsi="Arial" w:cs="Arial"/>
          <w:sz w:val="28"/>
          <w:szCs w:val="28"/>
        </w:rPr>
        <w:t xml:space="preserve"> таких как «Явление Христа наро</w:t>
      </w:r>
      <w:r w:rsidR="005575E8" w:rsidRPr="006D1CB9">
        <w:rPr>
          <w:rFonts w:ascii="Arial" w:hAnsi="Arial" w:cs="Arial"/>
          <w:sz w:val="28"/>
          <w:szCs w:val="28"/>
        </w:rPr>
        <w:t xml:space="preserve">ду» А. Иванова, «Христос в пустыне» И. Крамского, «Тайная вечеря» Н. 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Ге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, «Христос и грешница» В.  Поленова и др.;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смысловом различии между иконой и картиной на библейские темы;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знания о русской иконописи, о </w:t>
      </w:r>
      <w:r w:rsidR="005A0217" w:rsidRPr="006D1CB9">
        <w:rPr>
          <w:rFonts w:ascii="Arial" w:hAnsi="Arial" w:cs="Arial"/>
          <w:sz w:val="28"/>
          <w:szCs w:val="28"/>
        </w:rPr>
        <w:t>великих русских ико</w:t>
      </w:r>
      <w:r w:rsidR="005575E8" w:rsidRPr="006D1CB9">
        <w:rPr>
          <w:rFonts w:ascii="Arial" w:hAnsi="Arial" w:cs="Arial"/>
          <w:sz w:val="28"/>
          <w:szCs w:val="28"/>
        </w:rPr>
        <w:t xml:space="preserve">нописцах: </w:t>
      </w:r>
      <w:proofErr w:type="gramStart"/>
      <w:r w:rsidR="005575E8" w:rsidRPr="006D1CB9">
        <w:rPr>
          <w:rFonts w:ascii="Arial" w:hAnsi="Arial" w:cs="Arial"/>
          <w:sz w:val="28"/>
          <w:szCs w:val="28"/>
        </w:rPr>
        <w:t>Андрее</w:t>
      </w:r>
      <w:proofErr w:type="gramEnd"/>
      <w:r w:rsidR="005575E8" w:rsidRPr="006D1CB9">
        <w:rPr>
          <w:rFonts w:ascii="Arial" w:hAnsi="Arial" w:cs="Arial"/>
          <w:sz w:val="28"/>
          <w:szCs w:val="28"/>
        </w:rPr>
        <w:t xml:space="preserve"> Рублёве, Феофане Греке, Дионисии;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воспринимать искусство </w:t>
      </w:r>
      <w:r w:rsidR="005A0217" w:rsidRPr="006D1CB9">
        <w:rPr>
          <w:rFonts w:ascii="Arial" w:hAnsi="Arial" w:cs="Arial"/>
          <w:sz w:val="28"/>
          <w:szCs w:val="28"/>
        </w:rPr>
        <w:t>древнерусской иконописи как уни</w:t>
      </w:r>
      <w:r w:rsidR="005575E8" w:rsidRPr="006D1CB9">
        <w:rPr>
          <w:rFonts w:ascii="Arial" w:hAnsi="Arial" w:cs="Arial"/>
          <w:sz w:val="28"/>
          <w:szCs w:val="28"/>
        </w:rPr>
        <w:t xml:space="preserve">кальное и высокое достижение отечественной культуры;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творческий и деятельный характер восприятия произведений искусства на основе художественной культуры зрителя;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рассуждать о месте</w:t>
      </w:r>
      <w:r w:rsidR="005A0217" w:rsidRPr="006D1CB9">
        <w:rPr>
          <w:rFonts w:ascii="Arial" w:hAnsi="Arial" w:cs="Arial"/>
          <w:sz w:val="28"/>
          <w:szCs w:val="28"/>
        </w:rPr>
        <w:t xml:space="preserve"> и значении изобразительного ис</w:t>
      </w:r>
      <w:r w:rsidR="005575E8" w:rsidRPr="006D1CB9">
        <w:rPr>
          <w:rFonts w:ascii="Arial" w:hAnsi="Arial" w:cs="Arial"/>
          <w:sz w:val="28"/>
          <w:szCs w:val="28"/>
        </w:rPr>
        <w:t xml:space="preserve">кусства в культуре, в жизни общества, в жизни человека.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</w:p>
    <w:p w:rsidR="00737FC4" w:rsidRPr="006D1CB9" w:rsidRDefault="005575E8" w:rsidP="00CF5246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Модуль № 3 «Архитектура и дизайн»: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характеризовать архитектуру и дизайн как конструктивные виды искусства, т. е. искусства художественного построения предметно-пространственной среды жизни людей;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роль архитект</w:t>
      </w:r>
      <w:r w:rsidR="005A0217" w:rsidRPr="006D1CB9">
        <w:rPr>
          <w:rFonts w:ascii="Arial" w:hAnsi="Arial" w:cs="Arial"/>
          <w:sz w:val="28"/>
          <w:szCs w:val="28"/>
        </w:rPr>
        <w:t>уры и дизайна в построении пред</w:t>
      </w:r>
      <w:r w:rsidR="005575E8" w:rsidRPr="006D1CB9">
        <w:rPr>
          <w:rFonts w:ascii="Arial" w:hAnsi="Arial" w:cs="Arial"/>
          <w:sz w:val="28"/>
          <w:szCs w:val="28"/>
        </w:rPr>
        <w:t xml:space="preserve">метно-пространственной среды жизнедеятельности человека;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рассуждать о влиянии предметно-пространственной среды на чувства, установки и поведение человека;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рассуждать о том, как пред</w:t>
      </w:r>
      <w:r w:rsidR="005A0217" w:rsidRPr="006D1CB9">
        <w:rPr>
          <w:rFonts w:ascii="Arial" w:hAnsi="Arial" w:cs="Arial"/>
          <w:sz w:val="28"/>
          <w:szCs w:val="28"/>
        </w:rPr>
        <w:t>метно-пространственная среда ор</w:t>
      </w:r>
      <w:r w:rsidR="005575E8" w:rsidRPr="006D1CB9">
        <w:rPr>
          <w:rFonts w:ascii="Arial" w:hAnsi="Arial" w:cs="Arial"/>
          <w:sz w:val="28"/>
          <w:szCs w:val="28"/>
        </w:rPr>
        <w:t>ганизует деятельность чело</w:t>
      </w:r>
      <w:r w:rsidR="005A0217" w:rsidRPr="006D1CB9">
        <w:rPr>
          <w:rFonts w:ascii="Arial" w:hAnsi="Arial" w:cs="Arial"/>
          <w:sz w:val="28"/>
          <w:szCs w:val="28"/>
        </w:rPr>
        <w:t>века и представления о самом се</w:t>
      </w:r>
      <w:r w:rsidR="005575E8" w:rsidRPr="006D1CB9">
        <w:rPr>
          <w:rFonts w:ascii="Arial" w:hAnsi="Arial" w:cs="Arial"/>
          <w:sz w:val="28"/>
          <w:szCs w:val="28"/>
        </w:rPr>
        <w:t xml:space="preserve">бе;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ценность сохр</w:t>
      </w:r>
      <w:r w:rsidR="005A0217" w:rsidRPr="006D1CB9">
        <w:rPr>
          <w:rFonts w:ascii="Arial" w:hAnsi="Arial" w:cs="Arial"/>
          <w:sz w:val="28"/>
          <w:szCs w:val="28"/>
        </w:rPr>
        <w:t>анения культурного наследия, вы</w:t>
      </w:r>
      <w:r w:rsidR="005575E8" w:rsidRPr="006D1CB9">
        <w:rPr>
          <w:rFonts w:ascii="Arial" w:hAnsi="Arial" w:cs="Arial"/>
          <w:sz w:val="28"/>
          <w:szCs w:val="28"/>
        </w:rPr>
        <w:t xml:space="preserve">раженного в архитектуре, предметах труда и быта разных эпох. </w:t>
      </w:r>
    </w:p>
    <w:p w:rsidR="0048528C" w:rsidRPr="006D1CB9" w:rsidRDefault="0048528C" w:rsidP="00CF5246">
      <w:pPr>
        <w:jc w:val="both"/>
        <w:rPr>
          <w:rFonts w:ascii="Arial" w:hAnsi="Arial" w:cs="Arial"/>
          <w:sz w:val="28"/>
          <w:szCs w:val="28"/>
        </w:rPr>
      </w:pPr>
    </w:p>
    <w:p w:rsidR="00737FC4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Графический дизайн: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понятие формальной композиц</w:t>
      </w:r>
      <w:proofErr w:type="gramStart"/>
      <w:r w:rsidR="005575E8" w:rsidRPr="006D1CB9">
        <w:rPr>
          <w:rFonts w:ascii="Arial" w:hAnsi="Arial" w:cs="Arial"/>
          <w:sz w:val="28"/>
          <w:szCs w:val="28"/>
        </w:rPr>
        <w:t>ии и её</w:t>
      </w:r>
      <w:proofErr w:type="gramEnd"/>
      <w:r w:rsidR="005575E8" w:rsidRPr="006D1CB9">
        <w:rPr>
          <w:rFonts w:ascii="Arial" w:hAnsi="Arial" w:cs="Arial"/>
          <w:sz w:val="28"/>
          <w:szCs w:val="28"/>
        </w:rPr>
        <w:t xml:space="preserve"> значение как основы языка конструктивных искусств;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основные средства </w:t>
      </w:r>
      <w:r w:rsidR="00EB2D56" w:rsidRPr="006D1CB9">
        <w:rPr>
          <w:rFonts w:ascii="Arial" w:hAnsi="Arial" w:cs="Arial"/>
          <w:sz w:val="28"/>
          <w:szCs w:val="28"/>
        </w:rPr>
        <w:t>–</w:t>
      </w:r>
      <w:r w:rsidR="005575E8" w:rsidRPr="006D1CB9">
        <w:rPr>
          <w:rFonts w:ascii="Arial" w:hAnsi="Arial" w:cs="Arial"/>
          <w:sz w:val="28"/>
          <w:szCs w:val="28"/>
        </w:rPr>
        <w:t xml:space="preserve"> требования к композиции;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перечислять и объяснять основные типы формальной композиции;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составлять различные формальные композиции на плоскости в зависимости от поставленных задач;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выделять при творческом построении композиции листа композиционную доминанту;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составлять формальные композиции на выражение в них движения и статики;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осваивать навыки вариа</w:t>
      </w:r>
      <w:r w:rsidR="005A0217" w:rsidRPr="006D1CB9">
        <w:rPr>
          <w:rFonts w:ascii="Arial" w:hAnsi="Arial" w:cs="Arial"/>
          <w:sz w:val="28"/>
          <w:szCs w:val="28"/>
        </w:rPr>
        <w:t>тивности в ритмической организа</w:t>
      </w:r>
      <w:r w:rsidR="005575E8" w:rsidRPr="006D1CB9">
        <w:rPr>
          <w:rFonts w:ascii="Arial" w:hAnsi="Arial" w:cs="Arial"/>
          <w:sz w:val="28"/>
          <w:szCs w:val="28"/>
        </w:rPr>
        <w:t xml:space="preserve">ции листа;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роль цвета в конструктивных искусствах;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различать технологию использования цвета в живописи и в конструктивных искусствах;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выражение «цветовой образ»;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применять цвет в графических композициях как акцент или доминанту, </w:t>
      </w:r>
      <w:proofErr w:type="gramStart"/>
      <w:r w:rsidR="005575E8" w:rsidRPr="006D1CB9">
        <w:rPr>
          <w:rFonts w:ascii="Arial" w:hAnsi="Arial" w:cs="Arial"/>
          <w:sz w:val="28"/>
          <w:szCs w:val="28"/>
        </w:rPr>
        <w:t>объединённые</w:t>
      </w:r>
      <w:proofErr w:type="gramEnd"/>
      <w:r w:rsidR="005575E8" w:rsidRPr="006D1CB9">
        <w:rPr>
          <w:rFonts w:ascii="Arial" w:hAnsi="Arial" w:cs="Arial"/>
          <w:sz w:val="28"/>
          <w:szCs w:val="28"/>
        </w:rPr>
        <w:t xml:space="preserve"> одним стилем;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определять шрифт как графический рисунок начертания букв, объединённых общим стилем, отвечающий законам</w:t>
      </w:r>
      <w:r w:rsidR="005A0217" w:rsidRPr="006D1CB9">
        <w:rPr>
          <w:rFonts w:ascii="Arial" w:hAnsi="Arial" w:cs="Arial"/>
          <w:sz w:val="28"/>
          <w:szCs w:val="28"/>
        </w:rPr>
        <w:t xml:space="preserve"> ху</w:t>
      </w:r>
      <w:r w:rsidR="005575E8" w:rsidRPr="006D1CB9">
        <w:rPr>
          <w:rFonts w:ascii="Arial" w:hAnsi="Arial" w:cs="Arial"/>
          <w:sz w:val="28"/>
          <w:szCs w:val="28"/>
        </w:rPr>
        <w:t xml:space="preserve">дожественной композиции;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соотносить особенности ст</w:t>
      </w:r>
      <w:r w:rsidR="005A0217" w:rsidRPr="006D1CB9">
        <w:rPr>
          <w:rFonts w:ascii="Arial" w:hAnsi="Arial" w:cs="Arial"/>
          <w:sz w:val="28"/>
          <w:szCs w:val="28"/>
        </w:rPr>
        <w:t>илизации рисунка шрифта и содер</w:t>
      </w:r>
      <w:r w:rsidR="005575E8" w:rsidRPr="006D1CB9">
        <w:rPr>
          <w:rFonts w:ascii="Arial" w:hAnsi="Arial" w:cs="Arial"/>
          <w:sz w:val="28"/>
          <w:szCs w:val="28"/>
        </w:rPr>
        <w:t xml:space="preserve">жание текста; различать </w:t>
      </w:r>
      <w:r w:rsidR="005A0217" w:rsidRPr="006D1CB9">
        <w:rPr>
          <w:rFonts w:ascii="Arial" w:hAnsi="Arial" w:cs="Arial"/>
          <w:sz w:val="28"/>
          <w:szCs w:val="28"/>
        </w:rPr>
        <w:t>«архитектуру» шрифта и особенно</w:t>
      </w:r>
      <w:r w:rsidR="005575E8" w:rsidRPr="006D1CB9">
        <w:rPr>
          <w:rFonts w:ascii="Arial" w:hAnsi="Arial" w:cs="Arial"/>
          <w:sz w:val="28"/>
          <w:szCs w:val="28"/>
        </w:rPr>
        <w:t>сти шрифтовых гарнитур;</w:t>
      </w:r>
      <w:r w:rsidR="005A0217" w:rsidRPr="006D1CB9">
        <w:rPr>
          <w:rFonts w:ascii="Arial" w:hAnsi="Arial" w:cs="Arial"/>
          <w:sz w:val="28"/>
          <w:szCs w:val="28"/>
        </w:rPr>
        <w:t xml:space="preserve"> иметь опыт творческого воплоще</w:t>
      </w:r>
      <w:r w:rsidR="005575E8" w:rsidRPr="006D1CB9">
        <w:rPr>
          <w:rFonts w:ascii="Arial" w:hAnsi="Arial" w:cs="Arial"/>
          <w:sz w:val="28"/>
          <w:szCs w:val="28"/>
        </w:rPr>
        <w:t xml:space="preserve">ния шрифтовой композиции (буквицы);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 xml:space="preserve">применять печатное слово, типографскую строку в качестве элементов графической композиции;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функции логотипа как представительского знака, эмблемы, торговой марки; различать шрифтовой и знаковый виды логотипа; иметь практический опыт разработки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лого_типа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на выбранную тему;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приобрести творческий о</w:t>
      </w:r>
      <w:r w:rsidR="005A0217" w:rsidRPr="006D1CB9">
        <w:rPr>
          <w:rFonts w:ascii="Arial" w:hAnsi="Arial" w:cs="Arial"/>
          <w:sz w:val="28"/>
          <w:szCs w:val="28"/>
        </w:rPr>
        <w:t>пыт построения композиции плака</w:t>
      </w:r>
      <w:r w:rsidR="005575E8" w:rsidRPr="006D1CB9">
        <w:rPr>
          <w:rFonts w:ascii="Arial" w:hAnsi="Arial" w:cs="Arial"/>
          <w:sz w:val="28"/>
          <w:szCs w:val="28"/>
        </w:rPr>
        <w:t>та, поздравительной откры</w:t>
      </w:r>
      <w:r w:rsidR="005A0217" w:rsidRPr="006D1CB9">
        <w:rPr>
          <w:rFonts w:ascii="Arial" w:hAnsi="Arial" w:cs="Arial"/>
          <w:sz w:val="28"/>
          <w:szCs w:val="28"/>
        </w:rPr>
        <w:t>тки или рекламы на основе соеди</w:t>
      </w:r>
      <w:r w:rsidR="005575E8" w:rsidRPr="006D1CB9">
        <w:rPr>
          <w:rFonts w:ascii="Arial" w:hAnsi="Arial" w:cs="Arial"/>
          <w:sz w:val="28"/>
          <w:szCs w:val="28"/>
        </w:rPr>
        <w:t xml:space="preserve">нения текста и изображения;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об искусстве конструирования книги, дизайне журнала; иметь практический творческий опыт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об_разного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построения книжного и журнального разворотов в  качестве графических композиций. </w:t>
      </w:r>
      <w:proofErr w:type="gramEnd"/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</w:p>
    <w:p w:rsidR="00737FC4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Социальное значение дизайна и архитектуры как среды жизни человека: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построения о</w:t>
      </w:r>
      <w:r w:rsidR="005A0217" w:rsidRPr="006D1CB9">
        <w:rPr>
          <w:rFonts w:ascii="Arial" w:hAnsi="Arial" w:cs="Arial"/>
          <w:sz w:val="28"/>
          <w:szCs w:val="28"/>
        </w:rPr>
        <w:t>бъёмно-пространственной компози</w:t>
      </w:r>
      <w:r w:rsidR="005575E8" w:rsidRPr="006D1CB9">
        <w:rPr>
          <w:rFonts w:ascii="Arial" w:hAnsi="Arial" w:cs="Arial"/>
          <w:sz w:val="28"/>
          <w:szCs w:val="28"/>
        </w:rPr>
        <w:t xml:space="preserve">ции как макета архитектурного пространства в реальной жизни;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выполнять построение макета пространственно-объёмной композиции по его чертежу;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выявлять структуру разли</w:t>
      </w:r>
      <w:r w:rsidR="005A0217" w:rsidRPr="006D1CB9">
        <w:rPr>
          <w:rFonts w:ascii="Arial" w:hAnsi="Arial" w:cs="Arial"/>
          <w:sz w:val="28"/>
          <w:szCs w:val="28"/>
        </w:rPr>
        <w:t>чных типов зданий и характеризо</w:t>
      </w:r>
      <w:r w:rsidR="005575E8" w:rsidRPr="006D1CB9">
        <w:rPr>
          <w:rFonts w:ascii="Arial" w:hAnsi="Arial" w:cs="Arial"/>
          <w:sz w:val="28"/>
          <w:szCs w:val="28"/>
        </w:rPr>
        <w:t xml:space="preserve">вать влияние объёмов и их сочетаний на образный характер постройки и её влияние на организацию жизнедеятельности людей;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 роли строительно</w:t>
      </w:r>
      <w:r w:rsidR="005A0217" w:rsidRPr="006D1CB9">
        <w:rPr>
          <w:rFonts w:ascii="Arial" w:hAnsi="Arial" w:cs="Arial"/>
          <w:sz w:val="28"/>
          <w:szCs w:val="28"/>
        </w:rPr>
        <w:t>го материала в эволюции архитек</w:t>
      </w:r>
      <w:r w:rsidR="005575E8" w:rsidRPr="006D1CB9">
        <w:rPr>
          <w:rFonts w:ascii="Arial" w:hAnsi="Arial" w:cs="Arial"/>
          <w:sz w:val="28"/>
          <w:szCs w:val="28"/>
        </w:rPr>
        <w:t>турных конструкций и из</w:t>
      </w:r>
      <w:r w:rsidR="005A0217" w:rsidRPr="006D1CB9">
        <w:rPr>
          <w:rFonts w:ascii="Arial" w:hAnsi="Arial" w:cs="Arial"/>
          <w:sz w:val="28"/>
          <w:szCs w:val="28"/>
        </w:rPr>
        <w:t>менении облика архитектурных со</w:t>
      </w:r>
      <w:r w:rsidR="005575E8" w:rsidRPr="006D1CB9">
        <w:rPr>
          <w:rFonts w:ascii="Arial" w:hAnsi="Arial" w:cs="Arial"/>
          <w:sz w:val="28"/>
          <w:szCs w:val="28"/>
        </w:rPr>
        <w:t xml:space="preserve">оружений;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представление, как</w:t>
      </w:r>
      <w:r w:rsidR="005A0217" w:rsidRPr="006D1CB9">
        <w:rPr>
          <w:rFonts w:ascii="Arial" w:hAnsi="Arial" w:cs="Arial"/>
          <w:sz w:val="28"/>
          <w:szCs w:val="28"/>
        </w:rPr>
        <w:t xml:space="preserve"> в архитектуре проявляются миро</w:t>
      </w:r>
      <w:r w:rsidR="005575E8" w:rsidRPr="006D1CB9">
        <w:rPr>
          <w:rFonts w:ascii="Arial" w:hAnsi="Arial" w:cs="Arial"/>
          <w:sz w:val="28"/>
          <w:szCs w:val="28"/>
        </w:rPr>
        <w:t>воззренческие изменения в жизни общества</w:t>
      </w:r>
      <w:r w:rsidRPr="006D1CB9">
        <w:rPr>
          <w:rFonts w:ascii="Arial" w:hAnsi="Arial" w:cs="Arial"/>
          <w:sz w:val="28"/>
          <w:szCs w:val="28"/>
        </w:rPr>
        <w:t>,</w:t>
      </w:r>
      <w:r w:rsidR="005575E8" w:rsidRPr="006D1CB9">
        <w:rPr>
          <w:rFonts w:ascii="Arial" w:hAnsi="Arial" w:cs="Arial"/>
          <w:sz w:val="28"/>
          <w:szCs w:val="28"/>
        </w:rPr>
        <w:t xml:space="preserve"> и как изменение архитектуры влияет на </w:t>
      </w:r>
      <w:r w:rsidR="005A0217" w:rsidRPr="006D1CB9">
        <w:rPr>
          <w:rFonts w:ascii="Arial" w:hAnsi="Arial" w:cs="Arial"/>
          <w:sz w:val="28"/>
          <w:szCs w:val="28"/>
        </w:rPr>
        <w:t>характер организации и жизнедея</w:t>
      </w:r>
      <w:r w:rsidR="005575E8" w:rsidRPr="006D1CB9">
        <w:rPr>
          <w:rFonts w:ascii="Arial" w:hAnsi="Arial" w:cs="Arial"/>
          <w:sz w:val="28"/>
          <w:szCs w:val="28"/>
        </w:rPr>
        <w:t xml:space="preserve">тельности людей; </w:t>
      </w:r>
    </w:p>
    <w:p w:rsidR="00737FC4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>иметь знания и опыт изоб</w:t>
      </w:r>
      <w:r w:rsidRPr="006D1CB9">
        <w:rPr>
          <w:rFonts w:ascii="Arial" w:hAnsi="Arial" w:cs="Arial"/>
          <w:sz w:val="28"/>
          <w:szCs w:val="28"/>
        </w:rPr>
        <w:t>ражения особенностей архитектур</w:t>
      </w:r>
      <w:r w:rsidR="005575E8" w:rsidRPr="006D1CB9">
        <w:rPr>
          <w:rFonts w:ascii="Arial" w:hAnsi="Arial" w:cs="Arial"/>
          <w:sz w:val="28"/>
          <w:szCs w:val="28"/>
        </w:rPr>
        <w:t>но-художественных стил</w:t>
      </w:r>
      <w:r w:rsidRPr="006D1CB9">
        <w:rPr>
          <w:rFonts w:ascii="Arial" w:hAnsi="Arial" w:cs="Arial"/>
          <w:sz w:val="28"/>
          <w:szCs w:val="28"/>
        </w:rPr>
        <w:t>ей разных эпох, выраженных в по</w:t>
      </w:r>
      <w:r w:rsidR="005575E8" w:rsidRPr="006D1CB9">
        <w:rPr>
          <w:rFonts w:ascii="Arial" w:hAnsi="Arial" w:cs="Arial"/>
          <w:sz w:val="28"/>
          <w:szCs w:val="28"/>
        </w:rPr>
        <w:t xml:space="preserve">стройках общественных зданий, храмовой архитектуре и частном строительстве, в организации городской среды; </w:t>
      </w:r>
    </w:p>
    <w:p w:rsidR="00EB2D56" w:rsidRPr="006D1CB9" w:rsidRDefault="00737FC4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характеризовать архитек</w:t>
      </w:r>
      <w:r w:rsidR="005A0217" w:rsidRPr="006D1CB9">
        <w:rPr>
          <w:rFonts w:ascii="Arial" w:hAnsi="Arial" w:cs="Arial"/>
          <w:sz w:val="28"/>
          <w:szCs w:val="28"/>
        </w:rPr>
        <w:t>турные и градостроительные изме</w:t>
      </w:r>
      <w:r w:rsidR="005575E8" w:rsidRPr="006D1CB9">
        <w:rPr>
          <w:rFonts w:ascii="Arial" w:hAnsi="Arial" w:cs="Arial"/>
          <w:sz w:val="28"/>
          <w:szCs w:val="28"/>
        </w:rPr>
        <w:t>нения в культуре новейшего времени, современный уровень развития технологий и мат</w:t>
      </w:r>
      <w:r w:rsidR="005A0217" w:rsidRPr="006D1CB9">
        <w:rPr>
          <w:rFonts w:ascii="Arial" w:hAnsi="Arial" w:cs="Arial"/>
          <w:sz w:val="28"/>
          <w:szCs w:val="28"/>
        </w:rPr>
        <w:t>ериалов; рассуждать о социокуль</w:t>
      </w:r>
      <w:r w:rsidR="005575E8" w:rsidRPr="006D1CB9">
        <w:rPr>
          <w:rFonts w:ascii="Arial" w:hAnsi="Arial" w:cs="Arial"/>
          <w:sz w:val="28"/>
          <w:szCs w:val="28"/>
        </w:rPr>
        <w:t xml:space="preserve">турных противоречиях </w:t>
      </w:r>
      <w:r w:rsidR="005A0217" w:rsidRPr="006D1CB9">
        <w:rPr>
          <w:rFonts w:ascii="Arial" w:hAnsi="Arial" w:cs="Arial"/>
          <w:sz w:val="28"/>
          <w:szCs w:val="28"/>
        </w:rPr>
        <w:t>в организации современной город</w:t>
      </w:r>
      <w:r w:rsidR="005575E8" w:rsidRPr="006D1CB9">
        <w:rPr>
          <w:rFonts w:ascii="Arial" w:hAnsi="Arial" w:cs="Arial"/>
          <w:sz w:val="28"/>
          <w:szCs w:val="28"/>
        </w:rPr>
        <w:t xml:space="preserve">ской среды и поисках путей их преодоления;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 значении сохранения исторического облика города для современной жизни, </w:t>
      </w:r>
      <w:r w:rsidR="005A0217" w:rsidRPr="006D1CB9">
        <w:rPr>
          <w:rFonts w:ascii="Arial" w:hAnsi="Arial" w:cs="Arial"/>
          <w:sz w:val="28"/>
          <w:szCs w:val="28"/>
        </w:rPr>
        <w:t>сохранения архитектурного насле</w:t>
      </w:r>
      <w:r w:rsidR="005575E8" w:rsidRPr="006D1CB9">
        <w:rPr>
          <w:rFonts w:ascii="Arial" w:hAnsi="Arial" w:cs="Arial"/>
          <w:sz w:val="28"/>
          <w:szCs w:val="28"/>
        </w:rPr>
        <w:t>дия как важнейшего фак</w:t>
      </w:r>
      <w:r w:rsidR="005A0217" w:rsidRPr="006D1CB9">
        <w:rPr>
          <w:rFonts w:ascii="Arial" w:hAnsi="Arial" w:cs="Arial"/>
          <w:sz w:val="28"/>
          <w:szCs w:val="28"/>
        </w:rPr>
        <w:t>тора исторической памяти и пони</w:t>
      </w:r>
      <w:r w:rsidR="005575E8" w:rsidRPr="006D1CB9">
        <w:rPr>
          <w:rFonts w:ascii="Arial" w:hAnsi="Arial" w:cs="Arial"/>
          <w:sz w:val="28"/>
          <w:szCs w:val="28"/>
        </w:rPr>
        <w:t>мания своей идентичности; 6 определять понятие «городс</w:t>
      </w:r>
      <w:r w:rsidR="005A0217" w:rsidRPr="006D1CB9">
        <w:rPr>
          <w:rFonts w:ascii="Arial" w:hAnsi="Arial" w:cs="Arial"/>
          <w:sz w:val="28"/>
          <w:szCs w:val="28"/>
        </w:rPr>
        <w:t>кая среда»; рассматривать и объ</w:t>
      </w:r>
      <w:r w:rsidR="005575E8" w:rsidRPr="006D1CB9">
        <w:rPr>
          <w:rFonts w:ascii="Arial" w:hAnsi="Arial" w:cs="Arial"/>
          <w:sz w:val="28"/>
          <w:szCs w:val="28"/>
        </w:rPr>
        <w:t xml:space="preserve">яснять планировку города как способ организации образа жизни людей;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различные виды планировки города; иметь опыт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раз_работки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построения городского пространства в виде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макет_ной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или графической схемы;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характеризовать эстетичес</w:t>
      </w:r>
      <w:r w:rsidRPr="006D1CB9">
        <w:rPr>
          <w:rFonts w:ascii="Arial" w:hAnsi="Arial" w:cs="Arial"/>
          <w:sz w:val="28"/>
          <w:szCs w:val="28"/>
        </w:rPr>
        <w:t>кое и экологическое взаимное со</w:t>
      </w:r>
      <w:r w:rsidR="005575E8" w:rsidRPr="006D1CB9">
        <w:rPr>
          <w:rFonts w:ascii="Arial" w:hAnsi="Arial" w:cs="Arial"/>
          <w:sz w:val="28"/>
          <w:szCs w:val="28"/>
        </w:rPr>
        <w:t xml:space="preserve">существование природы </w:t>
      </w:r>
      <w:r w:rsidR="005A0217" w:rsidRPr="006D1CB9">
        <w:rPr>
          <w:rFonts w:ascii="Arial" w:hAnsi="Arial" w:cs="Arial"/>
          <w:sz w:val="28"/>
          <w:szCs w:val="28"/>
        </w:rPr>
        <w:t>и архитектуры; иметь представле</w:t>
      </w:r>
      <w:r w:rsidR="005575E8" w:rsidRPr="006D1CB9">
        <w:rPr>
          <w:rFonts w:ascii="Arial" w:hAnsi="Arial" w:cs="Arial"/>
          <w:sz w:val="28"/>
          <w:szCs w:val="28"/>
        </w:rPr>
        <w:t>ние о традициях ландша</w:t>
      </w:r>
      <w:r w:rsidR="005A0217" w:rsidRPr="006D1CB9">
        <w:rPr>
          <w:rFonts w:ascii="Arial" w:hAnsi="Arial" w:cs="Arial"/>
          <w:sz w:val="28"/>
          <w:szCs w:val="28"/>
        </w:rPr>
        <w:t>фтно-парковой архитектуры и шко</w:t>
      </w:r>
      <w:r w:rsidR="005575E8" w:rsidRPr="006D1CB9">
        <w:rPr>
          <w:rFonts w:ascii="Arial" w:hAnsi="Arial" w:cs="Arial"/>
          <w:sz w:val="28"/>
          <w:szCs w:val="28"/>
        </w:rPr>
        <w:t xml:space="preserve">лах ландшафтного дизайна;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роль малой арх</w:t>
      </w:r>
      <w:r w:rsidR="005A0217" w:rsidRPr="006D1CB9">
        <w:rPr>
          <w:rFonts w:ascii="Arial" w:hAnsi="Arial" w:cs="Arial"/>
          <w:sz w:val="28"/>
          <w:szCs w:val="28"/>
        </w:rPr>
        <w:t>итектуры и архитектурного дизай</w:t>
      </w:r>
      <w:r w:rsidR="005575E8" w:rsidRPr="006D1CB9">
        <w:rPr>
          <w:rFonts w:ascii="Arial" w:hAnsi="Arial" w:cs="Arial"/>
          <w:sz w:val="28"/>
          <w:szCs w:val="28"/>
        </w:rPr>
        <w:t xml:space="preserve">на в установке связи между человеком и архитектурой, в «проживании» городского пространства;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</w:t>
      </w:r>
      <w:r w:rsidR="005A0217" w:rsidRPr="006D1CB9">
        <w:rPr>
          <w:rFonts w:ascii="Arial" w:hAnsi="Arial" w:cs="Arial"/>
          <w:sz w:val="28"/>
          <w:szCs w:val="28"/>
        </w:rPr>
        <w:t>задачах соотношения функциональ</w:t>
      </w:r>
      <w:r w:rsidR="005575E8" w:rsidRPr="006D1CB9">
        <w:rPr>
          <w:rFonts w:ascii="Arial" w:hAnsi="Arial" w:cs="Arial"/>
          <w:sz w:val="28"/>
          <w:szCs w:val="28"/>
        </w:rPr>
        <w:t>ного и образного в постр</w:t>
      </w:r>
      <w:r w:rsidR="005A0217" w:rsidRPr="006D1CB9">
        <w:rPr>
          <w:rFonts w:ascii="Arial" w:hAnsi="Arial" w:cs="Arial"/>
          <w:sz w:val="28"/>
          <w:szCs w:val="28"/>
        </w:rPr>
        <w:t>оении формы предметов, создавае</w:t>
      </w:r>
      <w:r w:rsidR="005575E8" w:rsidRPr="006D1CB9">
        <w:rPr>
          <w:rFonts w:ascii="Arial" w:hAnsi="Arial" w:cs="Arial"/>
          <w:sz w:val="28"/>
          <w:szCs w:val="28"/>
        </w:rPr>
        <w:t>мых людьми; видеть об</w:t>
      </w:r>
      <w:r w:rsidR="005A0217" w:rsidRPr="006D1CB9">
        <w:rPr>
          <w:rFonts w:ascii="Arial" w:hAnsi="Arial" w:cs="Arial"/>
          <w:sz w:val="28"/>
          <w:szCs w:val="28"/>
        </w:rPr>
        <w:t>раз времени и характер жизнедея</w:t>
      </w:r>
      <w:r w:rsidR="005575E8" w:rsidRPr="006D1CB9">
        <w:rPr>
          <w:rFonts w:ascii="Arial" w:hAnsi="Arial" w:cs="Arial"/>
          <w:sz w:val="28"/>
          <w:szCs w:val="28"/>
        </w:rPr>
        <w:t xml:space="preserve">тельности человека в предметах его быта;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объяснять, в чём заключа</w:t>
      </w:r>
      <w:r w:rsidRPr="006D1CB9">
        <w:rPr>
          <w:rFonts w:ascii="Arial" w:hAnsi="Arial" w:cs="Arial"/>
          <w:sz w:val="28"/>
          <w:szCs w:val="28"/>
        </w:rPr>
        <w:t>ется взаимосвязь формы и матери</w:t>
      </w:r>
      <w:r w:rsidR="005575E8" w:rsidRPr="006D1CB9">
        <w:rPr>
          <w:rFonts w:ascii="Arial" w:hAnsi="Arial" w:cs="Arial"/>
          <w:sz w:val="28"/>
          <w:szCs w:val="28"/>
        </w:rPr>
        <w:t>ала при построении предметного мира; объяснять характер влияния цвета на восприя</w:t>
      </w:r>
      <w:r w:rsidR="005A0217" w:rsidRPr="006D1CB9">
        <w:rPr>
          <w:rFonts w:ascii="Arial" w:hAnsi="Arial" w:cs="Arial"/>
          <w:sz w:val="28"/>
          <w:szCs w:val="28"/>
        </w:rPr>
        <w:t>тие человеком формы объектов ар</w:t>
      </w:r>
      <w:r w:rsidR="005575E8" w:rsidRPr="006D1CB9">
        <w:rPr>
          <w:rFonts w:ascii="Arial" w:hAnsi="Arial" w:cs="Arial"/>
          <w:sz w:val="28"/>
          <w:szCs w:val="28"/>
        </w:rPr>
        <w:t xml:space="preserve">хитектуры и дизайна;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творческого </w:t>
      </w:r>
      <w:r w:rsidR="005A0217" w:rsidRPr="006D1CB9">
        <w:rPr>
          <w:rFonts w:ascii="Arial" w:hAnsi="Arial" w:cs="Arial"/>
          <w:sz w:val="28"/>
          <w:szCs w:val="28"/>
        </w:rPr>
        <w:t>проектирования интерьерного про</w:t>
      </w:r>
      <w:r w:rsidR="005575E8" w:rsidRPr="006D1CB9">
        <w:rPr>
          <w:rFonts w:ascii="Arial" w:hAnsi="Arial" w:cs="Arial"/>
          <w:sz w:val="28"/>
          <w:szCs w:val="28"/>
        </w:rPr>
        <w:t xml:space="preserve">странства для конкретных задач жизнедеятельности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чело_века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объяснять, как в одежде проявляются характер человека, его ценностные позиции и кон</w:t>
      </w:r>
      <w:r w:rsidR="005A0217" w:rsidRPr="006D1CB9">
        <w:rPr>
          <w:rFonts w:ascii="Arial" w:hAnsi="Arial" w:cs="Arial"/>
          <w:sz w:val="28"/>
          <w:szCs w:val="28"/>
        </w:rPr>
        <w:t>кретные намерения действий; объ</w:t>
      </w:r>
      <w:r w:rsidR="005575E8" w:rsidRPr="006D1CB9">
        <w:rPr>
          <w:rFonts w:ascii="Arial" w:hAnsi="Arial" w:cs="Arial"/>
          <w:sz w:val="28"/>
          <w:szCs w:val="28"/>
        </w:rPr>
        <w:t xml:space="preserve">яснять, что такое стиль в одежде;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об истории костюма в истории разных эпох; характеризовать понятие моды в одежде; объяснять, как в одежде проявляются социальный статус человека, его ценностные ориентации, м</w:t>
      </w:r>
      <w:r w:rsidR="005A0217" w:rsidRPr="006D1CB9">
        <w:rPr>
          <w:rFonts w:ascii="Arial" w:hAnsi="Arial" w:cs="Arial"/>
          <w:sz w:val="28"/>
          <w:szCs w:val="28"/>
        </w:rPr>
        <w:t>ировоззренческие идеалы и харак</w:t>
      </w:r>
      <w:r w:rsidR="005575E8" w:rsidRPr="006D1CB9">
        <w:rPr>
          <w:rFonts w:ascii="Arial" w:hAnsi="Arial" w:cs="Arial"/>
          <w:sz w:val="28"/>
          <w:szCs w:val="28"/>
        </w:rPr>
        <w:t xml:space="preserve">тер деятельности;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конструкции костюма и применении законов композиции в проектировании одежды, ансамбле в костюме;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выполнения практических творческих эскизов по теме «Дизайн современн</w:t>
      </w:r>
      <w:r w:rsidR="005A0217" w:rsidRPr="006D1CB9">
        <w:rPr>
          <w:rFonts w:ascii="Arial" w:hAnsi="Arial" w:cs="Arial"/>
          <w:sz w:val="28"/>
          <w:szCs w:val="28"/>
        </w:rPr>
        <w:t>ой одежды», создания эскизов мо</w:t>
      </w:r>
      <w:r w:rsidR="005575E8" w:rsidRPr="006D1CB9">
        <w:rPr>
          <w:rFonts w:ascii="Arial" w:hAnsi="Arial" w:cs="Arial"/>
          <w:sz w:val="28"/>
          <w:szCs w:val="28"/>
        </w:rPr>
        <w:t xml:space="preserve">лодёжной одежды для </w:t>
      </w:r>
      <w:r w:rsidR="005A0217" w:rsidRPr="006D1CB9">
        <w:rPr>
          <w:rFonts w:ascii="Arial" w:hAnsi="Arial" w:cs="Arial"/>
          <w:sz w:val="28"/>
          <w:szCs w:val="28"/>
        </w:rPr>
        <w:t>разных жизненных задач (спортив</w:t>
      </w:r>
      <w:r w:rsidR="005575E8" w:rsidRPr="006D1CB9">
        <w:rPr>
          <w:rFonts w:ascii="Arial" w:hAnsi="Arial" w:cs="Arial"/>
          <w:sz w:val="28"/>
          <w:szCs w:val="28"/>
        </w:rPr>
        <w:t xml:space="preserve">ной, праздничной, повседневной и др.);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различать задачи искусства театрального грима и бытового макияжа; иметь представление об </w:t>
      </w:r>
      <w:proofErr w:type="gramStart"/>
      <w:r w:rsidR="005575E8" w:rsidRPr="006D1CB9">
        <w:rPr>
          <w:rFonts w:ascii="Arial" w:hAnsi="Arial" w:cs="Arial"/>
          <w:sz w:val="28"/>
          <w:szCs w:val="28"/>
        </w:rPr>
        <w:t>имидж-дизайне</w:t>
      </w:r>
      <w:proofErr w:type="gramEnd"/>
      <w:r w:rsidR="005575E8" w:rsidRPr="006D1CB9">
        <w:rPr>
          <w:rFonts w:ascii="Arial" w:hAnsi="Arial" w:cs="Arial"/>
          <w:sz w:val="28"/>
          <w:szCs w:val="28"/>
        </w:rPr>
        <w:t xml:space="preserve">, его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зада_чах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и социальном бытовании; иметь опыт создания эскизов для макияжа театральных образов и опыт бытового мак</w:t>
      </w:r>
      <w:r w:rsidR="005A0217" w:rsidRPr="006D1CB9">
        <w:rPr>
          <w:rFonts w:ascii="Arial" w:hAnsi="Arial" w:cs="Arial"/>
          <w:sz w:val="28"/>
          <w:szCs w:val="28"/>
        </w:rPr>
        <w:t>ия</w:t>
      </w:r>
      <w:r w:rsidR="005575E8" w:rsidRPr="006D1CB9">
        <w:rPr>
          <w:rFonts w:ascii="Arial" w:hAnsi="Arial" w:cs="Arial"/>
          <w:sz w:val="28"/>
          <w:szCs w:val="28"/>
        </w:rPr>
        <w:t>жа; определять эстетичес</w:t>
      </w:r>
      <w:r w:rsidR="005A0217" w:rsidRPr="006D1CB9">
        <w:rPr>
          <w:rFonts w:ascii="Arial" w:hAnsi="Arial" w:cs="Arial"/>
          <w:sz w:val="28"/>
          <w:szCs w:val="28"/>
        </w:rPr>
        <w:t>кие и этические границы применения макияжа и стилистики причёс</w:t>
      </w:r>
      <w:r w:rsidR="005575E8" w:rsidRPr="006D1CB9">
        <w:rPr>
          <w:rFonts w:ascii="Arial" w:hAnsi="Arial" w:cs="Arial"/>
          <w:sz w:val="28"/>
          <w:szCs w:val="28"/>
        </w:rPr>
        <w:t xml:space="preserve">ки в повседневном быту.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</w:p>
    <w:p w:rsidR="00EB2D56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Модуль № 4 «Изображение в синтетических, экранных видах искусства и художественная фотография» (вариативный):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 синтетической природе </w:t>
      </w:r>
      <w:r w:rsidRPr="006D1CB9">
        <w:rPr>
          <w:rFonts w:ascii="Arial" w:hAnsi="Arial" w:cs="Arial"/>
          <w:sz w:val="28"/>
          <w:szCs w:val="28"/>
        </w:rPr>
        <w:t>–</w:t>
      </w:r>
      <w:r w:rsidR="005575E8" w:rsidRPr="006D1CB9">
        <w:rPr>
          <w:rFonts w:ascii="Arial" w:hAnsi="Arial" w:cs="Arial"/>
          <w:sz w:val="28"/>
          <w:szCs w:val="28"/>
        </w:rPr>
        <w:t xml:space="preserve"> коллективности творческого процесса в синтетических</w:t>
      </w:r>
      <w:r w:rsidR="005A0217" w:rsidRPr="006D1CB9">
        <w:rPr>
          <w:rFonts w:ascii="Arial" w:hAnsi="Arial" w:cs="Arial"/>
          <w:sz w:val="28"/>
          <w:szCs w:val="28"/>
        </w:rPr>
        <w:t xml:space="preserve"> искусствах, синтезирующих выра</w:t>
      </w:r>
      <w:r w:rsidR="005575E8" w:rsidRPr="006D1CB9">
        <w:rPr>
          <w:rFonts w:ascii="Arial" w:hAnsi="Arial" w:cs="Arial"/>
          <w:sz w:val="28"/>
          <w:szCs w:val="28"/>
        </w:rPr>
        <w:t xml:space="preserve">зительные средства разных видов художественного творчества;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 и характеризоват</w:t>
      </w:r>
      <w:r w:rsidR="005A0217" w:rsidRPr="006D1CB9">
        <w:rPr>
          <w:rFonts w:ascii="Arial" w:hAnsi="Arial" w:cs="Arial"/>
          <w:sz w:val="28"/>
          <w:szCs w:val="28"/>
        </w:rPr>
        <w:t>ь роль визуального образа в син</w:t>
      </w:r>
      <w:r w:rsidR="005575E8" w:rsidRPr="006D1CB9">
        <w:rPr>
          <w:rFonts w:ascii="Arial" w:hAnsi="Arial" w:cs="Arial"/>
          <w:sz w:val="28"/>
          <w:szCs w:val="28"/>
        </w:rPr>
        <w:t xml:space="preserve">тетических искусствах;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влия</w:t>
      </w:r>
      <w:r w:rsidR="005A0217" w:rsidRPr="006D1CB9">
        <w:rPr>
          <w:rFonts w:ascii="Arial" w:hAnsi="Arial" w:cs="Arial"/>
          <w:sz w:val="28"/>
          <w:szCs w:val="28"/>
        </w:rPr>
        <w:t>нии развития технологий на по</w:t>
      </w:r>
      <w:r w:rsidR="005575E8" w:rsidRPr="006D1CB9">
        <w:rPr>
          <w:rFonts w:ascii="Arial" w:hAnsi="Arial" w:cs="Arial"/>
          <w:sz w:val="28"/>
          <w:szCs w:val="28"/>
        </w:rPr>
        <w:t xml:space="preserve">явление новых видов художественного творчества и их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раз_витии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параллельно с традиционными видами искусства. </w:t>
      </w:r>
    </w:p>
    <w:p w:rsidR="00EB2D56" w:rsidRPr="006D1CB9" w:rsidRDefault="005575E8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 xml:space="preserve">Художник и искусство театра: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об истории развития театра и жанровом многообразии театральных представлений;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 роли художника</w:t>
      </w:r>
      <w:r w:rsidR="005A0217" w:rsidRPr="006D1CB9">
        <w:rPr>
          <w:rFonts w:ascii="Arial" w:hAnsi="Arial" w:cs="Arial"/>
          <w:sz w:val="28"/>
          <w:szCs w:val="28"/>
        </w:rPr>
        <w:t xml:space="preserve"> и видах профессиональной худож</w:t>
      </w:r>
      <w:r w:rsidR="005575E8" w:rsidRPr="006D1CB9">
        <w:rPr>
          <w:rFonts w:ascii="Arial" w:hAnsi="Arial" w:cs="Arial"/>
          <w:sz w:val="28"/>
          <w:szCs w:val="28"/>
        </w:rPr>
        <w:t xml:space="preserve">нической деятельности в современном театре;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сц</w:t>
      </w:r>
      <w:r w:rsidR="005A0217" w:rsidRPr="006D1CB9">
        <w:rPr>
          <w:rFonts w:ascii="Arial" w:hAnsi="Arial" w:cs="Arial"/>
          <w:sz w:val="28"/>
          <w:szCs w:val="28"/>
        </w:rPr>
        <w:t>енографии и символическом харак</w:t>
      </w:r>
      <w:r w:rsidR="005575E8" w:rsidRPr="006D1CB9">
        <w:rPr>
          <w:rFonts w:ascii="Arial" w:hAnsi="Arial" w:cs="Arial"/>
          <w:sz w:val="28"/>
          <w:szCs w:val="28"/>
        </w:rPr>
        <w:t xml:space="preserve">тере сценического образа;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 различие между</w:t>
      </w:r>
      <w:r w:rsidR="005A0217" w:rsidRPr="006D1CB9">
        <w:rPr>
          <w:rFonts w:ascii="Arial" w:hAnsi="Arial" w:cs="Arial"/>
          <w:sz w:val="28"/>
          <w:szCs w:val="28"/>
        </w:rPr>
        <w:t xml:space="preserve"> бытовым костюмом в жизни и сце</w:t>
      </w:r>
      <w:r w:rsidR="005575E8" w:rsidRPr="006D1CB9">
        <w:rPr>
          <w:rFonts w:ascii="Arial" w:hAnsi="Arial" w:cs="Arial"/>
          <w:sz w:val="28"/>
          <w:szCs w:val="28"/>
        </w:rPr>
        <w:t xml:space="preserve">ническим костюмом театрального персонажа, воплощающим характер героя и его эпоху в единстве всего стилистического образа спектакля;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т</w:t>
      </w:r>
      <w:r w:rsidR="005A0217" w:rsidRPr="006D1CB9">
        <w:rPr>
          <w:rFonts w:ascii="Arial" w:hAnsi="Arial" w:cs="Arial"/>
          <w:sz w:val="28"/>
          <w:szCs w:val="28"/>
        </w:rPr>
        <w:t>ворчестве наиболее известных ху</w:t>
      </w:r>
      <w:r w:rsidR="005575E8" w:rsidRPr="006D1CB9">
        <w:rPr>
          <w:rFonts w:ascii="Arial" w:hAnsi="Arial" w:cs="Arial"/>
          <w:sz w:val="28"/>
          <w:szCs w:val="28"/>
        </w:rPr>
        <w:t>дожников-постановщиков в истории отечест</w:t>
      </w:r>
      <w:r w:rsidR="005A0217" w:rsidRPr="006D1CB9">
        <w:rPr>
          <w:rFonts w:ascii="Arial" w:hAnsi="Arial" w:cs="Arial"/>
          <w:sz w:val="28"/>
          <w:szCs w:val="28"/>
        </w:rPr>
        <w:t>венного искус</w:t>
      </w:r>
      <w:r w:rsidR="005575E8" w:rsidRPr="006D1CB9">
        <w:rPr>
          <w:rFonts w:ascii="Arial" w:hAnsi="Arial" w:cs="Arial"/>
          <w:sz w:val="28"/>
          <w:szCs w:val="28"/>
        </w:rPr>
        <w:t>ства (эскизы костюмов и д</w:t>
      </w:r>
      <w:r w:rsidR="005A0217" w:rsidRPr="006D1CB9">
        <w:rPr>
          <w:rFonts w:ascii="Arial" w:hAnsi="Arial" w:cs="Arial"/>
          <w:sz w:val="28"/>
          <w:szCs w:val="28"/>
        </w:rPr>
        <w:t>екораций в творчестве К. Корови</w:t>
      </w:r>
      <w:r w:rsidR="005575E8" w:rsidRPr="006D1CB9">
        <w:rPr>
          <w:rFonts w:ascii="Arial" w:hAnsi="Arial" w:cs="Arial"/>
          <w:sz w:val="28"/>
          <w:szCs w:val="28"/>
        </w:rPr>
        <w:t>на, И. 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Билибина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, А.  Головина и др.);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практический опыт создания эскизов оформления спектакля по выбранной пьесе; уметь применять полученные знания при постановке школьного спектакля;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ведущую роль художника кукольного спектакля как соавтора режиссёра и актёра в процессе создания образа персонажа;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практический навык игрового одушевления куклы из простых бытовых предметов;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 необходимость зрительских зн</w:t>
      </w:r>
      <w:r w:rsidR="005A0217" w:rsidRPr="006D1CB9">
        <w:rPr>
          <w:rFonts w:ascii="Arial" w:hAnsi="Arial" w:cs="Arial"/>
          <w:sz w:val="28"/>
          <w:szCs w:val="28"/>
        </w:rPr>
        <w:t>аний и умений </w:t>
      </w:r>
      <w:r w:rsidRPr="006D1CB9">
        <w:rPr>
          <w:rFonts w:ascii="Arial" w:hAnsi="Arial" w:cs="Arial"/>
          <w:sz w:val="28"/>
          <w:szCs w:val="28"/>
        </w:rPr>
        <w:t>–</w:t>
      </w:r>
      <w:r w:rsidR="005A0217" w:rsidRPr="006D1CB9">
        <w:rPr>
          <w:rFonts w:ascii="Arial" w:hAnsi="Arial" w:cs="Arial"/>
          <w:sz w:val="28"/>
          <w:szCs w:val="28"/>
        </w:rPr>
        <w:t xml:space="preserve"> об</w:t>
      </w:r>
      <w:r w:rsidR="005575E8" w:rsidRPr="006D1CB9">
        <w:rPr>
          <w:rFonts w:ascii="Arial" w:hAnsi="Arial" w:cs="Arial"/>
          <w:sz w:val="28"/>
          <w:szCs w:val="28"/>
        </w:rPr>
        <w:t>ладания зрительской кул</w:t>
      </w:r>
      <w:r w:rsidR="005A0217" w:rsidRPr="006D1CB9">
        <w:rPr>
          <w:rFonts w:ascii="Arial" w:hAnsi="Arial" w:cs="Arial"/>
          <w:sz w:val="28"/>
          <w:szCs w:val="28"/>
        </w:rPr>
        <w:t>ьтурой для восприятия произведе</w:t>
      </w:r>
      <w:r w:rsidR="005575E8" w:rsidRPr="006D1CB9">
        <w:rPr>
          <w:rFonts w:ascii="Arial" w:hAnsi="Arial" w:cs="Arial"/>
          <w:sz w:val="28"/>
          <w:szCs w:val="28"/>
        </w:rPr>
        <w:t xml:space="preserve">ний художественного творчества и понимания их значения в интерпретации явлений жизни.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</w:p>
    <w:p w:rsidR="00EB2D56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Художественная фотография: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рождении и истории фотографии, о соотношении прогресса тех</w:t>
      </w:r>
      <w:r w:rsidR="005A0217" w:rsidRPr="006D1CB9">
        <w:rPr>
          <w:rFonts w:ascii="Arial" w:hAnsi="Arial" w:cs="Arial"/>
          <w:sz w:val="28"/>
          <w:szCs w:val="28"/>
        </w:rPr>
        <w:t>нологий и развитии искусства за</w:t>
      </w:r>
      <w:r w:rsidR="005575E8" w:rsidRPr="006D1CB9">
        <w:rPr>
          <w:rFonts w:ascii="Arial" w:hAnsi="Arial" w:cs="Arial"/>
          <w:sz w:val="28"/>
          <w:szCs w:val="28"/>
        </w:rPr>
        <w:t xml:space="preserve">печатления реальности в зримых образах;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объяснять понятия</w:t>
      </w:r>
      <w:r w:rsidR="005A0217" w:rsidRPr="006D1CB9">
        <w:rPr>
          <w:rFonts w:ascii="Arial" w:hAnsi="Arial" w:cs="Arial"/>
          <w:sz w:val="28"/>
          <w:szCs w:val="28"/>
        </w:rPr>
        <w:t xml:space="preserve"> «длительность экспозиции», «вы</w:t>
      </w:r>
      <w:r w:rsidR="005575E8" w:rsidRPr="006D1CB9">
        <w:rPr>
          <w:rFonts w:ascii="Arial" w:hAnsi="Arial" w:cs="Arial"/>
          <w:sz w:val="28"/>
          <w:szCs w:val="28"/>
        </w:rPr>
        <w:t xml:space="preserve">держка», «диафрагма»;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навыки фотографирования и обработки цифровых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фото_графий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с помощью компьютерных графических редакторов;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объяснять значение фотографий «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Родиноведения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» С.  М.  Прокудина-Горского для современных представлений об истории жизни в нашей стране;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различать и характе</w:t>
      </w:r>
      <w:r w:rsidR="005A0217" w:rsidRPr="006D1CB9">
        <w:rPr>
          <w:rFonts w:ascii="Arial" w:hAnsi="Arial" w:cs="Arial"/>
          <w:sz w:val="28"/>
          <w:szCs w:val="28"/>
        </w:rPr>
        <w:t>ризовать различные жанры художе</w:t>
      </w:r>
      <w:r w:rsidR="005575E8" w:rsidRPr="006D1CB9">
        <w:rPr>
          <w:rFonts w:ascii="Arial" w:hAnsi="Arial" w:cs="Arial"/>
          <w:sz w:val="28"/>
          <w:szCs w:val="28"/>
        </w:rPr>
        <w:t xml:space="preserve">ственной фотографии;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роль света как х</w:t>
      </w:r>
      <w:r w:rsidR="005A0217" w:rsidRPr="006D1CB9">
        <w:rPr>
          <w:rFonts w:ascii="Arial" w:hAnsi="Arial" w:cs="Arial"/>
          <w:sz w:val="28"/>
          <w:szCs w:val="28"/>
        </w:rPr>
        <w:t>удожественного средства в искус</w:t>
      </w:r>
      <w:r w:rsidR="005575E8" w:rsidRPr="006D1CB9">
        <w:rPr>
          <w:rFonts w:ascii="Arial" w:hAnsi="Arial" w:cs="Arial"/>
          <w:sz w:val="28"/>
          <w:szCs w:val="28"/>
        </w:rPr>
        <w:t xml:space="preserve">стве фотографии;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понимать, как в художественной фотографии проявляются средства выразительности изо</w:t>
      </w:r>
      <w:r w:rsidR="005A0217" w:rsidRPr="006D1CB9">
        <w:rPr>
          <w:rFonts w:ascii="Arial" w:hAnsi="Arial" w:cs="Arial"/>
          <w:sz w:val="28"/>
          <w:szCs w:val="28"/>
        </w:rPr>
        <w:t>бразительного искусства, и стре</w:t>
      </w:r>
      <w:r w:rsidR="005575E8" w:rsidRPr="006D1CB9">
        <w:rPr>
          <w:rFonts w:ascii="Arial" w:hAnsi="Arial" w:cs="Arial"/>
          <w:sz w:val="28"/>
          <w:szCs w:val="28"/>
        </w:rPr>
        <w:t xml:space="preserve">миться к их применению в своей практике фотографирования;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наблюдения и </w:t>
      </w:r>
      <w:r w:rsidR="005A0217" w:rsidRPr="006D1CB9">
        <w:rPr>
          <w:rFonts w:ascii="Arial" w:hAnsi="Arial" w:cs="Arial"/>
          <w:sz w:val="28"/>
          <w:szCs w:val="28"/>
        </w:rPr>
        <w:t>художественно-эстетического ана</w:t>
      </w:r>
      <w:r w:rsidR="005575E8" w:rsidRPr="006D1CB9">
        <w:rPr>
          <w:rFonts w:ascii="Arial" w:hAnsi="Arial" w:cs="Arial"/>
          <w:sz w:val="28"/>
          <w:szCs w:val="28"/>
        </w:rPr>
        <w:t>лиза художественных</w:t>
      </w:r>
      <w:r w:rsidR="005A0217" w:rsidRPr="006D1CB9">
        <w:rPr>
          <w:rFonts w:ascii="Arial" w:hAnsi="Arial" w:cs="Arial"/>
          <w:sz w:val="28"/>
          <w:szCs w:val="28"/>
        </w:rPr>
        <w:t xml:space="preserve"> фотографий известных профессио</w:t>
      </w:r>
      <w:r w:rsidR="005575E8" w:rsidRPr="006D1CB9">
        <w:rPr>
          <w:rFonts w:ascii="Arial" w:hAnsi="Arial" w:cs="Arial"/>
          <w:sz w:val="28"/>
          <w:szCs w:val="28"/>
        </w:rPr>
        <w:t xml:space="preserve">нальных мастеров фотографии;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применения знаний о художественно-образных критериях к композиции</w:t>
      </w:r>
      <w:r w:rsidR="005A0217" w:rsidRPr="006D1CB9">
        <w:rPr>
          <w:rFonts w:ascii="Arial" w:hAnsi="Arial" w:cs="Arial"/>
          <w:sz w:val="28"/>
          <w:szCs w:val="28"/>
        </w:rPr>
        <w:t xml:space="preserve"> кадра при самостоятельном фото</w:t>
      </w:r>
      <w:r w:rsidR="005575E8" w:rsidRPr="006D1CB9">
        <w:rPr>
          <w:rFonts w:ascii="Arial" w:hAnsi="Arial" w:cs="Arial"/>
          <w:sz w:val="28"/>
          <w:szCs w:val="28"/>
        </w:rPr>
        <w:t xml:space="preserve">графировании окружающей жизни;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обретать опыт художест</w:t>
      </w:r>
      <w:r w:rsidR="005A0217" w:rsidRPr="006D1CB9">
        <w:rPr>
          <w:rFonts w:ascii="Arial" w:hAnsi="Arial" w:cs="Arial"/>
          <w:sz w:val="28"/>
          <w:szCs w:val="28"/>
        </w:rPr>
        <w:t>венного наблюдения жизни, разви</w:t>
      </w:r>
      <w:r w:rsidR="005575E8" w:rsidRPr="006D1CB9">
        <w:rPr>
          <w:rFonts w:ascii="Arial" w:hAnsi="Arial" w:cs="Arial"/>
          <w:sz w:val="28"/>
          <w:szCs w:val="28"/>
        </w:rPr>
        <w:t xml:space="preserve">вая познавательный интерес и внимание к окружающему миру, к людям;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объяснять разницу</w:t>
      </w:r>
      <w:r w:rsidR="005A0217" w:rsidRPr="006D1CB9">
        <w:rPr>
          <w:rFonts w:ascii="Arial" w:hAnsi="Arial" w:cs="Arial"/>
          <w:sz w:val="28"/>
          <w:szCs w:val="28"/>
        </w:rPr>
        <w:t xml:space="preserve"> в содержании искусства живопис</w:t>
      </w:r>
      <w:r w:rsidR="005575E8" w:rsidRPr="006D1CB9">
        <w:rPr>
          <w:rFonts w:ascii="Arial" w:hAnsi="Arial" w:cs="Arial"/>
          <w:sz w:val="28"/>
          <w:szCs w:val="28"/>
        </w:rPr>
        <w:t>ной картины, графического рисунка и</w:t>
      </w:r>
      <w:r w:rsidR="005A0217" w:rsidRPr="006D1CB9">
        <w:rPr>
          <w:rFonts w:ascii="Arial" w:hAnsi="Arial" w:cs="Arial"/>
          <w:sz w:val="28"/>
          <w:szCs w:val="28"/>
        </w:rPr>
        <w:t xml:space="preserve"> фотоснимка, возмож</w:t>
      </w:r>
      <w:r w:rsidR="005575E8" w:rsidRPr="006D1CB9">
        <w:rPr>
          <w:rFonts w:ascii="Arial" w:hAnsi="Arial" w:cs="Arial"/>
          <w:sz w:val="28"/>
          <w:szCs w:val="28"/>
        </w:rPr>
        <w:t xml:space="preserve">ности их одновременного существования и актуальности в современной художественной культуре;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 значение репортажного жанра, роли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журналистов_фотографов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в истории ХХ  в. и современном мире;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фототворчестве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А.  Родченко, о том, как его фотографии выражают образ эпохи, его авторскую позицию, и о влиянии его фотографий на стиль эпохи; </w:t>
      </w:r>
    </w:p>
    <w:p w:rsidR="000B6623" w:rsidRPr="006D1CB9" w:rsidRDefault="00EB2D56" w:rsidP="003F4C3E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навыки компьютерной обработки и преобразования фотографий. </w:t>
      </w:r>
    </w:p>
    <w:p w:rsidR="00EB2D56" w:rsidRPr="006D1CB9" w:rsidRDefault="00EB2D56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EB2D56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Изображение и искусство кино: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об этапах</w:t>
      </w:r>
      <w:r w:rsidR="005A0217" w:rsidRPr="006D1CB9">
        <w:rPr>
          <w:rFonts w:ascii="Arial" w:hAnsi="Arial" w:cs="Arial"/>
          <w:sz w:val="28"/>
          <w:szCs w:val="28"/>
        </w:rPr>
        <w:t xml:space="preserve"> в истории кино и его эволю</w:t>
      </w:r>
      <w:r w:rsidR="005575E8" w:rsidRPr="006D1CB9">
        <w:rPr>
          <w:rFonts w:ascii="Arial" w:hAnsi="Arial" w:cs="Arial"/>
          <w:sz w:val="28"/>
          <w:szCs w:val="28"/>
        </w:rPr>
        <w:t xml:space="preserve">ции как искусства;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уметь объяснять, почему экранное время и всё изображаемое в фильме, являясь условн</w:t>
      </w:r>
      <w:r w:rsidR="005A0217" w:rsidRPr="006D1CB9">
        <w:rPr>
          <w:rFonts w:ascii="Arial" w:hAnsi="Arial" w:cs="Arial"/>
          <w:sz w:val="28"/>
          <w:szCs w:val="28"/>
        </w:rPr>
        <w:t>остью, формирует у людей воспри</w:t>
      </w:r>
      <w:r w:rsidR="005575E8" w:rsidRPr="006D1CB9">
        <w:rPr>
          <w:rFonts w:ascii="Arial" w:hAnsi="Arial" w:cs="Arial"/>
          <w:sz w:val="28"/>
          <w:szCs w:val="28"/>
        </w:rPr>
        <w:t xml:space="preserve">ятие реального мира;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 xml:space="preserve">иметь представление об экранных искусствах как монтаже композиционно построенных кадров;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и объяснять, в чём</w:t>
      </w:r>
      <w:r w:rsidR="005A0217" w:rsidRPr="006D1CB9">
        <w:rPr>
          <w:rFonts w:ascii="Arial" w:hAnsi="Arial" w:cs="Arial"/>
          <w:sz w:val="28"/>
          <w:szCs w:val="28"/>
        </w:rPr>
        <w:t xml:space="preserve"> состоит работа художника-поста</w:t>
      </w:r>
      <w:r w:rsidR="005575E8" w:rsidRPr="006D1CB9">
        <w:rPr>
          <w:rFonts w:ascii="Arial" w:hAnsi="Arial" w:cs="Arial"/>
          <w:sz w:val="28"/>
          <w:szCs w:val="28"/>
        </w:rPr>
        <w:t xml:space="preserve">новщика и специалистов его команды художников в период подготовки и съёмки игрового фильма;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роль видео в современной бытовой культуре;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приобрести опыт создания видеоролика; осваивать основные этапы создания видеоролика и планировать свою работу по созданию видеоролика;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</w:t>
      </w:r>
      <w:r w:rsidR="005A0217" w:rsidRPr="006D1CB9">
        <w:rPr>
          <w:rFonts w:ascii="Arial" w:hAnsi="Arial" w:cs="Arial"/>
          <w:sz w:val="28"/>
          <w:szCs w:val="28"/>
        </w:rPr>
        <w:t xml:space="preserve"> фильма, му</w:t>
      </w:r>
      <w:r w:rsidR="005575E8" w:rsidRPr="006D1CB9">
        <w:rPr>
          <w:rFonts w:ascii="Arial" w:hAnsi="Arial" w:cs="Arial"/>
          <w:sz w:val="28"/>
          <w:szCs w:val="28"/>
        </w:rPr>
        <w:t xml:space="preserve">зыкального клипа, документального фильма;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осваивать начальные навыки практической работы по </w:t>
      </w:r>
      <w:proofErr w:type="spellStart"/>
      <w:r w:rsidR="005575E8" w:rsidRPr="006D1CB9">
        <w:rPr>
          <w:rFonts w:ascii="Arial" w:hAnsi="Arial" w:cs="Arial"/>
          <w:sz w:val="28"/>
          <w:szCs w:val="28"/>
        </w:rPr>
        <w:t>видео_монтажу</w:t>
      </w:r>
      <w:proofErr w:type="spellEnd"/>
      <w:r w:rsidR="005575E8" w:rsidRPr="006D1CB9">
        <w:rPr>
          <w:rFonts w:ascii="Arial" w:hAnsi="Arial" w:cs="Arial"/>
          <w:sz w:val="28"/>
          <w:szCs w:val="28"/>
        </w:rPr>
        <w:t xml:space="preserve"> на основе соответствующих компьютерных программ;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обрести навык критического осмысления качества снятых роликов;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знания по истор</w:t>
      </w:r>
      <w:r w:rsidR="005A0217" w:rsidRPr="006D1CB9">
        <w:rPr>
          <w:rFonts w:ascii="Arial" w:hAnsi="Arial" w:cs="Arial"/>
          <w:sz w:val="28"/>
          <w:szCs w:val="28"/>
        </w:rPr>
        <w:t>ии мультипликации и уметь приво</w:t>
      </w:r>
      <w:r w:rsidR="005575E8" w:rsidRPr="006D1CB9">
        <w:rPr>
          <w:rFonts w:ascii="Arial" w:hAnsi="Arial" w:cs="Arial"/>
          <w:sz w:val="28"/>
          <w:szCs w:val="28"/>
        </w:rPr>
        <w:t>дить примеры использования электронно-цифровых те</w:t>
      </w:r>
      <w:r w:rsidRPr="006D1CB9">
        <w:rPr>
          <w:rFonts w:ascii="Arial" w:hAnsi="Arial" w:cs="Arial"/>
          <w:sz w:val="28"/>
          <w:szCs w:val="28"/>
        </w:rPr>
        <w:t>хно</w:t>
      </w:r>
      <w:r w:rsidR="005575E8" w:rsidRPr="006D1CB9">
        <w:rPr>
          <w:rFonts w:ascii="Arial" w:hAnsi="Arial" w:cs="Arial"/>
          <w:sz w:val="28"/>
          <w:szCs w:val="28"/>
        </w:rPr>
        <w:t xml:space="preserve">логий в современном игровом кинематографе;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lastRenderedPageBreak/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анализа художест</w:t>
      </w:r>
      <w:r w:rsidR="005A0217" w:rsidRPr="006D1CB9">
        <w:rPr>
          <w:rFonts w:ascii="Arial" w:hAnsi="Arial" w:cs="Arial"/>
          <w:sz w:val="28"/>
          <w:szCs w:val="28"/>
        </w:rPr>
        <w:t>венного образа и средств его до</w:t>
      </w:r>
      <w:r w:rsidR="005575E8" w:rsidRPr="006D1CB9">
        <w:rPr>
          <w:rFonts w:ascii="Arial" w:hAnsi="Arial" w:cs="Arial"/>
          <w:sz w:val="28"/>
          <w:szCs w:val="28"/>
        </w:rPr>
        <w:t>стижения в лучших оте</w:t>
      </w:r>
      <w:r w:rsidR="005A0217" w:rsidRPr="006D1CB9">
        <w:rPr>
          <w:rFonts w:ascii="Arial" w:hAnsi="Arial" w:cs="Arial"/>
          <w:sz w:val="28"/>
          <w:szCs w:val="28"/>
        </w:rPr>
        <w:t>чественных мультфильмах; осозна</w:t>
      </w:r>
      <w:r w:rsidR="005575E8" w:rsidRPr="006D1CB9">
        <w:rPr>
          <w:rFonts w:ascii="Arial" w:hAnsi="Arial" w:cs="Arial"/>
          <w:sz w:val="28"/>
          <w:szCs w:val="28"/>
        </w:rPr>
        <w:t>вать многообразие подходо</w:t>
      </w:r>
      <w:r w:rsidR="005A0217" w:rsidRPr="006D1CB9">
        <w:rPr>
          <w:rFonts w:ascii="Arial" w:hAnsi="Arial" w:cs="Arial"/>
          <w:sz w:val="28"/>
          <w:szCs w:val="28"/>
        </w:rPr>
        <w:t>в, поэзию и уникальность художе</w:t>
      </w:r>
      <w:r w:rsidR="005575E8" w:rsidRPr="006D1CB9">
        <w:rPr>
          <w:rFonts w:ascii="Arial" w:hAnsi="Arial" w:cs="Arial"/>
          <w:sz w:val="28"/>
          <w:szCs w:val="28"/>
        </w:rPr>
        <w:t xml:space="preserve">ственных образов отечественной мультипликации;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 xml:space="preserve">- </w:t>
      </w:r>
      <w:r w:rsidR="005575E8" w:rsidRPr="006D1CB9">
        <w:rPr>
          <w:rFonts w:ascii="Arial" w:hAnsi="Arial" w:cs="Arial"/>
          <w:sz w:val="28"/>
          <w:szCs w:val="28"/>
        </w:rPr>
        <w:t>осваивать опыт создания</w:t>
      </w:r>
      <w:r w:rsidR="005A0217" w:rsidRPr="006D1CB9">
        <w:rPr>
          <w:rFonts w:ascii="Arial" w:hAnsi="Arial" w:cs="Arial"/>
          <w:sz w:val="28"/>
          <w:szCs w:val="28"/>
        </w:rPr>
        <w:t xml:space="preserve"> компьютерной анимации в выбран</w:t>
      </w:r>
      <w:r w:rsidR="005575E8" w:rsidRPr="006D1CB9">
        <w:rPr>
          <w:rFonts w:ascii="Arial" w:hAnsi="Arial" w:cs="Arial"/>
          <w:sz w:val="28"/>
          <w:szCs w:val="28"/>
        </w:rPr>
        <w:t xml:space="preserve">ной технике и в соответствующей компьютерной программе;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опыт совместной творческой коллективной работы по созданию анимационного фильма.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</w:p>
    <w:p w:rsidR="00EB2D56" w:rsidRPr="006D1CB9" w:rsidRDefault="005575E8" w:rsidP="00CF524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 xml:space="preserve">Изобразительное искусство на телевидении: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объяснять особую роль и</w:t>
      </w:r>
      <w:r w:rsidR="005A0217" w:rsidRPr="006D1CB9">
        <w:rPr>
          <w:rFonts w:ascii="Arial" w:hAnsi="Arial" w:cs="Arial"/>
          <w:sz w:val="28"/>
          <w:szCs w:val="28"/>
        </w:rPr>
        <w:t xml:space="preserve"> функции телевидения в жизни об</w:t>
      </w:r>
      <w:r w:rsidR="005575E8" w:rsidRPr="006D1CB9">
        <w:rPr>
          <w:rFonts w:ascii="Arial" w:hAnsi="Arial" w:cs="Arial"/>
          <w:sz w:val="28"/>
          <w:szCs w:val="28"/>
        </w:rPr>
        <w:t>щества как экранного иску</w:t>
      </w:r>
      <w:r w:rsidR="005A0217" w:rsidRPr="006D1CB9">
        <w:rPr>
          <w:rFonts w:ascii="Arial" w:hAnsi="Arial" w:cs="Arial"/>
          <w:sz w:val="28"/>
          <w:szCs w:val="28"/>
        </w:rPr>
        <w:t>сства и средства массовой инфор</w:t>
      </w:r>
      <w:r w:rsidR="005575E8" w:rsidRPr="006D1CB9">
        <w:rPr>
          <w:rFonts w:ascii="Arial" w:hAnsi="Arial" w:cs="Arial"/>
          <w:sz w:val="28"/>
          <w:szCs w:val="28"/>
        </w:rPr>
        <w:t>мации, художественного и научног</w:t>
      </w:r>
      <w:r w:rsidR="005A0217" w:rsidRPr="006D1CB9">
        <w:rPr>
          <w:rFonts w:ascii="Arial" w:hAnsi="Arial" w:cs="Arial"/>
          <w:sz w:val="28"/>
          <w:szCs w:val="28"/>
        </w:rPr>
        <w:t>о просвещения, развлече</w:t>
      </w:r>
      <w:r w:rsidR="005575E8" w:rsidRPr="006D1CB9">
        <w:rPr>
          <w:rFonts w:ascii="Arial" w:hAnsi="Arial" w:cs="Arial"/>
          <w:sz w:val="28"/>
          <w:szCs w:val="28"/>
        </w:rPr>
        <w:t xml:space="preserve">ния и организации досуга;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знать о создателе телеви</w:t>
      </w:r>
      <w:r w:rsidRPr="006D1CB9">
        <w:rPr>
          <w:rFonts w:ascii="Arial" w:hAnsi="Arial" w:cs="Arial"/>
          <w:sz w:val="28"/>
          <w:szCs w:val="28"/>
        </w:rPr>
        <w:t>дения –</w:t>
      </w:r>
      <w:r w:rsidR="005A0217" w:rsidRPr="006D1CB9">
        <w:rPr>
          <w:rFonts w:ascii="Arial" w:hAnsi="Arial" w:cs="Arial"/>
          <w:sz w:val="28"/>
          <w:szCs w:val="28"/>
        </w:rPr>
        <w:t xml:space="preserve"> русском инженере Влади</w:t>
      </w:r>
      <w:r w:rsidR="005575E8" w:rsidRPr="006D1CB9">
        <w:rPr>
          <w:rFonts w:ascii="Arial" w:hAnsi="Arial" w:cs="Arial"/>
          <w:sz w:val="28"/>
          <w:szCs w:val="28"/>
        </w:rPr>
        <w:t xml:space="preserve">мире Зворыкине;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осознавать роль телевидения в превращении мира в единое информационное пространство;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иметь представление о многих направлениях деятельности и профессиях художника на телевидении;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применять полученные знания и опыт творчества в работе школьного телевидения и студии мультимедиа; </w:t>
      </w:r>
    </w:p>
    <w:p w:rsidR="00EB2D56" w:rsidRPr="006D1CB9" w:rsidRDefault="00EB2D56" w:rsidP="00CF5246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понимать образовательные задачи зрительской культуры и необходимость зрительских умений; </w:t>
      </w:r>
    </w:p>
    <w:p w:rsidR="00276176" w:rsidRPr="006D1CB9" w:rsidRDefault="00EB2D56" w:rsidP="00CF5246">
      <w:pPr>
        <w:jc w:val="both"/>
        <w:rPr>
          <w:rFonts w:ascii="Arial" w:hAnsi="Arial" w:cs="Arial"/>
          <w:b/>
          <w:bCs/>
          <w:color w:val="0000FF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-</w:t>
      </w:r>
      <w:r w:rsidR="005575E8" w:rsidRPr="006D1CB9">
        <w:rPr>
          <w:rFonts w:ascii="Arial" w:hAnsi="Arial" w:cs="Arial"/>
          <w:sz w:val="28"/>
          <w:szCs w:val="28"/>
        </w:rPr>
        <w:t xml:space="preserve"> осознавать значение худо</w:t>
      </w:r>
      <w:r w:rsidR="005A0217" w:rsidRPr="006D1CB9">
        <w:rPr>
          <w:rFonts w:ascii="Arial" w:hAnsi="Arial" w:cs="Arial"/>
          <w:sz w:val="28"/>
          <w:szCs w:val="28"/>
        </w:rPr>
        <w:t>жественной культуры для личност</w:t>
      </w:r>
      <w:r w:rsidR="005575E8" w:rsidRPr="006D1CB9">
        <w:rPr>
          <w:rFonts w:ascii="Arial" w:hAnsi="Arial" w:cs="Arial"/>
          <w:sz w:val="28"/>
          <w:szCs w:val="28"/>
        </w:rPr>
        <w:t>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3F4C3E" w:rsidRPr="006D1CB9" w:rsidRDefault="003F4C3E" w:rsidP="00CF5246">
      <w:pPr>
        <w:jc w:val="both"/>
        <w:rPr>
          <w:rFonts w:ascii="Arial" w:hAnsi="Arial" w:cs="Arial"/>
          <w:b/>
          <w:bCs/>
          <w:color w:val="0000FF"/>
          <w:sz w:val="28"/>
          <w:szCs w:val="28"/>
        </w:rPr>
      </w:pPr>
    </w:p>
    <w:p w:rsidR="00276176" w:rsidRPr="006D1CB9" w:rsidRDefault="00276176" w:rsidP="00DB1C3E">
      <w:pPr>
        <w:rPr>
          <w:rFonts w:ascii="Arial" w:hAnsi="Arial" w:cs="Arial"/>
          <w:b/>
          <w:bCs/>
          <w:color w:val="0000FF"/>
          <w:sz w:val="28"/>
          <w:szCs w:val="28"/>
        </w:rPr>
      </w:pPr>
    </w:p>
    <w:p w:rsidR="00276176" w:rsidRPr="006D1CB9" w:rsidRDefault="000B6623" w:rsidP="00DB1C3E">
      <w:pPr>
        <w:rPr>
          <w:rFonts w:ascii="Arial" w:hAnsi="Arial" w:cs="Arial"/>
          <w:b/>
          <w:bCs/>
          <w:sz w:val="28"/>
          <w:szCs w:val="28"/>
        </w:rPr>
      </w:pPr>
      <w:r w:rsidRPr="006D1CB9">
        <w:rPr>
          <w:rFonts w:ascii="Arial" w:hAnsi="Arial" w:cs="Arial"/>
          <w:b/>
          <w:bCs/>
          <w:sz w:val="28"/>
          <w:szCs w:val="28"/>
        </w:rPr>
        <w:t>ЧАСТЬ 3. ТЕМАТИЧЕСКОЕ ПЛАНИРОВАНИЕ</w:t>
      </w:r>
    </w:p>
    <w:p w:rsidR="00DB1C3E" w:rsidRPr="006D1CB9" w:rsidRDefault="00DB1C3E">
      <w:pPr>
        <w:rPr>
          <w:rFonts w:ascii="Arial" w:hAnsi="Arial" w:cs="Arial"/>
          <w:sz w:val="28"/>
          <w:szCs w:val="28"/>
        </w:rPr>
      </w:pPr>
    </w:p>
    <w:p w:rsidR="00DD352F" w:rsidRPr="006D1CB9" w:rsidRDefault="00DD352F" w:rsidP="00DD352F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Тематическое планирование по учебному предмету «Изобразительное искусство» представлено по тематическим модулям.</w:t>
      </w:r>
    </w:p>
    <w:p w:rsidR="00DD352F" w:rsidRPr="006D1CB9" w:rsidRDefault="00DD352F" w:rsidP="00DD352F">
      <w:pPr>
        <w:jc w:val="both"/>
        <w:rPr>
          <w:rFonts w:ascii="Arial" w:hAnsi="Arial" w:cs="Arial"/>
          <w:sz w:val="28"/>
          <w:szCs w:val="28"/>
        </w:rPr>
      </w:pPr>
      <w:r w:rsidRPr="006D1CB9">
        <w:rPr>
          <w:rFonts w:ascii="Arial" w:hAnsi="Arial" w:cs="Arial"/>
          <w:sz w:val="28"/>
          <w:szCs w:val="28"/>
        </w:rPr>
        <w:t>Основные виды деятельности обучающихся перечислены при изучении каждой темы и направлены на достижение планируемых результатов обучения.</w:t>
      </w:r>
    </w:p>
    <w:p w:rsidR="00FD631D" w:rsidRPr="006D1CB9" w:rsidRDefault="00DD352F" w:rsidP="000B6623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6D1CB9">
        <w:rPr>
          <w:rFonts w:ascii="Arial" w:hAnsi="Arial" w:cs="Arial"/>
          <w:sz w:val="28"/>
          <w:szCs w:val="28"/>
        </w:rPr>
        <w:t>В связи со спецификой художественного образования увеличение количества часов, отводимых на изучение предмета, предполагает не увеличение количества тем, а предоставление обучающимся большего времени на развитие навыков творческой практической художественной деятельности, что способствует как более качественному освоению предметных результатов обучения, так и реализации воспитательного потенциала учебного предмета.</w:t>
      </w:r>
      <w:proofErr w:type="gramEnd"/>
    </w:p>
    <w:p w:rsidR="00FD631D" w:rsidRPr="008C5557" w:rsidRDefault="00FD631D" w:rsidP="008C5557">
      <w:pPr>
        <w:rPr>
          <w:sz w:val="28"/>
          <w:szCs w:val="28"/>
        </w:rPr>
      </w:pPr>
    </w:p>
    <w:p w:rsidR="008D3C00" w:rsidRPr="008C5557" w:rsidRDefault="00F23E5D" w:rsidP="008C555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8D3C00" w:rsidRPr="008C5557" w:rsidRDefault="008D3C00" w:rsidP="008C5557">
      <w:pPr>
        <w:rPr>
          <w:b/>
          <w:color w:val="000000"/>
          <w:sz w:val="28"/>
          <w:szCs w:val="28"/>
        </w:rPr>
      </w:pPr>
      <w:r w:rsidRPr="008C5557">
        <w:rPr>
          <w:b/>
          <w:color w:val="000000"/>
          <w:sz w:val="28"/>
          <w:szCs w:val="28"/>
        </w:rPr>
        <w:t xml:space="preserve">                                    </w:t>
      </w:r>
      <w:r w:rsidR="00F23E5D">
        <w:rPr>
          <w:b/>
          <w:color w:val="000000"/>
          <w:sz w:val="28"/>
          <w:szCs w:val="28"/>
        </w:rPr>
        <w:t xml:space="preserve">       </w:t>
      </w:r>
      <w:r w:rsidR="00B846DC">
        <w:rPr>
          <w:b/>
          <w:color w:val="000000"/>
          <w:sz w:val="28"/>
          <w:szCs w:val="28"/>
        </w:rPr>
        <w:t xml:space="preserve">    </w:t>
      </w:r>
      <w:r w:rsidRPr="008C5557">
        <w:rPr>
          <w:b/>
          <w:color w:val="000000"/>
          <w:sz w:val="28"/>
          <w:szCs w:val="28"/>
        </w:rPr>
        <w:t xml:space="preserve">ТЕМАТИЧЕСКОЕ ПЛАНИРОВАНИЕ </w:t>
      </w:r>
    </w:p>
    <w:p w:rsidR="008D3C00" w:rsidRPr="008C5557" w:rsidRDefault="008D3C00" w:rsidP="008C5557">
      <w:pPr>
        <w:rPr>
          <w:sz w:val="28"/>
          <w:szCs w:val="28"/>
        </w:rPr>
      </w:pPr>
    </w:p>
    <w:p w:rsidR="00FB6B9B" w:rsidRPr="008C5557" w:rsidRDefault="008D3C00" w:rsidP="008C5557">
      <w:pPr>
        <w:rPr>
          <w:b/>
          <w:color w:val="000000"/>
          <w:sz w:val="28"/>
          <w:szCs w:val="28"/>
        </w:rPr>
      </w:pPr>
      <w:r w:rsidRPr="008C5557">
        <w:rPr>
          <w:b/>
          <w:color w:val="000000"/>
          <w:sz w:val="28"/>
          <w:szCs w:val="28"/>
        </w:rPr>
        <w:t xml:space="preserve"> 5 КЛАСС. </w:t>
      </w:r>
      <w:r w:rsidR="00F23E5D">
        <w:rPr>
          <w:b/>
          <w:color w:val="000000"/>
          <w:sz w:val="28"/>
          <w:szCs w:val="28"/>
        </w:rPr>
        <w:t xml:space="preserve">           </w:t>
      </w:r>
      <w:r w:rsidRPr="008C5557">
        <w:rPr>
          <w:b/>
          <w:color w:val="000000"/>
          <w:sz w:val="28"/>
          <w:szCs w:val="28"/>
        </w:rPr>
        <w:t>МОДУЛЬ «ДЕКОРАТИВНО-ПРИКЛАДНОЕ И НАРОДНОЕ ИСКУССТВО»</w:t>
      </w:r>
    </w:p>
    <w:p w:rsidR="008D3C00" w:rsidRPr="008C5557" w:rsidRDefault="008D3C00" w:rsidP="008C5557">
      <w:pPr>
        <w:rPr>
          <w:color w:val="000000"/>
          <w:sz w:val="28"/>
          <w:szCs w:val="28"/>
        </w:rPr>
      </w:pPr>
    </w:p>
    <w:tbl>
      <w:tblPr>
        <w:tblW w:w="14480" w:type="dxa"/>
        <w:tblInd w:w="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"/>
        <w:gridCol w:w="5588"/>
        <w:gridCol w:w="1744"/>
        <w:gridCol w:w="6650"/>
      </w:tblGrid>
      <w:tr w:rsidR="00FB6B9B" w:rsidRPr="008C5557" w:rsidTr="004D7AB1">
        <w:tc>
          <w:tcPr>
            <w:tcW w:w="236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bookmarkStart w:id="1" w:name="_Hlk105451528"/>
            <w:r w:rsidRPr="008C5557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Наименование модуля. Тема урока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Электронные (цифровые) образовательные ресурсы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bookmarkEnd w:id="1"/>
      <w:tr w:rsidR="00FB6B9B" w:rsidRPr="008C5557" w:rsidTr="004D7AB1">
        <w:tc>
          <w:tcPr>
            <w:tcW w:w="23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Общие сведения о декоративно-прикладном искусстве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Декоративно-прикладное искусство и его виды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Всероссийский музей декоративного искусства: </w:t>
            </w:r>
            <w:hyperlink r:id="rId7" w:history="1">
              <w:r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https://damuseum.ru/</w:t>
              </w:r>
            </w:hyperlink>
            <w:r w:rsidRPr="008C5557">
              <w:rPr>
                <w:color w:val="000000"/>
                <w:sz w:val="28"/>
                <w:szCs w:val="28"/>
              </w:rPr>
              <w:t xml:space="preserve"> 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Всероссийский музей декоративного искусства – онлайн:</w:t>
            </w: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8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https://damuseum.ru/museum-online/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Древние корни народного искусства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Древние образы в народном искусстве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9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https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://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resh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.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edu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.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ru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/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subject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/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lesson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/7825/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(Древние образы в народном искусстве)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Убранство русской избы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  <w:vMerge w:val="restart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0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https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://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resh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.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edu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.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ru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/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subject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/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lesson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/7826/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gramStart"/>
            <w:r w:rsidRPr="008C5557">
              <w:rPr>
                <w:color w:val="000000"/>
                <w:sz w:val="28"/>
                <w:szCs w:val="28"/>
              </w:rPr>
              <w:t>(Убранство русской избы.</w:t>
            </w:r>
            <w:proofErr w:type="gramEnd"/>
            <w:r w:rsidRPr="008C5557">
              <w:rPr>
                <w:color w:val="000000"/>
                <w:sz w:val="28"/>
                <w:szCs w:val="28"/>
              </w:rPr>
              <w:t xml:space="preserve"> Внутренний мир русской избы. </w:t>
            </w:r>
            <w:proofErr w:type="gramStart"/>
            <w:r w:rsidRPr="008C5557">
              <w:rPr>
                <w:color w:val="000000"/>
                <w:sz w:val="28"/>
                <w:szCs w:val="28"/>
              </w:rPr>
              <w:t>Конструкция, декор предметов народного быта)</w:t>
            </w:r>
            <w:proofErr w:type="gramEnd"/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Внутренний мир русской избы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  <w:vMerge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Конструкция и декор предметов народного быта и труда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  <w:vMerge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Народный праздничный костюм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  <w:vMerge w:val="restart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1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https://resh.edu.ru/subject/lesson/7827/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gramStart"/>
            <w:r w:rsidRPr="008C5557">
              <w:rPr>
                <w:color w:val="000000"/>
                <w:sz w:val="28"/>
                <w:szCs w:val="28"/>
              </w:rPr>
              <w:t>(Русская народная вышивка.</w:t>
            </w:r>
            <w:proofErr w:type="gramEnd"/>
            <w:r w:rsidRPr="008C5557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C5557">
              <w:rPr>
                <w:color w:val="000000"/>
                <w:sz w:val="28"/>
                <w:szCs w:val="28"/>
              </w:rPr>
              <w:t>Народный праздничный костюм)</w:t>
            </w:r>
            <w:proofErr w:type="gramEnd"/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Искусство народной вышивки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  <w:vMerge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Народные праздничные обряды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  <w:hyperlink r:id="rId12" w:history="1">
              <w:r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https://resh.edu.ru/subject/lesson/7828/</w:t>
              </w:r>
            </w:hyperlink>
            <w:r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lastRenderedPageBreak/>
              <w:t>(Народные праздничные обряды)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Народные художественные промыслы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Происхождение художественных промыслов и их роль в современной жизни народов России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  <w:hyperlink r:id="rId13" w:history="1">
              <w:r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https://resh.edu.ru/subject/lesson/7832/start/277138/</w:t>
              </w:r>
            </w:hyperlink>
            <w:r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(Роль народных художественных промыслов в современной жизни)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Традиционные древние образы в современных игрушках народных промыслов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  <w:hyperlink r:id="rId14" w:history="1">
              <w:r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https://resh.edu.ru/subject/lesson/7829/</w:t>
              </w:r>
            </w:hyperlink>
            <w:r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(Древние образы в современных народных игрушках)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Праздничная хохлома. Роспись по дереву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  <w:vMerge w:val="restart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  <w:hyperlink r:id="rId15" w:history="1">
              <w:r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https://resh.edu.ru/subject/lesson/7830/</w:t>
              </w:r>
            </w:hyperlink>
            <w:r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gramStart"/>
            <w:r w:rsidRPr="008C5557">
              <w:rPr>
                <w:color w:val="000000"/>
                <w:sz w:val="28"/>
                <w:szCs w:val="28"/>
              </w:rPr>
              <w:t>(Искусство Гжели.</w:t>
            </w:r>
            <w:proofErr w:type="gramEnd"/>
            <w:r w:rsidRPr="008C5557">
              <w:rPr>
                <w:color w:val="000000"/>
                <w:sz w:val="28"/>
                <w:szCs w:val="28"/>
              </w:rPr>
              <w:t xml:space="preserve"> Городецкая роспись. </w:t>
            </w:r>
            <w:proofErr w:type="gramStart"/>
            <w:r w:rsidRPr="008C5557">
              <w:rPr>
                <w:color w:val="000000"/>
                <w:sz w:val="28"/>
                <w:szCs w:val="28"/>
              </w:rPr>
              <w:t>Хохлома)</w:t>
            </w:r>
            <w:proofErr w:type="gramEnd"/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Искусство Гжели. Керамика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  <w:vMerge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14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Городецкая роспись по дереву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656" w:type="dxa"/>
            <w:vMerge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color w:val="000000"/>
                <w:sz w:val="28"/>
                <w:szCs w:val="28"/>
              </w:rPr>
              <w:t>Жостово</w:t>
            </w:r>
            <w:proofErr w:type="spellEnd"/>
            <w:r w:rsidRPr="008C5557">
              <w:rPr>
                <w:color w:val="000000"/>
                <w:sz w:val="28"/>
                <w:szCs w:val="28"/>
              </w:rPr>
              <w:t>. Роспись по металлу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  <w:vMerge w:val="restart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  <w:hyperlink r:id="rId16" w:history="1">
              <w:r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https://resh.edu.ru/subject/lesson/7831/</w:t>
              </w:r>
            </w:hyperlink>
            <w:r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color w:val="000000"/>
                <w:sz w:val="28"/>
                <w:szCs w:val="28"/>
              </w:rPr>
              <w:t>Жостово</w:t>
            </w:r>
            <w:proofErr w:type="spellEnd"/>
            <w:r w:rsidRPr="008C5557">
              <w:rPr>
                <w:color w:val="000000"/>
                <w:sz w:val="28"/>
                <w:szCs w:val="28"/>
              </w:rPr>
              <w:t xml:space="preserve">. Роспись по металлу. Щепа. Роспись по лубу и дереву. </w:t>
            </w:r>
            <w:proofErr w:type="gramStart"/>
            <w:r w:rsidRPr="008C5557">
              <w:rPr>
                <w:color w:val="000000"/>
                <w:sz w:val="28"/>
                <w:szCs w:val="28"/>
              </w:rPr>
              <w:t>Тиснение и резьба по бересте)</w:t>
            </w:r>
            <w:proofErr w:type="gramEnd"/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color w:val="000000"/>
                <w:sz w:val="28"/>
                <w:szCs w:val="28"/>
              </w:rPr>
              <w:t>Культура</w:t>
            </w:r>
            <w:proofErr w:type="gramStart"/>
            <w:r w:rsidRPr="008C5557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8C5557">
              <w:rPr>
                <w:color w:val="000000"/>
                <w:sz w:val="28"/>
                <w:szCs w:val="28"/>
              </w:rPr>
              <w:t>Ф</w:t>
            </w:r>
            <w:proofErr w:type="spellEnd"/>
            <w:r w:rsidRPr="008C5557">
              <w:rPr>
                <w:color w:val="000000"/>
                <w:sz w:val="28"/>
                <w:szCs w:val="28"/>
              </w:rPr>
              <w:t xml:space="preserve">: </w:t>
            </w:r>
            <w:hyperlink r:id="rId17" w:history="1">
              <w:r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https://www.culture.ru/objects/2876/tradicionnaya-tekhnologiya-palekhskoi-lakovoi-miniatyury</w:t>
              </w:r>
            </w:hyperlink>
            <w:r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(Традиционная технология палехской лаковой миниатюры)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Искусство лаковой живописи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56" w:type="dxa"/>
            <w:vMerge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Декоративно-прикладное искусство в культуре разных эпох и народов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17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Роль декоративно-прикладного искусства в культуре древних цивилизаций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656" w:type="dxa"/>
            <w:vMerge w:val="restart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8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https://resh.edu.ru/subject/lesson/7834/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(Роль декоративного искусства в жизни древнего общества)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9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https://resh.edu.ru/subject/lesson/7833/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lastRenderedPageBreak/>
              <w:t>(Зачем людям украшения)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19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20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Особенности орнамента в культурах разных народов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656" w:type="dxa"/>
            <w:vMerge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lastRenderedPageBreak/>
              <w:t>22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23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Особенности конструкции и декора одежды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20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https://resh.edu.ru/subject/lesson/7835/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gramStart"/>
            <w:r w:rsidRPr="008C5557">
              <w:rPr>
                <w:color w:val="000000"/>
                <w:sz w:val="28"/>
                <w:szCs w:val="28"/>
              </w:rPr>
              <w:t>(Одежда «говорит» о человеке.</w:t>
            </w:r>
            <w:proofErr w:type="gramEnd"/>
            <w:r w:rsidRPr="008C5557">
              <w:rPr>
                <w:color w:val="000000"/>
                <w:sz w:val="28"/>
                <w:szCs w:val="28"/>
              </w:rPr>
              <w:t xml:space="preserve"> Часть 1)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21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https://resh.edu.ru/subject/lesson/7836/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gramStart"/>
            <w:r w:rsidRPr="008C5557">
              <w:rPr>
                <w:color w:val="000000"/>
                <w:sz w:val="28"/>
                <w:szCs w:val="28"/>
              </w:rPr>
              <w:t>(Одежда «говорит» о человеке.</w:t>
            </w:r>
            <w:proofErr w:type="gramEnd"/>
            <w:r w:rsidRPr="008C5557">
              <w:rPr>
                <w:color w:val="000000"/>
                <w:sz w:val="28"/>
                <w:szCs w:val="28"/>
              </w:rPr>
              <w:t xml:space="preserve"> Часть 2)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22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https://resh.edu.ru/subject/lesson/9/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(Дизайн одежды)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Единая коллекция ЦОР:</w:t>
            </w: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23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http://school-collection.edu.ru/catalog/rubr/49ef6363-c9e0-4e71-88e4-19b6db0e6dc2/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(Коллекция изображений «История русского костюма»)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25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Целостный образ декоративно-прикладного искусства для каждой исторической эпохи и национальной культуры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  <w:hyperlink r:id="rId24" w:history="1">
              <w:r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https://resh.edu.ru/subject/lesson/466/</w:t>
              </w:r>
            </w:hyperlink>
            <w:r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(Декоративное искусство и народные промыслы)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Декоративно-прикладное искусство в жизни современного человека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27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28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Многообразие видов, форм, материалов и техник современного декоративного искусства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25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https://resh.edu.ru/subject/lesson/7840/start/313511/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(Современное выставочное искусство)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30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Символический знак в современной жизни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26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https://resh.edu.ru/subject/lesson/7837/</w:t>
              </w:r>
            </w:hyperlink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gramStart"/>
            <w:r w:rsidRPr="008C5557">
              <w:rPr>
                <w:color w:val="000000"/>
                <w:sz w:val="28"/>
                <w:szCs w:val="28"/>
              </w:rPr>
              <w:t>(О чём рассказывают нам гербы и эмблемы.</w:t>
            </w:r>
            <w:proofErr w:type="gramEnd"/>
            <w:r w:rsidRPr="008C5557">
              <w:rPr>
                <w:color w:val="000000"/>
                <w:sz w:val="28"/>
                <w:szCs w:val="28"/>
              </w:rPr>
              <w:t xml:space="preserve"> Часть 1)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27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https://resh.edu.ru/subject/lesson/7838/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gramStart"/>
            <w:r w:rsidRPr="008C5557">
              <w:rPr>
                <w:color w:val="000000"/>
                <w:sz w:val="28"/>
                <w:szCs w:val="28"/>
              </w:rPr>
              <w:lastRenderedPageBreak/>
              <w:t>(О чём рассказывают нам гербы и эмблемы.</w:t>
            </w:r>
            <w:proofErr w:type="gramEnd"/>
            <w:r w:rsidRPr="008C5557">
              <w:rPr>
                <w:color w:val="000000"/>
                <w:sz w:val="28"/>
                <w:szCs w:val="28"/>
              </w:rPr>
              <w:t xml:space="preserve"> Часть 2)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lastRenderedPageBreak/>
              <w:t>32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33</w:t>
            </w:r>
          </w:p>
          <w:p w:rsidR="00156B3C" w:rsidRPr="008C5557" w:rsidRDefault="00156B3C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Декор современных улиц и помещений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РЭШ: </w:t>
            </w: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28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https://resh.edu.ru/subject/lesson/2109/start/</w:t>
              </w:r>
            </w:hyperlink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gramStart"/>
            <w:r w:rsidRPr="008C5557">
              <w:rPr>
                <w:color w:val="000000"/>
                <w:sz w:val="28"/>
                <w:szCs w:val="28"/>
              </w:rPr>
              <w:t>(Жилое пространство города.</w:t>
            </w:r>
            <w:proofErr w:type="gramEnd"/>
            <w:r w:rsidRPr="008C5557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C5557">
              <w:rPr>
                <w:color w:val="000000"/>
                <w:sz w:val="28"/>
                <w:szCs w:val="28"/>
              </w:rPr>
              <w:t>Интерьер и вещь в доме)</w:t>
            </w:r>
            <w:proofErr w:type="gramEnd"/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29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https://resh.edu.ru/subject/lesson/1620/start/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(Архитектурно-ландшафтное пространство)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30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https://resh.edu.ru/subject/lesson/2108/start/</w:t>
              </w:r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(Интерьерный дизайн своего дома)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color w:val="000000"/>
                <w:sz w:val="28"/>
                <w:szCs w:val="28"/>
              </w:rPr>
              <w:t>Культура</w:t>
            </w:r>
            <w:proofErr w:type="gramStart"/>
            <w:r w:rsidRPr="008C5557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8C5557">
              <w:rPr>
                <w:color w:val="000000"/>
                <w:sz w:val="28"/>
                <w:szCs w:val="28"/>
              </w:rPr>
              <w:t>Ф</w:t>
            </w:r>
            <w:proofErr w:type="spellEnd"/>
            <w:r w:rsidRPr="008C5557">
              <w:rPr>
                <w:color w:val="000000"/>
                <w:sz w:val="28"/>
                <w:szCs w:val="28"/>
              </w:rPr>
              <w:t>:</w:t>
            </w:r>
          </w:p>
          <w:p w:rsidR="00FB6B9B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31" w:history="1"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https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://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www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.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culture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.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ru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/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materials</w:t>
              </w:r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/99836/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sebe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-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lyubimomu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-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doma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-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arkhitektorov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-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i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-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khudozhnikov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-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po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-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sobstvennym</w:t>
              </w:r>
              <w:proofErr w:type="spellEnd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</w:rPr>
                <w:t>-</w:t>
              </w:r>
              <w:proofErr w:type="spellStart"/>
              <w:r w:rsidR="00FB6B9B" w:rsidRPr="00995524">
                <w:rPr>
                  <w:rStyle w:val="a7"/>
                  <w:rFonts w:ascii="Calibri" w:hAnsi="Calibri" w:cs="Arial"/>
                  <w:sz w:val="28"/>
                  <w:szCs w:val="28"/>
                  <w:lang w:val="en-US"/>
                </w:rPr>
                <w:t>proektam</w:t>
              </w:r>
              <w:proofErr w:type="spellEnd"/>
            </w:hyperlink>
            <w:r w:rsidR="00FB6B9B" w:rsidRPr="008C5557">
              <w:rPr>
                <w:color w:val="000000"/>
                <w:sz w:val="28"/>
                <w:szCs w:val="28"/>
              </w:rPr>
              <w:t xml:space="preserve"> </w:t>
            </w:r>
          </w:p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(Себе любимому: дома архитекторов и художников по собственным проектам)</w:t>
            </w:r>
          </w:p>
        </w:tc>
      </w:tr>
      <w:tr w:rsidR="00FB6B9B" w:rsidRPr="008C5557" w:rsidTr="004D7AB1">
        <w:tc>
          <w:tcPr>
            <w:tcW w:w="236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793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795" w:type="dxa"/>
          </w:tcPr>
          <w:p w:rsidR="00FB6B9B" w:rsidRPr="008C5557" w:rsidRDefault="00FB6B9B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6656" w:type="dxa"/>
          </w:tcPr>
          <w:p w:rsidR="00FB6B9B" w:rsidRPr="008C5557" w:rsidRDefault="00FB6B9B" w:rsidP="008C5557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4D7AB1" w:rsidRDefault="004D7AB1" w:rsidP="00F23E5D">
      <w:pPr>
        <w:jc w:val="center"/>
        <w:rPr>
          <w:sz w:val="28"/>
          <w:szCs w:val="28"/>
        </w:rPr>
      </w:pPr>
    </w:p>
    <w:p w:rsidR="004D7AB1" w:rsidRDefault="004D7AB1" w:rsidP="00F23E5D">
      <w:pPr>
        <w:jc w:val="center"/>
        <w:rPr>
          <w:sz w:val="28"/>
          <w:szCs w:val="28"/>
        </w:rPr>
      </w:pPr>
    </w:p>
    <w:p w:rsidR="004D7AB1" w:rsidRDefault="004D7AB1" w:rsidP="00F23E5D">
      <w:pPr>
        <w:jc w:val="center"/>
        <w:rPr>
          <w:sz w:val="28"/>
          <w:szCs w:val="28"/>
        </w:rPr>
      </w:pPr>
    </w:p>
    <w:p w:rsidR="004D7AB1" w:rsidRDefault="004D7AB1" w:rsidP="00F23E5D">
      <w:pPr>
        <w:jc w:val="center"/>
        <w:rPr>
          <w:sz w:val="28"/>
          <w:szCs w:val="28"/>
        </w:rPr>
      </w:pPr>
    </w:p>
    <w:p w:rsidR="004D7AB1" w:rsidRDefault="004D7AB1" w:rsidP="00F23E5D">
      <w:pPr>
        <w:jc w:val="center"/>
        <w:rPr>
          <w:sz w:val="28"/>
          <w:szCs w:val="28"/>
        </w:rPr>
      </w:pPr>
    </w:p>
    <w:p w:rsidR="004D7AB1" w:rsidRDefault="004D7AB1" w:rsidP="00F23E5D">
      <w:pPr>
        <w:jc w:val="center"/>
        <w:rPr>
          <w:sz w:val="28"/>
          <w:szCs w:val="28"/>
        </w:rPr>
      </w:pPr>
    </w:p>
    <w:p w:rsidR="004D7AB1" w:rsidRDefault="004D7AB1" w:rsidP="00F23E5D">
      <w:pPr>
        <w:jc w:val="center"/>
        <w:rPr>
          <w:sz w:val="28"/>
          <w:szCs w:val="28"/>
        </w:rPr>
      </w:pPr>
    </w:p>
    <w:p w:rsidR="004D7AB1" w:rsidRDefault="004D7AB1" w:rsidP="00F23E5D">
      <w:pPr>
        <w:jc w:val="center"/>
        <w:rPr>
          <w:sz w:val="28"/>
          <w:szCs w:val="28"/>
        </w:rPr>
      </w:pPr>
    </w:p>
    <w:p w:rsidR="004D7AB1" w:rsidRDefault="004D7AB1" w:rsidP="00F23E5D">
      <w:pPr>
        <w:jc w:val="center"/>
        <w:rPr>
          <w:sz w:val="28"/>
          <w:szCs w:val="28"/>
        </w:rPr>
      </w:pPr>
      <w:bookmarkStart w:id="2" w:name="_GoBack"/>
      <w:bookmarkEnd w:id="2"/>
    </w:p>
    <w:p w:rsidR="004D7AB1" w:rsidRDefault="004D7AB1" w:rsidP="00F23E5D">
      <w:pPr>
        <w:jc w:val="center"/>
        <w:rPr>
          <w:sz w:val="28"/>
          <w:szCs w:val="28"/>
        </w:rPr>
      </w:pPr>
    </w:p>
    <w:p w:rsidR="004D7AB1" w:rsidRDefault="004D7AB1" w:rsidP="00F23E5D">
      <w:pPr>
        <w:jc w:val="center"/>
        <w:rPr>
          <w:sz w:val="28"/>
          <w:szCs w:val="28"/>
        </w:rPr>
      </w:pPr>
    </w:p>
    <w:p w:rsidR="00966391" w:rsidRPr="00F23E5D" w:rsidRDefault="00F23E5D" w:rsidP="00F23E5D">
      <w:pPr>
        <w:jc w:val="center"/>
        <w:rPr>
          <w:b/>
          <w:color w:val="000000"/>
          <w:sz w:val="28"/>
          <w:szCs w:val="28"/>
        </w:rPr>
      </w:pPr>
      <w:r w:rsidRPr="00F23E5D">
        <w:rPr>
          <w:b/>
          <w:color w:val="000000"/>
          <w:sz w:val="28"/>
          <w:szCs w:val="28"/>
        </w:rPr>
        <w:lastRenderedPageBreak/>
        <w:t>ТЕМАТИЧЕСКОЕ ПЛАНИРОВАНИЕ</w:t>
      </w:r>
    </w:p>
    <w:p w:rsidR="00966391" w:rsidRPr="00F23E5D" w:rsidRDefault="00966391" w:rsidP="00F23E5D">
      <w:pPr>
        <w:jc w:val="center"/>
        <w:rPr>
          <w:b/>
          <w:color w:val="000000"/>
          <w:sz w:val="28"/>
          <w:szCs w:val="28"/>
        </w:rPr>
      </w:pPr>
    </w:p>
    <w:p w:rsidR="007237D3" w:rsidRPr="00F23E5D" w:rsidRDefault="00917E77" w:rsidP="00F23E5D">
      <w:pPr>
        <w:pStyle w:val="a6"/>
        <w:jc w:val="center"/>
        <w:rPr>
          <w:rFonts w:ascii="Times New Roman" w:hAnsi="Times New Roman" w:cs="Times New Roman"/>
          <w:b/>
          <w:w w:val="101"/>
          <w:sz w:val="28"/>
          <w:szCs w:val="28"/>
        </w:rPr>
      </w:pPr>
      <w:r w:rsidRPr="00F23E5D">
        <w:rPr>
          <w:rFonts w:ascii="Times New Roman" w:hAnsi="Times New Roman" w:cs="Times New Roman"/>
          <w:b/>
          <w:sz w:val="28"/>
          <w:szCs w:val="28"/>
        </w:rPr>
        <w:t>6</w:t>
      </w:r>
      <w:r w:rsidR="007237D3" w:rsidRPr="00F23E5D">
        <w:rPr>
          <w:rFonts w:ascii="Times New Roman" w:hAnsi="Times New Roman" w:cs="Times New Roman"/>
          <w:b/>
          <w:sz w:val="28"/>
          <w:szCs w:val="28"/>
        </w:rPr>
        <w:t xml:space="preserve"> КЛАСС.</w:t>
      </w:r>
      <w:r w:rsidR="00CC1051" w:rsidRPr="00F23E5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237D3" w:rsidRPr="00F23E5D">
        <w:rPr>
          <w:rFonts w:ascii="Times New Roman" w:hAnsi="Times New Roman" w:cs="Times New Roman"/>
          <w:b/>
          <w:sz w:val="28"/>
          <w:szCs w:val="28"/>
        </w:rPr>
        <w:t xml:space="preserve"> МОДУЛЬ  «</w:t>
      </w:r>
      <w:r w:rsidR="007237D3" w:rsidRPr="00F23E5D">
        <w:rPr>
          <w:rFonts w:ascii="Times New Roman" w:hAnsi="Times New Roman" w:cs="Times New Roman"/>
          <w:b/>
          <w:w w:val="101"/>
          <w:sz w:val="28"/>
          <w:szCs w:val="28"/>
        </w:rPr>
        <w:t>МОДУЛЯ «ЖИВОПИСЬ, ГРАФИКА, СКУЛЬПТУРА»</w:t>
      </w:r>
    </w:p>
    <w:p w:rsidR="00F23E5D" w:rsidRPr="00F23E5D" w:rsidRDefault="00F23E5D" w:rsidP="00F23E5D">
      <w:pPr>
        <w:pStyle w:val="a6"/>
        <w:jc w:val="center"/>
        <w:rPr>
          <w:rFonts w:ascii="Times New Roman" w:hAnsi="Times New Roman" w:cs="Times New Roman"/>
          <w:w w:val="101"/>
          <w:sz w:val="28"/>
          <w:szCs w:val="28"/>
        </w:rPr>
      </w:pPr>
    </w:p>
    <w:tbl>
      <w:tblPr>
        <w:tblW w:w="144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5245"/>
        <w:gridCol w:w="1785"/>
        <w:gridCol w:w="6720"/>
      </w:tblGrid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CC1051" w:rsidP="008C5557">
            <w:pPr>
              <w:pStyle w:val="a6"/>
              <w:rPr>
                <w:rFonts w:ascii="Times New Roman" w:eastAsia="MS Mincho" w:hAnsi="Times New Roman" w:cs="Times New Roman"/>
                <w:b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b/>
                <w:w w:val="101"/>
                <w:sz w:val="28"/>
                <w:szCs w:val="28"/>
              </w:rPr>
              <w:t>№</w:t>
            </w:r>
          </w:p>
        </w:tc>
        <w:tc>
          <w:tcPr>
            <w:tcW w:w="5245" w:type="dxa"/>
            <w:shd w:val="clear" w:color="auto" w:fill="auto"/>
          </w:tcPr>
          <w:p w:rsidR="007237D3" w:rsidRPr="008C5557" w:rsidRDefault="00CC1051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proofErr w:type="spellStart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>модуля</w:t>
            </w:r>
            <w:proofErr w:type="spellEnd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>Тема</w:t>
            </w:r>
            <w:proofErr w:type="spellEnd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>урока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8C5557" w:rsidRDefault="00CC1051" w:rsidP="008C5557">
            <w:pPr>
              <w:pStyle w:val="a6"/>
              <w:rPr>
                <w:rFonts w:ascii="Times New Roman" w:eastAsia="MS Mincho" w:hAnsi="Times New Roman" w:cs="Times New Roman"/>
                <w:b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b/>
                <w:w w:val="101"/>
                <w:sz w:val="28"/>
                <w:szCs w:val="28"/>
              </w:rPr>
              <w:t>Количество часов</w:t>
            </w:r>
          </w:p>
        </w:tc>
        <w:tc>
          <w:tcPr>
            <w:tcW w:w="6720" w:type="dxa"/>
            <w:shd w:val="clear" w:color="auto" w:fill="auto"/>
          </w:tcPr>
          <w:p w:rsidR="007237D3" w:rsidRPr="008C5557" w:rsidRDefault="00CC1051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proofErr w:type="spellStart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>Электронные</w:t>
            </w:r>
            <w:proofErr w:type="spellEnd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>цифровые</w:t>
            </w:r>
            <w:proofErr w:type="spellEnd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>образовательные</w:t>
            </w:r>
            <w:proofErr w:type="spellEnd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en-US"/>
              </w:rPr>
              <w:t>ресурсы</w:t>
            </w:r>
            <w:proofErr w:type="spellEnd"/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156B3C" w:rsidRPr="008C5557" w:rsidRDefault="00156B3C" w:rsidP="008C5557">
            <w:pPr>
              <w:pStyle w:val="a6"/>
              <w:rPr>
                <w:rFonts w:ascii="Times New Roman" w:eastAsia="MS Mincho" w:hAnsi="Times New Roman" w:cs="Times New Roman"/>
                <w:b/>
                <w:w w:val="101"/>
                <w:sz w:val="28"/>
                <w:szCs w:val="28"/>
                <w:lang w:val="en-US"/>
              </w:rPr>
            </w:pPr>
          </w:p>
        </w:tc>
        <w:tc>
          <w:tcPr>
            <w:tcW w:w="5245" w:type="dxa"/>
            <w:shd w:val="clear" w:color="auto" w:fill="auto"/>
          </w:tcPr>
          <w:p w:rsidR="0089297F" w:rsidRPr="008C5557" w:rsidRDefault="0089297F" w:rsidP="008C5557">
            <w:pPr>
              <w:pStyle w:val="a6"/>
              <w:rPr>
                <w:rFonts w:ascii="Times New Roman" w:eastAsia="MS Mincho" w:hAnsi="Times New Roman" w:cs="Times New Roman"/>
                <w:b/>
                <w:w w:val="97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b/>
                <w:w w:val="97"/>
                <w:sz w:val="28"/>
                <w:szCs w:val="28"/>
              </w:rPr>
              <w:t xml:space="preserve">Общие сведения о видах искусства </w:t>
            </w:r>
          </w:p>
          <w:p w:rsidR="00156B3C" w:rsidRPr="008C5557" w:rsidRDefault="00156B3C" w:rsidP="008C5557">
            <w:pPr>
              <w:pStyle w:val="a6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5" w:type="dxa"/>
            <w:shd w:val="clear" w:color="auto" w:fill="auto"/>
          </w:tcPr>
          <w:p w:rsidR="00156B3C" w:rsidRPr="008C5557" w:rsidRDefault="00156B3C" w:rsidP="008C5557">
            <w:pPr>
              <w:pStyle w:val="a6"/>
              <w:rPr>
                <w:rFonts w:ascii="Times New Roman" w:eastAsia="MS Mincho" w:hAnsi="Times New Roman" w:cs="Times New Roman"/>
                <w:b/>
                <w:w w:val="101"/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</w:tcPr>
          <w:p w:rsidR="00156B3C" w:rsidRPr="008C5557" w:rsidRDefault="00156B3C" w:rsidP="008C5557">
            <w:pPr>
              <w:pStyle w:val="a6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D1CB9" w:rsidRPr="008C5557" w:rsidTr="00550CC9">
        <w:trPr>
          <w:trHeight w:val="2778"/>
        </w:trPr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7237D3" w:rsidRPr="00F23E5D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F23E5D">
              <w:rPr>
                <w:rFonts w:ascii="Times New Roman" w:eastAsia="MS Mincho" w:hAnsi="Times New Roman" w:cs="Times New Roman"/>
                <w:sz w:val="28"/>
                <w:szCs w:val="28"/>
              </w:rPr>
              <w:t>Искусство</w:t>
            </w:r>
            <w:r w:rsidRPr="00F23E5D">
              <w:rPr>
                <w:rFonts w:ascii="Times New Roman" w:eastAsia="MS Mincho" w:hAnsi="Times New Roman" w:cs="Times New Roman"/>
                <w:w w:val="97"/>
                <w:sz w:val="28"/>
                <w:szCs w:val="28"/>
              </w:rPr>
              <w:t xml:space="preserve">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— его виды и их роль в жизни людей</w:t>
            </w:r>
          </w:p>
        </w:tc>
        <w:tc>
          <w:tcPr>
            <w:tcW w:w="1785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8C5557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32"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8C5557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33"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8C5557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  <w:r w:rsidR="007237D3" w:rsidRPr="008C5557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8C5557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34" w:history="1"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https</w:t>
              </w:r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://</w:t>
              </w:r>
              <w:proofErr w:type="spellStart"/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ya</w:t>
              </w:r>
              <w:proofErr w:type="spellEnd"/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.</w:t>
              </w:r>
              <w:proofErr w:type="spellStart"/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/</w:t>
              </w:r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video</w:t>
              </w:r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/</w:t>
              </w:r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search</w:t>
              </w:r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?</w:t>
              </w:r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from</w:t>
              </w:r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=</w:t>
              </w:r>
              <w:proofErr w:type="spellStart"/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tabbar</w:t>
              </w:r>
              <w:proofErr w:type="spellEnd"/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&amp;</w:t>
              </w:r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text</w:t>
              </w:r>
              <w:r w:rsidR="007237D3" w:rsidRPr="008C5557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=Искусство%20—%20его%20виды%20и%20их%20роль%20в%20жизни%20людей</w:t>
              </w:r>
            </w:hyperlink>
            <w:r w:rsidR="007237D3" w:rsidRPr="008C5557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89297F" w:rsidRPr="008C5557" w:rsidRDefault="0089297F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Язык изобразительного искусства и его выразительные средства</w:t>
            </w:r>
          </w:p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Живописные, графические и скульптурные художественные материалы и их особые свойства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35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36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37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https://ya.ru/video/search?from=tabbar&amp;text=Живописные%2C%20графические%20и%20скульптурные%20художественные%20материалы%20и%20их%20особые%20свойства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3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Рисунок — основа изобразительного искусства и мастерства художника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38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39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40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https://ya.ru/video/search?from=tabbar&amp;text=Рисунок%20—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lastRenderedPageBreak/>
                <w:t>%20основа%20изобразительного%20искусства%20и%20мастерства%20художника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lastRenderedPageBreak/>
              <w:t>4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Выразительные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возможности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лини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41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42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 </w:t>
            </w:r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43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https://ya.ru/video/search?from=tabbar&amp;text=Выразительные%20%20возможности%20линии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5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Тёмное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—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светлое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—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тональные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отношения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44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45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46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https://ya.ru/video/search?from=tabbar&amp;text=Тёмное%20—%20светлое%20—тональные%20отношения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Основы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цветоведения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47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48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49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https://ya.ru/video/search?from=tabbar&amp;text=Основы%20цветоведения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Цвет как выразительное средство в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 xml:space="preserve">изобразительном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искусстве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50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51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52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https://ya.ru/video/search?from=tabbar&amp;text=Цвет%20как%20выразительное%20средство%20в%20%20изобразительном%20%20искусстве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Выразительные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средства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скульптуры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53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54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55" w:history="1">
              <w:r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https://ya.ru/video/search?from=tabbar&amp;text=Выразительные%20средства%20скульптуры</w:t>
              </w:r>
            </w:hyperlink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89297F" w:rsidRPr="008C5557" w:rsidRDefault="0089297F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 xml:space="preserve"> Жанры изобразительного искусства </w:t>
            </w:r>
          </w:p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8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720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Жанровая система в изобразительном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искусстве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56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57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58" w:history="1">
              <w:r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https://ya.ru/video/search?from=tabbar&amp;text=Жанры%2</w:t>
              </w:r>
              <w:r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lastRenderedPageBreak/>
                <w:t>0изобразительного%20искусства%20</w:t>
              </w:r>
            </w:hyperlink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89297F" w:rsidRPr="008C5557" w:rsidRDefault="0089297F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  <w:r w:rsidRPr="005A2DA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 xml:space="preserve"> Натюрморт</w:t>
            </w:r>
          </w:p>
        </w:tc>
        <w:tc>
          <w:tcPr>
            <w:tcW w:w="178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720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10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Изображение объёмного предмета на плоскости листа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59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60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61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https://ya.ru/video/search?from=tabbar&amp;text=Натюрморт%20Изображение%20объёмного%20предмета%20на%20плоскости%20листа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Конструкция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предмета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сложной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формы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62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63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64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https://ya.ru/video/search?from=tabbar&amp;text=Конструкция%20предмета%20сложной%20формы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12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Свет и тень. Правила светотеневого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изображения предмета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65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66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67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https://ya.ru/video/search?from=tabbar&amp;text=Свет%20и%20тень.%20Правила%20светотеневого%20%20изображения%20предмета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Рисунок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натюрморта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графическими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материалами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68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69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70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https://ya.ru/video/search?from=tabbar&amp;text=Рисунок%20натюрморта%20графическими%20%20материалами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Живописное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изображение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натюрморта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71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72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73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https://ya.ru/video/search?from=tabbar&amp;text=Живописное%20%20изображение%20натюрморта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89297F" w:rsidRPr="008C5557" w:rsidRDefault="0089297F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  <w:r w:rsidRPr="005A2DA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 xml:space="preserve"> Портрет</w:t>
            </w:r>
          </w:p>
        </w:tc>
        <w:tc>
          <w:tcPr>
            <w:tcW w:w="178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720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Портретный жанр в истории искусства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74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75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76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https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://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ya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.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/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video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/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search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?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from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=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tabbar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&amp;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text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=Портрет%20Портретный%20жанр%20в%20истории%20искусства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Конструкция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головы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человека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77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78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79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https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://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ya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.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/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video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/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search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?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from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=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tabbar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&amp;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text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=Конструкция%20головы%20человека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lastRenderedPageBreak/>
              <w:t>17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Графический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портретный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рисунок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80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81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82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https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://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ya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.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/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video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/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search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?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from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=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tabbar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&amp;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text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=Графический%20портретный%20рисунок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18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Свет и тень в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изображении головы человека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83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84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85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https://ya.ru/video/search?from=tabbar&amp;text=Свет%20и%20тень%20в%20%20изображении%20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19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Портрет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скульптуре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86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87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88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https://ya.ru/video/search?from=tabbar&amp;text=Свет%20и%20тень%20в%20%20изображении%20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Живописное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изображение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портрета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89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90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91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https://ya.ru/video/search?from=tabbar&amp;text=Живописное%20%20изображение%20портрета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89297F" w:rsidRPr="008C5557" w:rsidRDefault="0089297F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  <w:r w:rsidRPr="005A2DA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Пейзаж</w:t>
            </w:r>
          </w:p>
        </w:tc>
        <w:tc>
          <w:tcPr>
            <w:tcW w:w="178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720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Правила построения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 xml:space="preserve">линейной перспективы в изображении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пространства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92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93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94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https://ya.ru/video/search?from=tabbar&amp;text=Правила%20построения%20%20линейной%20перспективы%20в%20изображении%20%20пространства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Правила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воздушной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перспективы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95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96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97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https://ya.ru/video/search?from=tabbar&amp;text=Правила%20воздушной%20перспективы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Особенности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 xml:space="preserve">изображения разных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состояний природы и её освещения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98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99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00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https://ya.ru/video/search?from=tabbar&amp;text=Особенности%20%20изображения%20разных%20%20состояний%20природы%20и%20её%20освещения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Пейзаж в истории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русской живописи и его значение в отечественной культуре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01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102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03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https://ya.ru/video/search?from=tabbar&amp;text=Пейзаж%20в%20истории%20%20русской%20живописи%20и%20его%20значение%20в%20отечественной%20культуре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lastRenderedPageBreak/>
              <w:t>25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Пейзаж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графике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04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105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06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https://ya.ru/video/search?from=tabbar&amp;text=Пейзаж%20в%20графике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Городской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пейзаж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07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108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09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https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://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ya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.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/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video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/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search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?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from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=</w:t>
              </w:r>
              <w:proofErr w:type="spellStart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tabbar</w:t>
              </w:r>
              <w:proofErr w:type="spellEnd"/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&amp;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  <w:lang w:val="en-US"/>
                </w:rPr>
                <w:t>text</w:t>
              </w:r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=Городской%20пейзаж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89297F" w:rsidRPr="008C5557" w:rsidRDefault="0089297F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Бытовой жанр в изобразительном искусстве</w:t>
            </w:r>
          </w:p>
        </w:tc>
        <w:tc>
          <w:tcPr>
            <w:tcW w:w="178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27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Изображение бытовой жизни людей в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традициях искусства разных эпох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10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111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12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https://ya.ru/video/search?from=tabbar&amp;text=Бытовой%20жанр%20в%20изобразительном%20искусстве%20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28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Работа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над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сюжетной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композицией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13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114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15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https://ya.ru/video/search?from=tabbar&amp;text=Работа%20над%20сюжетной%20композицией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89297F" w:rsidRPr="008C5557" w:rsidRDefault="0089297F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Исторический жанр в изобразительном искусстве</w:t>
            </w:r>
          </w:p>
        </w:tc>
        <w:tc>
          <w:tcPr>
            <w:tcW w:w="178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29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Историческая картина в истории искусства, её особое значение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16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117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18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https://ya.ru/video/search?from=tabbar&amp;text=Исторический%20жанр%20в%20изобразительном%20искусстве%20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30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Историческая картина в русской живописи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19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120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21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https://ya.ru/video/search?from=tabbar&amp;text=Историческая%20картина%20в%20русской%20живописи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31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Работа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над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сюжетной</w:t>
            </w:r>
            <w:proofErr w:type="spellEnd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композицией</w:t>
            </w:r>
            <w:proofErr w:type="spellEnd"/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22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https://ya.ru/video/search?from=tabbar&amp;text=Работа%20над%20сюжетной%20композицией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89297F" w:rsidRPr="008C5557" w:rsidRDefault="0089297F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Раздел 9. Библейские темы в изобразительном искусстве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85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</w:tcPr>
          <w:p w:rsidR="0089297F" w:rsidRPr="005A2DA4" w:rsidRDefault="0089297F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32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Библейские темы в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истории европейской и отечественной живописи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23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124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25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https://ya.ru/video/search?from=tabbar&amp;text=Библейские%20темы%20в%20изобразительном%20искусстве%20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lastRenderedPageBreak/>
              <w:t>33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Библейские темы в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 xml:space="preserve">русском искусстве 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XIX</w:t>
            </w: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26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127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28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https://ya.ru/video/search?from=tabbar&amp;text=Библейские%20темы%20в%20изобразительном%20искусстве%20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  <w:r w:rsidRPr="008C5557"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  <w:t>34</w:t>
            </w: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Иконопись в истории русского искусства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29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educont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hyperlink r:id="rId130"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content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edsoo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="007237D3" w:rsidRPr="005A2DA4">
                <w:rPr>
                  <w:rFonts w:ascii="Times New Roman" w:eastAsia="MS Mincho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lab</w:t>
              </w:r>
            </w:hyperlink>
          </w:p>
          <w:p w:rsidR="007237D3" w:rsidRPr="005A2DA4" w:rsidRDefault="00550CC9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hyperlink r:id="rId131" w:history="1">
              <w:r w:rsidR="007237D3" w:rsidRPr="005A2DA4">
                <w:rPr>
                  <w:rStyle w:val="a7"/>
                  <w:rFonts w:ascii="Times New Roman" w:eastAsia="MS Mincho" w:hAnsi="Times New Roman"/>
                  <w:sz w:val="28"/>
                  <w:szCs w:val="28"/>
                </w:rPr>
                <w:t>https://ya.ru/video/search?from=tabbar&amp;text=Иконопись%20в%20истории%20русского%20искусства</w:t>
              </w:r>
            </w:hyperlink>
            <w:r w:rsidR="007237D3"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CB9" w:rsidRPr="008C5557" w:rsidTr="00550CC9">
        <w:tc>
          <w:tcPr>
            <w:tcW w:w="708" w:type="dxa"/>
            <w:shd w:val="clear" w:color="auto" w:fill="auto"/>
          </w:tcPr>
          <w:p w:rsidR="007237D3" w:rsidRPr="008C5557" w:rsidRDefault="007237D3" w:rsidP="008C5557">
            <w:pPr>
              <w:pStyle w:val="a6"/>
              <w:rPr>
                <w:rFonts w:ascii="Times New Roman" w:eastAsia="MS Mincho" w:hAnsi="Times New Roman" w:cs="Times New Roman"/>
                <w:w w:val="101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ОБЩЕЕ КОЛИЧЕСТВО ЧАСОВ ПО МОДУЛЮ:</w:t>
            </w:r>
          </w:p>
        </w:tc>
        <w:tc>
          <w:tcPr>
            <w:tcW w:w="1785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A2DA4">
              <w:rPr>
                <w:rFonts w:ascii="Times New Roman" w:eastAsia="MS Mincho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720" w:type="dxa"/>
            <w:shd w:val="clear" w:color="auto" w:fill="auto"/>
          </w:tcPr>
          <w:p w:rsidR="007237D3" w:rsidRPr="005A2DA4" w:rsidRDefault="007237D3" w:rsidP="008C5557">
            <w:pPr>
              <w:pStyle w:val="a6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F23E5D" w:rsidRDefault="00F23E5D" w:rsidP="00F23E5D">
      <w:pPr>
        <w:rPr>
          <w:b/>
          <w:color w:val="000000"/>
          <w:sz w:val="28"/>
          <w:szCs w:val="28"/>
        </w:rPr>
      </w:pPr>
    </w:p>
    <w:p w:rsidR="00F23E5D" w:rsidRPr="008C5557" w:rsidRDefault="00F23E5D" w:rsidP="00F23E5D">
      <w:pPr>
        <w:rPr>
          <w:b/>
          <w:color w:val="000000"/>
          <w:sz w:val="28"/>
          <w:szCs w:val="28"/>
        </w:rPr>
      </w:pPr>
    </w:p>
    <w:p w:rsidR="00F23E5D" w:rsidRDefault="00F23E5D" w:rsidP="00F23E5D">
      <w:pPr>
        <w:jc w:val="center"/>
        <w:rPr>
          <w:b/>
          <w:color w:val="000000"/>
          <w:sz w:val="28"/>
          <w:szCs w:val="28"/>
        </w:rPr>
      </w:pPr>
      <w:r w:rsidRPr="008C5557">
        <w:rPr>
          <w:b/>
          <w:color w:val="000000"/>
          <w:sz w:val="28"/>
          <w:szCs w:val="28"/>
        </w:rPr>
        <w:t>ТЕМАТИЧЕСКОЕ ПЛАНИРОВАНИЕ</w:t>
      </w:r>
    </w:p>
    <w:p w:rsidR="005247BD" w:rsidRPr="008C5557" w:rsidRDefault="005247BD" w:rsidP="00F23E5D">
      <w:pPr>
        <w:rPr>
          <w:b/>
          <w:color w:val="000000"/>
          <w:sz w:val="28"/>
          <w:szCs w:val="28"/>
        </w:rPr>
      </w:pPr>
    </w:p>
    <w:p w:rsidR="007A5192" w:rsidRPr="00F23E5D" w:rsidRDefault="0089418F" w:rsidP="00F23E5D">
      <w:pPr>
        <w:jc w:val="center"/>
        <w:rPr>
          <w:b/>
          <w:color w:val="000000"/>
          <w:sz w:val="28"/>
          <w:szCs w:val="28"/>
        </w:rPr>
      </w:pPr>
      <w:r w:rsidRPr="008C5557">
        <w:rPr>
          <w:b/>
          <w:color w:val="000000"/>
          <w:sz w:val="28"/>
          <w:szCs w:val="28"/>
        </w:rPr>
        <w:t>7 КЛАСС.</w:t>
      </w:r>
      <w:r w:rsidR="00F23E5D">
        <w:rPr>
          <w:b/>
          <w:color w:val="000000"/>
          <w:sz w:val="28"/>
          <w:szCs w:val="28"/>
        </w:rPr>
        <w:t xml:space="preserve">                  </w:t>
      </w:r>
      <w:r w:rsidRPr="008C5557">
        <w:rPr>
          <w:b/>
          <w:color w:val="000000"/>
          <w:sz w:val="28"/>
          <w:szCs w:val="28"/>
        </w:rPr>
        <w:t xml:space="preserve"> МОДУЛЬ «АРХИТЕКТУРА И ДИЗАЙН»</w:t>
      </w:r>
    </w:p>
    <w:p w:rsidR="007A5192" w:rsidRPr="008C5557" w:rsidRDefault="007A5192" w:rsidP="008C5557">
      <w:pPr>
        <w:rPr>
          <w:color w:val="000000"/>
          <w:sz w:val="28"/>
          <w:szCs w:val="28"/>
        </w:rPr>
      </w:pPr>
    </w:p>
    <w:tbl>
      <w:tblPr>
        <w:tblW w:w="14479" w:type="dxa"/>
        <w:tblInd w:w="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5476"/>
        <w:gridCol w:w="1843"/>
        <w:gridCol w:w="6662"/>
      </w:tblGrid>
      <w:tr w:rsidR="007A5192" w:rsidRPr="008C5557" w:rsidTr="00550CC9">
        <w:tc>
          <w:tcPr>
            <w:tcW w:w="498" w:type="dxa"/>
          </w:tcPr>
          <w:p w:rsidR="007A5192" w:rsidRPr="008C5557" w:rsidRDefault="007A5192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Наименование модуля. Тема урока</w:t>
            </w:r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6662" w:type="dxa"/>
          </w:tcPr>
          <w:p w:rsidR="007A5192" w:rsidRPr="008C5557" w:rsidRDefault="007A5192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bCs/>
                <w:color w:val="000000"/>
                <w:sz w:val="28"/>
                <w:szCs w:val="28"/>
              </w:rPr>
              <w:t>Электронные (цифровые) образовательные ресурсы</w:t>
            </w:r>
          </w:p>
        </w:tc>
      </w:tr>
      <w:tr w:rsidR="007A5192" w:rsidRPr="008C5557" w:rsidTr="00550CC9">
        <w:tc>
          <w:tcPr>
            <w:tcW w:w="498" w:type="dxa"/>
          </w:tcPr>
          <w:p w:rsidR="007A5192" w:rsidRPr="008C5557" w:rsidRDefault="007A5192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b/>
                <w:color w:val="000000"/>
                <w:sz w:val="28"/>
                <w:szCs w:val="28"/>
              </w:rPr>
              <w:t>Архитектура и дизайн – конструктивные виды искусства</w:t>
            </w:r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7A5192" w:rsidRPr="008C5557" w:rsidTr="00550CC9"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Архитектура и дизайн – конструктивные виды искусства</w:t>
            </w:r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32" w:history="1">
              <w:r w:rsidR="00B846DC" w:rsidRPr="007B11BF">
                <w:rPr>
                  <w:rStyle w:val="a7"/>
                  <w:sz w:val="28"/>
                  <w:szCs w:val="28"/>
                </w:rPr>
                <w:t>https://www.youtube.com/watch?v=5BlXg82aCxU&amp;ysclid=lonze9il5b10308913</w:t>
              </w:r>
            </w:hyperlink>
            <w:r w:rsidR="00B846DC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7A5192" w:rsidRPr="008C5557" w:rsidTr="00550CC9"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8C5557">
              <w:rPr>
                <w:b/>
                <w:color w:val="000000"/>
                <w:sz w:val="28"/>
                <w:szCs w:val="28"/>
              </w:rPr>
              <w:t>Графический дизайн</w:t>
            </w:r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7A5192" w:rsidRPr="008C5557" w:rsidTr="00550CC9"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B846DC">
              <w:rPr>
                <w:rFonts w:eastAsia="Calibri"/>
                <w:color w:val="000000"/>
                <w:sz w:val="28"/>
                <w:szCs w:val="28"/>
              </w:rPr>
              <w:t>Основы построения композиции</w:t>
            </w:r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33" w:history="1">
              <w:r w:rsidR="00B846DC" w:rsidRPr="00B846DC">
                <w:rPr>
                  <w:color w:val="0000FF"/>
                  <w:u w:val="single"/>
                </w:rPr>
                <w:t>https://www.youtube.com/results?sp=mAEB&amp;search_query=Основы+построения+композиции</w:t>
              </w:r>
            </w:hyperlink>
            <w:r w:rsidR="00B846DC">
              <w:t xml:space="preserve"> </w:t>
            </w:r>
          </w:p>
        </w:tc>
      </w:tr>
      <w:tr w:rsidR="007A5192" w:rsidRPr="008C5557" w:rsidTr="00550CC9"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Прямые линии и организация пространства</w:t>
            </w:r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34" w:history="1">
              <w:r w:rsidR="00B846DC" w:rsidRPr="00B846DC">
                <w:rPr>
                  <w:color w:val="0000FF"/>
                  <w:u w:val="single"/>
                </w:rPr>
                <w:t>https://www.youtube.com/results?search_query=Прямые+линии+и+организация+пространства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Цвет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элемент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композиционного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творчества</w:t>
            </w:r>
            <w:proofErr w:type="spellEnd"/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35" w:history="1">
              <w:r w:rsidR="00B846DC" w:rsidRPr="00B846DC">
                <w:rPr>
                  <w:color w:val="0000FF"/>
                  <w:u w:val="single"/>
                </w:rPr>
                <w:t>https://www.youtube.com/results?search_query=Цвет+–+элемент+композиционного+творчества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Свободные формы: линии и тоновые пятна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B846DC">
            <w:pPr>
              <w:rPr>
                <w:color w:val="000000"/>
                <w:sz w:val="28"/>
                <w:szCs w:val="28"/>
              </w:rPr>
            </w:pPr>
            <w:hyperlink r:id="rId136" w:history="1">
              <w:r w:rsidR="00B846DC" w:rsidRPr="00B846DC">
                <w:rPr>
                  <w:color w:val="0000FF"/>
                  <w:u w:val="single"/>
                </w:rPr>
                <w:t>https://www.youtube.com/results?search_query=Свободные+формы%3A+линии+и+тоновые+пятна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Буква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—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изобразительный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элемент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композиции</w:t>
            </w:r>
            <w:proofErr w:type="spellEnd"/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A15A2E" w:rsidRPr="008C5557" w:rsidRDefault="00A15A2E" w:rsidP="008C5557">
            <w:pPr>
              <w:rPr>
                <w:sz w:val="28"/>
                <w:szCs w:val="28"/>
              </w:rPr>
            </w:pPr>
            <w:r w:rsidRPr="008C5557">
              <w:rPr>
                <w:color w:val="0000FF"/>
                <w:sz w:val="28"/>
                <w:szCs w:val="28"/>
                <w:u w:val="single" w:color="0000FF"/>
              </w:rPr>
              <w:t>https://uchi.</w:t>
            </w:r>
          </w:p>
          <w:p w:rsidR="007A5192" w:rsidRPr="008C5557" w:rsidRDefault="00A15A2E" w:rsidP="008C55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color w:val="0000FF"/>
                <w:sz w:val="28"/>
                <w:szCs w:val="28"/>
                <w:u w:val="single" w:color="0000FF"/>
              </w:rPr>
              <w:t>ru</w:t>
            </w:r>
            <w:proofErr w:type="spellEnd"/>
            <w:r w:rsidRPr="008C5557">
              <w:rPr>
                <w:color w:val="0000FF"/>
                <w:sz w:val="28"/>
                <w:szCs w:val="28"/>
                <w:u w:val="single" w:color="0000FF"/>
              </w:rPr>
              <w:t>/</w:t>
            </w:r>
            <w:proofErr w:type="spellStart"/>
            <w:r w:rsidRPr="008C5557">
              <w:rPr>
                <w:color w:val="0000FF"/>
                <w:sz w:val="28"/>
                <w:szCs w:val="28"/>
                <w:u w:val="single" w:color="0000FF"/>
              </w:rPr>
              <w:t>main</w:t>
            </w:r>
            <w:proofErr w:type="spellEnd"/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Логотип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как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графический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знак</w:t>
            </w:r>
            <w:proofErr w:type="spellEnd"/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37" w:history="1">
              <w:r w:rsidR="00B846DC" w:rsidRPr="00B846DC">
                <w:rPr>
                  <w:color w:val="0000FF"/>
                  <w:u w:val="single"/>
                </w:rPr>
                <w:t>https://www.youtube.com/results?search_query=Логотип+как+графический+знак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Основы дизайна и макетирования плаката, открытки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A15A2E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FF"/>
                <w:sz w:val="28"/>
                <w:szCs w:val="28"/>
                <w:u w:val="single" w:color="0000FF"/>
              </w:rPr>
              <w:t>https://educ ont.ru</w:t>
            </w:r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476" w:type="dxa"/>
          </w:tcPr>
          <w:p w:rsidR="007A5192" w:rsidRPr="008C5557" w:rsidRDefault="00FF7EA8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sz w:val="28"/>
                <w:szCs w:val="28"/>
              </w:rPr>
              <w:t xml:space="preserve">Композиция плоскостная и </w:t>
            </w:r>
            <w:r w:rsidRPr="008C5557">
              <w:rPr>
                <w:sz w:val="28"/>
                <w:szCs w:val="28"/>
              </w:rPr>
              <w:tab/>
              <w:t xml:space="preserve">пространственная. Композиционная организация пространства.  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FF7EA8" w:rsidRPr="008C5557" w:rsidRDefault="00FF7EA8" w:rsidP="008C5557">
            <w:pPr>
              <w:rPr>
                <w:sz w:val="28"/>
                <w:szCs w:val="28"/>
              </w:rPr>
            </w:pPr>
            <w:r w:rsidRPr="008C5557">
              <w:rPr>
                <w:color w:val="0000FF"/>
                <w:sz w:val="28"/>
                <w:szCs w:val="28"/>
                <w:u w:val="single" w:color="0000FF"/>
              </w:rPr>
              <w:t>https://uchi.</w:t>
            </w:r>
          </w:p>
          <w:p w:rsidR="007A5192" w:rsidRDefault="00FF7EA8" w:rsidP="008C5557">
            <w:pPr>
              <w:rPr>
                <w:color w:val="0000FF"/>
                <w:sz w:val="28"/>
                <w:szCs w:val="28"/>
                <w:u w:val="single" w:color="0000FF"/>
              </w:rPr>
            </w:pPr>
            <w:proofErr w:type="spellStart"/>
            <w:r w:rsidRPr="008C5557">
              <w:rPr>
                <w:color w:val="0000FF"/>
                <w:sz w:val="28"/>
                <w:szCs w:val="28"/>
                <w:u w:val="single" w:color="0000FF"/>
              </w:rPr>
              <w:t>ru</w:t>
            </w:r>
            <w:proofErr w:type="spellEnd"/>
            <w:r w:rsidRPr="008C5557">
              <w:rPr>
                <w:color w:val="0000FF"/>
                <w:sz w:val="28"/>
                <w:szCs w:val="28"/>
                <w:u w:val="single" w:color="0000FF"/>
              </w:rPr>
              <w:t>/</w:t>
            </w:r>
            <w:proofErr w:type="spellStart"/>
            <w:r w:rsidRPr="008C5557">
              <w:rPr>
                <w:color w:val="0000FF"/>
                <w:sz w:val="28"/>
                <w:szCs w:val="28"/>
                <w:u w:val="single" w:color="0000FF"/>
              </w:rPr>
              <w:t>main</w:t>
            </w:r>
            <w:proofErr w:type="spellEnd"/>
          </w:p>
          <w:p w:rsidR="00B846DC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38" w:history="1">
              <w:r w:rsidR="00B846DC" w:rsidRPr="00B846DC">
                <w:rPr>
                  <w:color w:val="0000FF"/>
                  <w:u w:val="single"/>
                </w:rPr>
                <w:t>https://www.youtube.com/results?search_query=Композиция+плоскостная+и+%09пространственная.+Композиционная+организация+пространства.++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8C5557">
              <w:rPr>
                <w:b/>
                <w:color w:val="000000"/>
                <w:sz w:val="28"/>
                <w:szCs w:val="28"/>
              </w:rPr>
              <w:t>Макетирование объемно-пространственных композиций</w:t>
            </w:r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От плоскостного изображения к объемному макету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B846DC">
            <w:pPr>
              <w:rPr>
                <w:color w:val="000000"/>
                <w:sz w:val="28"/>
                <w:szCs w:val="28"/>
              </w:rPr>
            </w:pPr>
            <w:hyperlink r:id="rId139" w:history="1">
              <w:r w:rsidR="007C3307" w:rsidRPr="007C3307">
                <w:rPr>
                  <w:color w:val="0000FF"/>
                  <w:u w:val="single"/>
                </w:rPr>
                <w:t>https://www.youtube.com/results?search_query=От+плоскостного+изображения+к+объемному+макету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Взаимосвязь объектов в архитектурном макете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C3307" w:rsidRPr="008C5557" w:rsidRDefault="00550CC9" w:rsidP="00B846DC">
            <w:pPr>
              <w:rPr>
                <w:color w:val="000000"/>
                <w:sz w:val="28"/>
                <w:szCs w:val="28"/>
              </w:rPr>
            </w:pPr>
            <w:hyperlink r:id="rId140" w:history="1">
              <w:r w:rsidR="007C3307" w:rsidRPr="007C3307">
                <w:rPr>
                  <w:color w:val="0000FF"/>
                  <w:u w:val="single"/>
                </w:rPr>
                <w:t>https://www.youtube.com/results?search_query=Взаимосвязь+объектов+в+архитектурном+макете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Здание как сочетание различных объёмных форм</w:t>
            </w:r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7A5192" w:rsidRPr="008C5557" w:rsidRDefault="00A15A2E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FF"/>
                <w:sz w:val="28"/>
                <w:szCs w:val="28"/>
                <w:u w:val="single" w:color="0000FF"/>
              </w:rPr>
              <w:t>https://educ ont.ru</w:t>
            </w:r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Важнейшие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архитектурные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элементы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здания</w:t>
            </w:r>
            <w:proofErr w:type="spellEnd"/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B846DC">
            <w:pPr>
              <w:rPr>
                <w:color w:val="000000"/>
                <w:sz w:val="28"/>
                <w:szCs w:val="28"/>
              </w:rPr>
            </w:pPr>
            <w:hyperlink r:id="rId141" w:history="1">
              <w:r w:rsidR="007C3307" w:rsidRPr="007C3307">
                <w:rPr>
                  <w:color w:val="0000FF"/>
                  <w:u w:val="single"/>
                </w:rPr>
                <w:t>https://www.youtube.com/results?search_query=Важнейшие+архитектурные+элементы+здания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Вещь как сочетание объемов и образа времени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8C5557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FF"/>
                <w:sz w:val="28"/>
                <w:szCs w:val="28"/>
                <w:u w:val="single" w:color="0000FF"/>
              </w:rPr>
              <w:t>https://educ ont.ru</w:t>
            </w:r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Роль и значение материала в конструкции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B846DC">
            <w:pPr>
              <w:rPr>
                <w:color w:val="000000"/>
                <w:sz w:val="28"/>
                <w:szCs w:val="28"/>
              </w:rPr>
            </w:pPr>
            <w:hyperlink r:id="rId142" w:history="1">
              <w:r w:rsidR="007C3307" w:rsidRPr="007C3307">
                <w:rPr>
                  <w:color w:val="0000FF"/>
                  <w:u w:val="single"/>
                </w:rPr>
                <w:t>https://www.youtube.com/results?search_query=Роль+и+значение+материала+в+конструкции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Роль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цвета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формотворчестве</w:t>
            </w:r>
            <w:proofErr w:type="spellEnd"/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B846DC" w:rsidRPr="008C5557" w:rsidRDefault="00B846DC" w:rsidP="00B846DC">
            <w:pPr>
              <w:rPr>
                <w:sz w:val="28"/>
                <w:szCs w:val="28"/>
                <w:lang w:val="en-US"/>
              </w:rPr>
            </w:pPr>
            <w:r w:rsidRPr="008C5557">
              <w:rPr>
                <w:color w:val="0000FF"/>
                <w:sz w:val="28"/>
                <w:szCs w:val="28"/>
                <w:u w:val="single" w:color="0000FF"/>
                <w:lang w:val="en-US"/>
              </w:rPr>
              <w:t>https://sferu m.ru/?p=</w:t>
            </w:r>
            <w:proofErr w:type="spellStart"/>
            <w:r w:rsidRPr="008C5557">
              <w:rPr>
                <w:color w:val="0000FF"/>
                <w:sz w:val="28"/>
                <w:szCs w:val="28"/>
                <w:u w:val="single" w:color="0000FF"/>
                <w:lang w:val="en-US"/>
              </w:rPr>
              <w:t>sta</w:t>
            </w:r>
            <w:proofErr w:type="spellEnd"/>
          </w:p>
          <w:p w:rsidR="007A5192" w:rsidRPr="008C5557" w:rsidRDefault="00B846DC" w:rsidP="00B846DC">
            <w:pPr>
              <w:rPr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color w:val="0000FF"/>
                <w:sz w:val="28"/>
                <w:szCs w:val="28"/>
                <w:u w:val="single" w:color="0000FF"/>
              </w:rPr>
              <w:t>rt</w:t>
            </w:r>
            <w:proofErr w:type="spellEnd"/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8C5557">
              <w:rPr>
                <w:b/>
                <w:color w:val="000000"/>
                <w:sz w:val="28"/>
                <w:szCs w:val="28"/>
              </w:rPr>
              <w:t>Дизайн и архитектура как среда жизни человека</w:t>
            </w:r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Обзор развития образно-стилевого языка архитектуры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43" w:history="1">
              <w:r w:rsidRPr="00550CC9">
                <w:rPr>
                  <w:color w:val="0000FF"/>
                  <w:u w:val="single"/>
                </w:rPr>
                <w:t>https://ya.ru/search/?text=Обзор+развития+образно-стилевого+языка+архитектуры&amp;lr=10769&amp;clid=2378388-1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Образ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материальной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культуры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прошлого</w:t>
            </w:r>
            <w:proofErr w:type="spellEnd"/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44" w:history="1">
              <w:r w:rsidRPr="00550CC9">
                <w:rPr>
                  <w:color w:val="0000FF"/>
                  <w:u w:val="single"/>
                </w:rPr>
                <w:t>https://ya.ru/search/?text=Образ+материальной+культуры+прошлого&amp;lr=10769&amp;clid=2378388-1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lastRenderedPageBreak/>
              <w:t>19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Пути развития современной архитектуры и дизайна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45" w:history="1">
              <w:r w:rsidRPr="00550CC9">
                <w:rPr>
                  <w:color w:val="0000FF"/>
                  <w:u w:val="single"/>
                </w:rPr>
                <w:t>https://ya.ru/search/?text=Пути+развития+современной+архитектуры+и+дизайна&amp;lr=10769&amp;clid=2378388-1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Проектирование дизайна объектов городской среды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A15A2E" w:rsidRPr="008C5557" w:rsidRDefault="00A15A2E" w:rsidP="008C5557">
            <w:pPr>
              <w:rPr>
                <w:sz w:val="28"/>
                <w:szCs w:val="28"/>
              </w:rPr>
            </w:pPr>
            <w:r w:rsidRPr="008C5557">
              <w:rPr>
                <w:color w:val="0000FF"/>
                <w:sz w:val="28"/>
                <w:szCs w:val="28"/>
                <w:u w:val="single" w:color="0000FF"/>
              </w:rPr>
              <w:t>https://uchi.</w:t>
            </w:r>
          </w:p>
          <w:p w:rsidR="007A5192" w:rsidRPr="008C5557" w:rsidRDefault="00A15A2E" w:rsidP="008C55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color w:val="0000FF"/>
                <w:sz w:val="28"/>
                <w:szCs w:val="28"/>
                <w:u w:val="single" w:color="0000FF"/>
              </w:rPr>
              <w:t>ru</w:t>
            </w:r>
            <w:proofErr w:type="spellEnd"/>
            <w:r w:rsidRPr="008C5557">
              <w:rPr>
                <w:color w:val="0000FF"/>
                <w:sz w:val="28"/>
                <w:szCs w:val="28"/>
                <w:u w:val="single" w:color="0000FF"/>
              </w:rPr>
              <w:t>/</w:t>
            </w:r>
            <w:proofErr w:type="spellStart"/>
            <w:r w:rsidRPr="008C5557">
              <w:rPr>
                <w:color w:val="0000FF"/>
                <w:sz w:val="28"/>
                <w:szCs w:val="28"/>
                <w:u w:val="single" w:color="0000FF"/>
              </w:rPr>
              <w:t>main</w:t>
            </w:r>
            <w:proofErr w:type="spellEnd"/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Дизайн пространственно-предметной среды интерьера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46" w:history="1">
              <w:r w:rsidRPr="00550CC9">
                <w:rPr>
                  <w:color w:val="0000FF"/>
                  <w:u w:val="single"/>
                </w:rPr>
                <w:t>https://ya.ru/search/?text=Дизайн+пространственно-предметной+среды+интерьера&amp;lr=10769&amp;clid=2378388-1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Организация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архитектурно-ландшафтного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пространства</w:t>
            </w:r>
            <w:proofErr w:type="spellEnd"/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47" w:history="1">
              <w:r w:rsidRPr="00550CC9">
                <w:rPr>
                  <w:color w:val="0000FF"/>
                  <w:u w:val="single"/>
                </w:rPr>
                <w:t>https://ya.ru/search/?text=Организация+архитектурно-ландшафтного+пространства&amp;lr=10769&amp;clid=2378388-1</w:t>
              </w:r>
            </w:hyperlink>
            <w:r>
              <w:t xml:space="preserve"> </w:t>
            </w:r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48" w:history="1">
              <w:r w:rsidRPr="00550CC9">
                <w:rPr>
                  <w:color w:val="0000FF"/>
                  <w:u w:val="single"/>
                </w:rPr>
                <w:t>https://ya.ru/search/?text=Интерьеры+общественных+зданий.+Роль+вещи+в+образно-стилевом+решении+интервьюера&amp;lr=10769&amp;clid=2378388-1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Дизайн-проект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территории</w:t>
            </w:r>
            <w:proofErr w:type="spellEnd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парка</w:t>
            </w:r>
            <w:proofErr w:type="spellEnd"/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8C5557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FF"/>
                <w:sz w:val="28"/>
                <w:szCs w:val="28"/>
                <w:u w:val="single" w:color="0000FF"/>
              </w:rPr>
              <w:t>https://educ ont.ru</w:t>
            </w:r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Функционально-архитектурная планировка своего жилища</w:t>
            </w:r>
          </w:p>
        </w:tc>
        <w:tc>
          <w:tcPr>
            <w:tcW w:w="1843" w:type="dxa"/>
          </w:tcPr>
          <w:p w:rsidR="007A5192" w:rsidRPr="008C5557" w:rsidRDefault="00A90B84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49" w:history="1">
              <w:r w:rsidRPr="00550CC9">
                <w:rPr>
                  <w:color w:val="0000FF"/>
                  <w:u w:val="single"/>
                </w:rPr>
                <w:t>https://ya.ru/search/?text=Интерьеры+общественных+зданий.+Роль+вещи+в+образно-стилевом+решении+интервьюера&amp;lr=10769&amp;clid=2378388-1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Проект организации пространства и среды жилой комнаты</w:t>
            </w:r>
            <w:r w:rsidR="004D7AB1" w:rsidRPr="008C5557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="004D7AB1" w:rsidRPr="008C5557">
              <w:rPr>
                <w:rFonts w:eastAsia="Calibri"/>
                <w:color w:val="000000"/>
                <w:sz w:val="28"/>
                <w:szCs w:val="28"/>
              </w:rPr>
              <w:t>Дизайн-проект интерьере частного дома</w:t>
            </w:r>
          </w:p>
        </w:tc>
        <w:tc>
          <w:tcPr>
            <w:tcW w:w="1843" w:type="dxa"/>
          </w:tcPr>
          <w:p w:rsidR="007A5192" w:rsidRPr="008C5557" w:rsidRDefault="006D1CB9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50" w:history="1">
              <w:r w:rsidRPr="00550CC9">
                <w:rPr>
                  <w:color w:val="0000FF"/>
                  <w:u w:val="single"/>
                </w:rPr>
                <w:t>https://ya.ru/search/?text=Проект+организации+пространства+и+среды+жилой+комнаты&amp;lr=10769&amp;clid=2378388-1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5192" w:rsidRPr="008C5557" w:rsidRDefault="006D1CB9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A15A2E" w:rsidRPr="008C5557" w:rsidRDefault="00A15A2E" w:rsidP="008C5557">
            <w:pPr>
              <w:rPr>
                <w:sz w:val="28"/>
                <w:szCs w:val="28"/>
                <w:lang w:val="en-US"/>
              </w:rPr>
            </w:pPr>
            <w:r w:rsidRPr="008C5557">
              <w:rPr>
                <w:color w:val="0000FF"/>
                <w:sz w:val="28"/>
                <w:szCs w:val="28"/>
                <w:u w:val="single" w:color="0000FF"/>
                <w:lang w:val="en-US"/>
              </w:rPr>
              <w:t>https://sferu m.ru/?p=</w:t>
            </w:r>
            <w:proofErr w:type="spellStart"/>
            <w:r w:rsidRPr="008C5557">
              <w:rPr>
                <w:color w:val="0000FF"/>
                <w:sz w:val="28"/>
                <w:szCs w:val="28"/>
                <w:u w:val="single" w:color="0000FF"/>
                <w:lang w:val="en-US"/>
              </w:rPr>
              <w:t>sta</w:t>
            </w:r>
            <w:proofErr w:type="spellEnd"/>
          </w:p>
          <w:p w:rsidR="007A5192" w:rsidRPr="008C5557" w:rsidRDefault="00A15A2E" w:rsidP="008C55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8C5557">
              <w:rPr>
                <w:color w:val="0000FF"/>
                <w:sz w:val="28"/>
                <w:szCs w:val="28"/>
                <w:u w:val="single" w:color="0000FF"/>
              </w:rPr>
              <w:t>rt</w:t>
            </w:r>
            <w:proofErr w:type="spellEnd"/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8C5557">
              <w:rPr>
                <w:b/>
                <w:color w:val="000000"/>
                <w:sz w:val="28"/>
                <w:szCs w:val="28"/>
              </w:rPr>
              <w:t>Образ человека и индивидуальное проектирование</w:t>
            </w:r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4D7AB1" w:rsidP="008C555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Мода и культура. Стиль в одежде</w:t>
            </w:r>
            <w:r w:rsidR="00FF7EA8" w:rsidRPr="008C5557">
              <w:rPr>
                <w:rFonts w:eastAsia="Calibri"/>
                <w:color w:val="000000"/>
                <w:sz w:val="28"/>
                <w:szCs w:val="28"/>
              </w:rPr>
              <w:t xml:space="preserve"> Композиционно-конструктивные принципы дизайна одежды</w:t>
            </w:r>
          </w:p>
        </w:tc>
        <w:tc>
          <w:tcPr>
            <w:tcW w:w="1843" w:type="dxa"/>
          </w:tcPr>
          <w:p w:rsidR="007A5192" w:rsidRPr="008C5557" w:rsidRDefault="006D1CB9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51" w:history="1">
              <w:r w:rsidRPr="00550CC9">
                <w:rPr>
                  <w:color w:val="0000FF"/>
                  <w:u w:val="single"/>
                </w:rPr>
                <w:t>https://ya.ru/search/?text=Стиль+в+одежде+Композиционно-конструктивные+принципы+дизайна+одежды&amp;lr=10769&amp;clid=2378388-1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Default="004D7AB1" w:rsidP="008C555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  <w:p w:rsidR="004D7AB1" w:rsidRPr="008C5557" w:rsidRDefault="004D7AB1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476" w:type="dxa"/>
          </w:tcPr>
          <w:p w:rsidR="007A5192" w:rsidRPr="008C5557" w:rsidRDefault="00FF7EA8" w:rsidP="004D7AB1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 xml:space="preserve">Дизайн современной одежды: творческие эскизы </w:t>
            </w:r>
          </w:p>
        </w:tc>
        <w:tc>
          <w:tcPr>
            <w:tcW w:w="1843" w:type="dxa"/>
          </w:tcPr>
          <w:p w:rsidR="007A5192" w:rsidRPr="008C5557" w:rsidRDefault="006D1CB9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A15A2E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52" w:history="1">
              <w:r w:rsidRPr="00550CC9">
                <w:rPr>
                  <w:color w:val="0000FF"/>
                  <w:u w:val="single"/>
                </w:rPr>
                <w:t>https://ya.ru/search/?text=Грим+и+причёска+в+практике+дизайна+Имидж-дизайн&amp;lr=10769&amp;clid=2378388-1</w:t>
              </w:r>
            </w:hyperlink>
          </w:p>
        </w:tc>
      </w:tr>
      <w:tr w:rsidR="004D7AB1" w:rsidRPr="008C5557" w:rsidTr="00550CC9">
        <w:trPr>
          <w:trHeight w:val="458"/>
        </w:trPr>
        <w:tc>
          <w:tcPr>
            <w:tcW w:w="498" w:type="dxa"/>
          </w:tcPr>
          <w:p w:rsidR="004D7AB1" w:rsidRDefault="004D7AB1" w:rsidP="008C555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5476" w:type="dxa"/>
          </w:tcPr>
          <w:p w:rsidR="004D7AB1" w:rsidRPr="008C5557" w:rsidRDefault="004D7AB1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Грим и причёска в практике дизайна Имидж-дизайн</w:t>
            </w:r>
          </w:p>
        </w:tc>
        <w:tc>
          <w:tcPr>
            <w:tcW w:w="1843" w:type="dxa"/>
          </w:tcPr>
          <w:p w:rsidR="004D7AB1" w:rsidRPr="008C5557" w:rsidRDefault="004D7AB1" w:rsidP="008C555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4D7AB1" w:rsidRPr="00550CC9" w:rsidRDefault="004D7AB1" w:rsidP="008C5557">
            <w:hyperlink r:id="rId153" w:history="1">
              <w:r w:rsidRPr="00550CC9">
                <w:rPr>
                  <w:color w:val="0000FF"/>
                  <w:u w:val="single"/>
                </w:rPr>
                <w:t>https://ya.ru/search/?text=Грим+и+причёска+в+практике+дизайна+Имидж-дизайн&amp;lr=10769&amp;clid=2378388-1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5476" w:type="dxa"/>
          </w:tcPr>
          <w:p w:rsidR="007A5192" w:rsidRPr="008C5557" w:rsidRDefault="00FF7EA8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sz w:val="28"/>
                <w:szCs w:val="28"/>
              </w:rPr>
              <w:t xml:space="preserve">Рождение театра в древнейших обрядах. История развития искусства театра.  </w:t>
            </w:r>
          </w:p>
        </w:tc>
        <w:tc>
          <w:tcPr>
            <w:tcW w:w="1843" w:type="dxa"/>
          </w:tcPr>
          <w:p w:rsidR="007A5192" w:rsidRPr="008C5557" w:rsidRDefault="006D1CB9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550CC9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54" w:history="1">
              <w:r w:rsidRPr="00550CC9">
                <w:rPr>
                  <w:color w:val="0000FF"/>
                  <w:u w:val="single"/>
                </w:rPr>
                <w:t>https://ya.ru/search/?text=Рождение+театра+в+древнейших+обрядах.+История+развития+искусства+театра.++&amp;lr=10769&amp;clid</w:t>
              </w:r>
              <w:r w:rsidRPr="00550CC9">
                <w:rPr>
                  <w:color w:val="0000FF"/>
                  <w:u w:val="single"/>
                </w:rPr>
                <w:lastRenderedPageBreak/>
                <w:t>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lastRenderedPageBreak/>
              <w:t>33</w:t>
            </w:r>
          </w:p>
        </w:tc>
        <w:tc>
          <w:tcPr>
            <w:tcW w:w="5476" w:type="dxa"/>
          </w:tcPr>
          <w:p w:rsidR="007A5192" w:rsidRPr="008C5557" w:rsidRDefault="00A90B84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sz w:val="28"/>
                <w:szCs w:val="28"/>
              </w:rPr>
              <w:t xml:space="preserve">Синтетическая природа </w:t>
            </w:r>
            <w:proofErr w:type="spellStart"/>
            <w:r w:rsidRPr="008C5557">
              <w:rPr>
                <w:sz w:val="28"/>
                <w:szCs w:val="28"/>
              </w:rPr>
              <w:t>пространственновременного</w:t>
            </w:r>
            <w:proofErr w:type="spellEnd"/>
            <w:r w:rsidRPr="008C5557">
              <w:rPr>
                <w:sz w:val="28"/>
                <w:szCs w:val="28"/>
              </w:rPr>
              <w:t xml:space="preserve"> искусства кино и состав творческого коллектива.  </w:t>
            </w:r>
            <w:r w:rsidR="00550CC9" w:rsidRPr="008C5557">
              <w:rPr>
                <w:sz w:val="28"/>
                <w:szCs w:val="28"/>
              </w:rPr>
              <w:t>История кино и его эволюция как искусства.</w:t>
            </w:r>
          </w:p>
        </w:tc>
        <w:tc>
          <w:tcPr>
            <w:tcW w:w="1843" w:type="dxa"/>
          </w:tcPr>
          <w:p w:rsidR="007A5192" w:rsidRPr="008C5557" w:rsidRDefault="006D1CB9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55" w:history="1">
              <w:r w:rsidRPr="00550CC9">
                <w:rPr>
                  <w:color w:val="0000FF"/>
                  <w:u w:val="single"/>
                </w:rPr>
                <w:t>https://ya.ru/search/?text=История+кино+и+его+эволюция+как+искусства.+&amp;lr=10769&amp;clid=2378388-1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5476" w:type="dxa"/>
          </w:tcPr>
          <w:p w:rsidR="00A90B84" w:rsidRPr="008C5557" w:rsidRDefault="00A90B84" w:rsidP="008C5557">
            <w:pPr>
              <w:rPr>
                <w:sz w:val="28"/>
                <w:szCs w:val="28"/>
              </w:rPr>
            </w:pPr>
            <w:r w:rsidRPr="008C5557">
              <w:rPr>
                <w:sz w:val="28"/>
                <w:szCs w:val="28"/>
              </w:rPr>
              <w:t xml:space="preserve">Школьное телевидение и студия </w:t>
            </w:r>
            <w:r w:rsidRPr="008C5557">
              <w:rPr>
                <w:sz w:val="28"/>
                <w:szCs w:val="28"/>
              </w:rPr>
              <w:tab/>
              <w:t xml:space="preserve">мультимедиа. Построение видеоряда и художественного оформления.  </w:t>
            </w:r>
          </w:p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5192" w:rsidRPr="008C5557" w:rsidRDefault="006D1CB9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A5192" w:rsidRPr="008C5557" w:rsidRDefault="00550CC9" w:rsidP="008C5557">
            <w:pPr>
              <w:rPr>
                <w:color w:val="000000"/>
                <w:sz w:val="28"/>
                <w:szCs w:val="28"/>
              </w:rPr>
            </w:pPr>
            <w:hyperlink r:id="rId156" w:history="1">
              <w:r w:rsidRPr="00550CC9">
                <w:rPr>
                  <w:color w:val="0000FF"/>
                  <w:u w:val="single"/>
                </w:rPr>
                <w:t>https://ya.ru/search/?text=Построение+видеоряда+и+художественного+оформления.++&amp;lr=10769&amp;clid=2378388-1</w:t>
              </w:r>
            </w:hyperlink>
          </w:p>
        </w:tc>
      </w:tr>
      <w:tr w:rsidR="007A5192" w:rsidRPr="008C5557" w:rsidTr="00550CC9">
        <w:trPr>
          <w:trHeight w:val="458"/>
        </w:trPr>
        <w:tc>
          <w:tcPr>
            <w:tcW w:w="498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476" w:type="dxa"/>
          </w:tcPr>
          <w:p w:rsidR="007A5192" w:rsidRPr="008C5557" w:rsidRDefault="007A5192" w:rsidP="008C555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843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  <w:r w:rsidRPr="008C5557">
              <w:rPr>
                <w:rFonts w:eastAsia="Calibri"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6662" w:type="dxa"/>
          </w:tcPr>
          <w:p w:rsidR="007A5192" w:rsidRPr="008C5557" w:rsidRDefault="007A5192" w:rsidP="008C5557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7A5192" w:rsidRPr="008C5557" w:rsidRDefault="007A5192" w:rsidP="008C5557">
      <w:pPr>
        <w:rPr>
          <w:rFonts w:eastAsia="Calibri"/>
          <w:b/>
          <w:color w:val="000000"/>
          <w:sz w:val="28"/>
          <w:szCs w:val="28"/>
        </w:rPr>
      </w:pPr>
    </w:p>
    <w:p w:rsidR="005247BD" w:rsidRPr="008C5557" w:rsidRDefault="005247BD" w:rsidP="008C5557">
      <w:pPr>
        <w:rPr>
          <w:b/>
          <w:color w:val="000000"/>
          <w:sz w:val="28"/>
          <w:szCs w:val="28"/>
        </w:rPr>
      </w:pPr>
    </w:p>
    <w:sectPr w:rsidR="005247BD" w:rsidRPr="008C5557" w:rsidSect="00237D74">
      <w:pgSz w:w="16840" w:h="11900" w:orient="landscape"/>
      <w:pgMar w:top="1440" w:right="666" w:bottom="284" w:left="640" w:header="720" w:footer="720" w:gutter="0"/>
      <w:cols w:space="720" w:equalWidth="0">
        <w:col w:w="1473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B63A504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0601FB0"/>
    <w:multiLevelType w:val="hybridMultilevel"/>
    <w:tmpl w:val="A972F5E0"/>
    <w:lvl w:ilvl="0" w:tplc="1C703CFA">
      <w:start w:val="4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59277D9F"/>
    <w:multiLevelType w:val="hybridMultilevel"/>
    <w:tmpl w:val="812AA3A0"/>
    <w:lvl w:ilvl="0" w:tplc="3D600C1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61B119D2"/>
    <w:multiLevelType w:val="hybridMultilevel"/>
    <w:tmpl w:val="26B448FA"/>
    <w:lvl w:ilvl="0" w:tplc="369426B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5"/>
  </w:num>
  <w:num w:numId="10">
    <w:abstractNumId w:val="2"/>
  </w:num>
  <w:num w:numId="11">
    <w:abstractNumId w:val="4"/>
  </w:num>
  <w:num w:numId="12">
    <w:abstractNumId w:val="1"/>
  </w:num>
  <w:num w:numId="13">
    <w:abstractNumId w:val="8"/>
  </w:num>
  <w:num w:numId="14">
    <w:abstractNumId w:val="6"/>
  </w:num>
  <w:num w:numId="15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SystemFonts/>
  <w:proofState w:spelling="clean" w:grammar="clean"/>
  <w:doNotTrackMoves/>
  <w:defaultTabStop w:val="708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1C3E"/>
    <w:rsid w:val="00060185"/>
    <w:rsid w:val="00086D2A"/>
    <w:rsid w:val="000A547F"/>
    <w:rsid w:val="000B6623"/>
    <w:rsid w:val="00124CA6"/>
    <w:rsid w:val="00156B3C"/>
    <w:rsid w:val="001C0681"/>
    <w:rsid w:val="001D6E18"/>
    <w:rsid w:val="00233728"/>
    <w:rsid w:val="00237D74"/>
    <w:rsid w:val="00250046"/>
    <w:rsid w:val="002543B4"/>
    <w:rsid w:val="00276176"/>
    <w:rsid w:val="002C167D"/>
    <w:rsid w:val="003266D9"/>
    <w:rsid w:val="0033358E"/>
    <w:rsid w:val="00372628"/>
    <w:rsid w:val="00381200"/>
    <w:rsid w:val="003F4C3E"/>
    <w:rsid w:val="004543F8"/>
    <w:rsid w:val="00477965"/>
    <w:rsid w:val="0048528C"/>
    <w:rsid w:val="0049671E"/>
    <w:rsid w:val="004D7AB1"/>
    <w:rsid w:val="005247BD"/>
    <w:rsid w:val="00536848"/>
    <w:rsid w:val="00550CC9"/>
    <w:rsid w:val="005575E8"/>
    <w:rsid w:val="00575589"/>
    <w:rsid w:val="005A0217"/>
    <w:rsid w:val="005A2DA4"/>
    <w:rsid w:val="00633C99"/>
    <w:rsid w:val="0064386B"/>
    <w:rsid w:val="00664987"/>
    <w:rsid w:val="00690F92"/>
    <w:rsid w:val="006D1CB9"/>
    <w:rsid w:val="007237D3"/>
    <w:rsid w:val="0073029C"/>
    <w:rsid w:val="00737FC4"/>
    <w:rsid w:val="00755988"/>
    <w:rsid w:val="007633B4"/>
    <w:rsid w:val="007835F8"/>
    <w:rsid w:val="007A2BB1"/>
    <w:rsid w:val="007A5192"/>
    <w:rsid w:val="007C3307"/>
    <w:rsid w:val="007C4AA5"/>
    <w:rsid w:val="00847399"/>
    <w:rsid w:val="0089297F"/>
    <w:rsid w:val="0089418F"/>
    <w:rsid w:val="008C5557"/>
    <w:rsid w:val="008D3C00"/>
    <w:rsid w:val="00917E77"/>
    <w:rsid w:val="009274A2"/>
    <w:rsid w:val="00955ED9"/>
    <w:rsid w:val="00963D79"/>
    <w:rsid w:val="00966391"/>
    <w:rsid w:val="009871FF"/>
    <w:rsid w:val="00995524"/>
    <w:rsid w:val="009C5A30"/>
    <w:rsid w:val="00A15A2E"/>
    <w:rsid w:val="00A64B3C"/>
    <w:rsid w:val="00A90B84"/>
    <w:rsid w:val="00AD7A78"/>
    <w:rsid w:val="00B47E6D"/>
    <w:rsid w:val="00B52CF1"/>
    <w:rsid w:val="00B54F66"/>
    <w:rsid w:val="00B846DC"/>
    <w:rsid w:val="00BB555E"/>
    <w:rsid w:val="00CA4170"/>
    <w:rsid w:val="00CC1051"/>
    <w:rsid w:val="00CF5246"/>
    <w:rsid w:val="00D4791D"/>
    <w:rsid w:val="00D55F0F"/>
    <w:rsid w:val="00D84A6F"/>
    <w:rsid w:val="00DA021A"/>
    <w:rsid w:val="00DB1C3E"/>
    <w:rsid w:val="00DD352F"/>
    <w:rsid w:val="00E70DB6"/>
    <w:rsid w:val="00EA07F7"/>
    <w:rsid w:val="00EB134E"/>
    <w:rsid w:val="00EB2D56"/>
    <w:rsid w:val="00ED523F"/>
    <w:rsid w:val="00EF161A"/>
    <w:rsid w:val="00F23E5D"/>
    <w:rsid w:val="00FB6B9B"/>
    <w:rsid w:val="00FD631D"/>
    <w:rsid w:val="00FF4595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7237D3"/>
    <w:pPr>
      <w:keepNext/>
      <w:keepLines/>
      <w:spacing w:before="480" w:line="276" w:lineRule="auto"/>
      <w:outlineLvl w:val="0"/>
    </w:pPr>
    <w:rPr>
      <w:rFonts w:ascii="Calibri" w:eastAsia="MS Gothic" w:hAnsi="Calibri"/>
      <w:b/>
      <w:bCs/>
      <w:color w:val="365F91"/>
      <w:sz w:val="28"/>
      <w:szCs w:val="28"/>
      <w:lang w:val="en-US"/>
    </w:rPr>
  </w:style>
  <w:style w:type="paragraph" w:styleId="21">
    <w:name w:val="heading 2"/>
    <w:basedOn w:val="a1"/>
    <w:next w:val="a1"/>
    <w:link w:val="22"/>
    <w:uiPriority w:val="9"/>
    <w:unhideWhenUsed/>
    <w:qFormat/>
    <w:rsid w:val="007237D3"/>
    <w:pPr>
      <w:keepNext/>
      <w:keepLines/>
      <w:spacing w:before="200" w:line="276" w:lineRule="auto"/>
      <w:outlineLvl w:val="1"/>
    </w:pPr>
    <w:rPr>
      <w:rFonts w:ascii="Calibri" w:eastAsia="MS Gothic" w:hAnsi="Calibri"/>
      <w:b/>
      <w:bCs/>
      <w:color w:val="4F81BD"/>
      <w:sz w:val="26"/>
      <w:szCs w:val="26"/>
      <w:lang w:val="en-US"/>
    </w:rPr>
  </w:style>
  <w:style w:type="paragraph" w:styleId="31">
    <w:name w:val="heading 3"/>
    <w:basedOn w:val="a1"/>
    <w:next w:val="a1"/>
    <w:link w:val="32"/>
    <w:uiPriority w:val="9"/>
    <w:unhideWhenUsed/>
    <w:qFormat/>
    <w:rsid w:val="007237D3"/>
    <w:pPr>
      <w:keepNext/>
      <w:keepLines/>
      <w:spacing w:before="200" w:line="276" w:lineRule="auto"/>
      <w:outlineLvl w:val="2"/>
    </w:pPr>
    <w:rPr>
      <w:rFonts w:ascii="Calibri" w:eastAsia="MS Gothic" w:hAnsi="Calibri"/>
      <w:b/>
      <w:bCs/>
      <w:color w:val="4F81BD"/>
      <w:sz w:val="22"/>
      <w:szCs w:val="22"/>
      <w:lang w:val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7237D3"/>
    <w:pPr>
      <w:keepNext/>
      <w:keepLines/>
      <w:spacing w:before="200" w:line="276" w:lineRule="auto"/>
      <w:outlineLvl w:val="3"/>
    </w:pPr>
    <w:rPr>
      <w:rFonts w:ascii="Calibri" w:eastAsia="MS Gothic" w:hAnsi="Calibri"/>
      <w:b/>
      <w:bCs/>
      <w:i/>
      <w:iCs/>
      <w:color w:val="4F81BD"/>
      <w:sz w:val="22"/>
      <w:szCs w:val="22"/>
      <w:lang w:val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7237D3"/>
    <w:pPr>
      <w:keepNext/>
      <w:keepLines/>
      <w:spacing w:before="200" w:line="276" w:lineRule="auto"/>
      <w:outlineLvl w:val="4"/>
    </w:pPr>
    <w:rPr>
      <w:rFonts w:ascii="Calibri" w:eastAsia="MS Gothic" w:hAnsi="Calibri"/>
      <w:color w:val="243F60"/>
      <w:sz w:val="22"/>
      <w:szCs w:val="22"/>
      <w:lang w:val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237D3"/>
    <w:pPr>
      <w:keepNext/>
      <w:keepLines/>
      <w:spacing w:before="200" w:line="276" w:lineRule="auto"/>
      <w:outlineLvl w:val="5"/>
    </w:pPr>
    <w:rPr>
      <w:rFonts w:ascii="Calibri" w:eastAsia="MS Gothic" w:hAnsi="Calibri"/>
      <w:i/>
      <w:iCs/>
      <w:color w:val="243F60"/>
      <w:sz w:val="22"/>
      <w:szCs w:val="22"/>
      <w:lang w:val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237D3"/>
    <w:pPr>
      <w:keepNext/>
      <w:keepLines/>
      <w:spacing w:before="200" w:line="276" w:lineRule="auto"/>
      <w:outlineLvl w:val="6"/>
    </w:pPr>
    <w:rPr>
      <w:rFonts w:ascii="Calibri" w:eastAsia="MS Gothic" w:hAnsi="Calibri"/>
      <w:i/>
      <w:iCs/>
      <w:color w:val="404040"/>
      <w:sz w:val="22"/>
      <w:szCs w:val="22"/>
      <w:lang w:val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237D3"/>
    <w:pPr>
      <w:keepNext/>
      <w:keepLines/>
      <w:spacing w:before="200" w:line="276" w:lineRule="auto"/>
      <w:outlineLvl w:val="7"/>
    </w:pPr>
    <w:rPr>
      <w:rFonts w:ascii="Calibri" w:eastAsia="MS Gothic" w:hAnsi="Calibri"/>
      <w:color w:val="4F81BD"/>
      <w:sz w:val="20"/>
      <w:szCs w:val="20"/>
      <w:lang w:val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237D3"/>
    <w:pPr>
      <w:keepNext/>
      <w:keepLines/>
      <w:spacing w:before="200" w:line="276" w:lineRule="auto"/>
      <w:outlineLvl w:val="8"/>
    </w:pPr>
    <w:rPr>
      <w:rFonts w:ascii="Calibri" w:eastAsia="MS Gothic" w:hAnsi="Calibri"/>
      <w:i/>
      <w:iCs/>
      <w:color w:val="404040"/>
      <w:sz w:val="20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7237D3"/>
    <w:rPr>
      <w:rFonts w:ascii="Calibri" w:eastAsia="MS Gothic" w:hAnsi="Calibri" w:cs="Times New Roman"/>
      <w:b/>
      <w:bCs/>
      <w:color w:val="365F91"/>
      <w:sz w:val="28"/>
      <w:szCs w:val="28"/>
      <w:lang w:val="en-US" w:eastAsia="en-US"/>
    </w:rPr>
  </w:style>
  <w:style w:type="character" w:customStyle="1" w:styleId="22">
    <w:name w:val="Заголовок 2 Знак"/>
    <w:link w:val="21"/>
    <w:uiPriority w:val="9"/>
    <w:locked/>
    <w:rsid w:val="007237D3"/>
    <w:rPr>
      <w:rFonts w:ascii="Calibri" w:eastAsia="MS Gothic" w:hAnsi="Calibri" w:cs="Times New Roman"/>
      <w:b/>
      <w:bCs/>
      <w:color w:val="4F81BD"/>
      <w:sz w:val="26"/>
      <w:szCs w:val="26"/>
      <w:lang w:val="en-US" w:eastAsia="en-US"/>
    </w:rPr>
  </w:style>
  <w:style w:type="character" w:customStyle="1" w:styleId="32">
    <w:name w:val="Заголовок 3 Знак"/>
    <w:link w:val="31"/>
    <w:uiPriority w:val="9"/>
    <w:locked/>
    <w:rsid w:val="007237D3"/>
    <w:rPr>
      <w:rFonts w:ascii="Calibri" w:eastAsia="MS Gothic" w:hAnsi="Calibri" w:cs="Times New Roman"/>
      <w:b/>
      <w:bCs/>
      <w:color w:val="4F81BD"/>
      <w:lang w:val="en-US" w:eastAsia="en-US"/>
    </w:rPr>
  </w:style>
  <w:style w:type="character" w:customStyle="1" w:styleId="40">
    <w:name w:val="Заголовок 4 Знак"/>
    <w:link w:val="4"/>
    <w:uiPriority w:val="9"/>
    <w:semiHidden/>
    <w:locked/>
    <w:rsid w:val="007237D3"/>
    <w:rPr>
      <w:rFonts w:ascii="Calibri" w:eastAsia="MS Gothic" w:hAnsi="Calibri" w:cs="Times New Roman"/>
      <w:b/>
      <w:bCs/>
      <w:i/>
      <w:iCs/>
      <w:color w:val="4F81BD"/>
      <w:lang w:val="en-US" w:eastAsia="en-US"/>
    </w:rPr>
  </w:style>
  <w:style w:type="character" w:customStyle="1" w:styleId="50">
    <w:name w:val="Заголовок 5 Знак"/>
    <w:link w:val="5"/>
    <w:uiPriority w:val="9"/>
    <w:semiHidden/>
    <w:locked/>
    <w:rsid w:val="007237D3"/>
    <w:rPr>
      <w:rFonts w:ascii="Calibri" w:eastAsia="MS Gothic" w:hAnsi="Calibri" w:cs="Times New Roman"/>
      <w:color w:val="243F60"/>
      <w:lang w:val="en-US" w:eastAsia="en-US"/>
    </w:rPr>
  </w:style>
  <w:style w:type="character" w:customStyle="1" w:styleId="60">
    <w:name w:val="Заголовок 6 Знак"/>
    <w:link w:val="6"/>
    <w:uiPriority w:val="9"/>
    <w:semiHidden/>
    <w:locked/>
    <w:rsid w:val="007237D3"/>
    <w:rPr>
      <w:rFonts w:ascii="Calibri" w:eastAsia="MS Gothic" w:hAnsi="Calibri" w:cs="Times New Roman"/>
      <w:i/>
      <w:iCs/>
      <w:color w:val="243F60"/>
      <w:lang w:val="en-US" w:eastAsia="en-US"/>
    </w:rPr>
  </w:style>
  <w:style w:type="character" w:customStyle="1" w:styleId="70">
    <w:name w:val="Заголовок 7 Знак"/>
    <w:link w:val="7"/>
    <w:uiPriority w:val="9"/>
    <w:semiHidden/>
    <w:locked/>
    <w:rsid w:val="007237D3"/>
    <w:rPr>
      <w:rFonts w:ascii="Calibri" w:eastAsia="MS Gothic" w:hAnsi="Calibri" w:cs="Times New Roman"/>
      <w:i/>
      <w:iCs/>
      <w:color w:val="404040"/>
      <w:lang w:val="en-US" w:eastAsia="en-US"/>
    </w:rPr>
  </w:style>
  <w:style w:type="character" w:customStyle="1" w:styleId="80">
    <w:name w:val="Заголовок 8 Знак"/>
    <w:link w:val="8"/>
    <w:uiPriority w:val="9"/>
    <w:semiHidden/>
    <w:locked/>
    <w:rsid w:val="007237D3"/>
    <w:rPr>
      <w:rFonts w:ascii="Calibri" w:eastAsia="MS Gothic" w:hAnsi="Calibri" w:cs="Times New Roman"/>
      <w:color w:val="4F81BD"/>
      <w:sz w:val="20"/>
      <w:szCs w:val="20"/>
      <w:lang w:val="en-US" w:eastAsia="en-US"/>
    </w:rPr>
  </w:style>
  <w:style w:type="character" w:customStyle="1" w:styleId="90">
    <w:name w:val="Заголовок 9 Знак"/>
    <w:link w:val="9"/>
    <w:uiPriority w:val="9"/>
    <w:semiHidden/>
    <w:locked/>
    <w:rsid w:val="007237D3"/>
    <w:rPr>
      <w:rFonts w:ascii="Calibri" w:eastAsia="MS Gothic" w:hAnsi="Calibri" w:cs="Times New Roman"/>
      <w:i/>
      <w:iCs/>
      <w:color w:val="404040"/>
      <w:sz w:val="20"/>
      <w:szCs w:val="20"/>
      <w:lang w:val="en-US" w:eastAsia="en-US"/>
    </w:rPr>
  </w:style>
  <w:style w:type="paragraph" w:customStyle="1" w:styleId="a5">
    <w:name w:val="Подзаг"/>
    <w:basedOn w:val="a1"/>
    <w:uiPriority w:val="99"/>
    <w:rsid w:val="00DB1C3E"/>
    <w:pPr>
      <w:widowControl w:val="0"/>
    </w:pPr>
    <w:rPr>
      <w:rFonts w:ascii="Arial" w:hAnsi="Arial" w:cs="Arial"/>
      <w:b/>
      <w:bCs/>
      <w:color w:val="000000"/>
      <w:sz w:val="20"/>
      <w:szCs w:val="20"/>
      <w:lang w:eastAsia="ru-RU"/>
    </w:rPr>
  </w:style>
  <w:style w:type="paragraph" w:styleId="a6">
    <w:name w:val="No Spacing"/>
    <w:uiPriority w:val="1"/>
    <w:qFormat/>
    <w:rsid w:val="0048528C"/>
    <w:rPr>
      <w:rFonts w:ascii="Calibri" w:hAnsi="Calibri" w:cs="Calibri"/>
      <w:sz w:val="22"/>
      <w:szCs w:val="22"/>
      <w:lang w:eastAsia="en-US"/>
    </w:rPr>
  </w:style>
  <w:style w:type="character" w:styleId="a7">
    <w:name w:val="Hyperlink"/>
    <w:uiPriority w:val="99"/>
    <w:rsid w:val="0048528C"/>
    <w:rPr>
      <w:rFonts w:cs="Times New Roman"/>
      <w:color w:val="0563C1"/>
      <w:u w:val="single"/>
    </w:rPr>
  </w:style>
  <w:style w:type="paragraph" w:styleId="a8">
    <w:name w:val="header"/>
    <w:basedOn w:val="a1"/>
    <w:link w:val="a9"/>
    <w:uiPriority w:val="99"/>
    <w:unhideWhenUsed/>
    <w:rsid w:val="007237D3"/>
    <w:pPr>
      <w:tabs>
        <w:tab w:val="center" w:pos="4680"/>
        <w:tab w:val="right" w:pos="9360"/>
      </w:tabs>
    </w:pPr>
    <w:rPr>
      <w:rFonts w:ascii="Cambria" w:eastAsia="MS Mincho" w:hAnsi="Cambria"/>
      <w:sz w:val="22"/>
      <w:szCs w:val="22"/>
      <w:lang w:val="en-US"/>
    </w:rPr>
  </w:style>
  <w:style w:type="character" w:customStyle="1" w:styleId="a9">
    <w:name w:val="Верхний колонтитул Знак"/>
    <w:link w:val="a8"/>
    <w:uiPriority w:val="99"/>
    <w:locked/>
    <w:rsid w:val="007237D3"/>
    <w:rPr>
      <w:rFonts w:ascii="Cambria" w:eastAsia="MS Mincho" w:hAnsi="Cambria" w:cs="Times New Roman"/>
      <w:lang w:val="en-US" w:eastAsia="en-US"/>
    </w:rPr>
  </w:style>
  <w:style w:type="paragraph" w:styleId="aa">
    <w:name w:val="footer"/>
    <w:basedOn w:val="a1"/>
    <w:link w:val="ab"/>
    <w:uiPriority w:val="99"/>
    <w:unhideWhenUsed/>
    <w:rsid w:val="007237D3"/>
    <w:pPr>
      <w:tabs>
        <w:tab w:val="center" w:pos="4680"/>
        <w:tab w:val="right" w:pos="9360"/>
      </w:tabs>
    </w:pPr>
    <w:rPr>
      <w:rFonts w:ascii="Cambria" w:eastAsia="MS Mincho" w:hAnsi="Cambria"/>
      <w:sz w:val="22"/>
      <w:szCs w:val="22"/>
      <w:lang w:val="en-US"/>
    </w:rPr>
  </w:style>
  <w:style w:type="character" w:customStyle="1" w:styleId="ab">
    <w:name w:val="Нижний колонтитул Знак"/>
    <w:link w:val="aa"/>
    <w:uiPriority w:val="99"/>
    <w:locked/>
    <w:rsid w:val="007237D3"/>
    <w:rPr>
      <w:rFonts w:ascii="Cambria" w:eastAsia="MS Mincho" w:hAnsi="Cambria" w:cs="Times New Roman"/>
      <w:lang w:val="en-US" w:eastAsia="en-US"/>
    </w:rPr>
  </w:style>
  <w:style w:type="paragraph" w:styleId="ac">
    <w:name w:val="Title"/>
    <w:basedOn w:val="a1"/>
    <w:next w:val="a1"/>
    <w:link w:val="ad"/>
    <w:uiPriority w:val="10"/>
    <w:qFormat/>
    <w:rsid w:val="007237D3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US"/>
    </w:rPr>
  </w:style>
  <w:style w:type="character" w:customStyle="1" w:styleId="ad">
    <w:name w:val="Название Знак"/>
    <w:link w:val="ac"/>
    <w:uiPriority w:val="10"/>
    <w:locked/>
    <w:rsid w:val="007237D3"/>
    <w:rPr>
      <w:rFonts w:ascii="Calibri" w:eastAsia="MS Gothic" w:hAnsi="Calibri" w:cs="Times New Roman"/>
      <w:color w:val="17365D"/>
      <w:spacing w:val="5"/>
      <w:kern w:val="28"/>
      <w:sz w:val="52"/>
      <w:szCs w:val="52"/>
      <w:lang w:val="en-US" w:eastAsia="en-US"/>
    </w:rPr>
  </w:style>
  <w:style w:type="paragraph" w:styleId="ae">
    <w:name w:val="Subtitle"/>
    <w:basedOn w:val="a1"/>
    <w:next w:val="a1"/>
    <w:link w:val="af"/>
    <w:uiPriority w:val="11"/>
    <w:qFormat/>
    <w:rsid w:val="007237D3"/>
    <w:pPr>
      <w:numPr>
        <w:ilvl w:val="1"/>
      </w:numPr>
      <w:spacing w:after="200" w:line="276" w:lineRule="auto"/>
    </w:pPr>
    <w:rPr>
      <w:rFonts w:ascii="Calibri" w:eastAsia="MS Gothic" w:hAnsi="Calibri"/>
      <w:i/>
      <w:iCs/>
      <w:color w:val="4F81BD"/>
      <w:spacing w:val="15"/>
      <w:lang w:val="en-US"/>
    </w:rPr>
  </w:style>
  <w:style w:type="character" w:customStyle="1" w:styleId="af">
    <w:name w:val="Подзаголовок Знак"/>
    <w:link w:val="ae"/>
    <w:uiPriority w:val="11"/>
    <w:locked/>
    <w:rsid w:val="007237D3"/>
    <w:rPr>
      <w:rFonts w:ascii="Calibri" w:eastAsia="MS Gothic" w:hAnsi="Calibri" w:cs="Times New Roman"/>
      <w:i/>
      <w:iCs/>
      <w:color w:val="4F81BD"/>
      <w:spacing w:val="15"/>
      <w:sz w:val="24"/>
      <w:szCs w:val="24"/>
      <w:lang w:val="en-US" w:eastAsia="en-US"/>
    </w:rPr>
  </w:style>
  <w:style w:type="paragraph" w:styleId="af0">
    <w:name w:val="List Paragraph"/>
    <w:basedOn w:val="a1"/>
    <w:uiPriority w:val="34"/>
    <w:qFormat/>
    <w:rsid w:val="007237D3"/>
    <w:pPr>
      <w:spacing w:after="200" w:line="276" w:lineRule="auto"/>
      <w:ind w:left="720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af1">
    <w:name w:val="Body Text"/>
    <w:basedOn w:val="a1"/>
    <w:link w:val="af2"/>
    <w:uiPriority w:val="99"/>
    <w:unhideWhenUsed/>
    <w:rsid w:val="007237D3"/>
    <w:pPr>
      <w:spacing w:after="120" w:line="276" w:lineRule="auto"/>
    </w:pPr>
    <w:rPr>
      <w:rFonts w:ascii="Cambria" w:eastAsia="MS Mincho" w:hAnsi="Cambria"/>
      <w:sz w:val="22"/>
      <w:szCs w:val="22"/>
      <w:lang w:val="en-US"/>
    </w:rPr>
  </w:style>
  <w:style w:type="character" w:customStyle="1" w:styleId="af2">
    <w:name w:val="Основной текст Знак"/>
    <w:link w:val="af1"/>
    <w:uiPriority w:val="99"/>
    <w:locked/>
    <w:rsid w:val="007237D3"/>
    <w:rPr>
      <w:rFonts w:ascii="Cambria" w:eastAsia="MS Mincho" w:hAnsi="Cambria" w:cs="Times New Roman"/>
      <w:lang w:val="en-US" w:eastAsia="en-US"/>
    </w:rPr>
  </w:style>
  <w:style w:type="paragraph" w:styleId="23">
    <w:name w:val="Body Text 2"/>
    <w:basedOn w:val="a1"/>
    <w:link w:val="24"/>
    <w:uiPriority w:val="99"/>
    <w:unhideWhenUsed/>
    <w:rsid w:val="007237D3"/>
    <w:pPr>
      <w:spacing w:after="120" w:line="480" w:lineRule="auto"/>
    </w:pPr>
    <w:rPr>
      <w:rFonts w:ascii="Cambria" w:eastAsia="MS Mincho" w:hAnsi="Cambria"/>
      <w:sz w:val="22"/>
      <w:szCs w:val="22"/>
      <w:lang w:val="en-US"/>
    </w:rPr>
  </w:style>
  <w:style w:type="character" w:customStyle="1" w:styleId="24">
    <w:name w:val="Основной текст 2 Знак"/>
    <w:link w:val="23"/>
    <w:uiPriority w:val="99"/>
    <w:locked/>
    <w:rsid w:val="007237D3"/>
    <w:rPr>
      <w:rFonts w:ascii="Cambria" w:eastAsia="MS Mincho" w:hAnsi="Cambria" w:cs="Times New Roman"/>
      <w:lang w:val="en-US" w:eastAsia="en-US"/>
    </w:rPr>
  </w:style>
  <w:style w:type="paragraph" w:styleId="33">
    <w:name w:val="Body Text 3"/>
    <w:basedOn w:val="a1"/>
    <w:link w:val="34"/>
    <w:uiPriority w:val="99"/>
    <w:unhideWhenUsed/>
    <w:rsid w:val="007237D3"/>
    <w:pPr>
      <w:spacing w:after="120" w:line="276" w:lineRule="auto"/>
    </w:pPr>
    <w:rPr>
      <w:rFonts w:ascii="Cambria" w:eastAsia="MS Mincho" w:hAnsi="Cambria"/>
      <w:sz w:val="16"/>
      <w:szCs w:val="16"/>
      <w:lang w:val="en-US"/>
    </w:rPr>
  </w:style>
  <w:style w:type="character" w:customStyle="1" w:styleId="34">
    <w:name w:val="Основной текст 3 Знак"/>
    <w:link w:val="33"/>
    <w:uiPriority w:val="99"/>
    <w:locked/>
    <w:rsid w:val="007237D3"/>
    <w:rPr>
      <w:rFonts w:ascii="Cambria" w:eastAsia="MS Mincho" w:hAnsi="Cambria" w:cs="Times New Roman"/>
      <w:sz w:val="16"/>
      <w:szCs w:val="16"/>
      <w:lang w:val="en-US" w:eastAsia="en-US"/>
    </w:rPr>
  </w:style>
  <w:style w:type="paragraph" w:styleId="af3">
    <w:name w:val="List"/>
    <w:basedOn w:val="a1"/>
    <w:uiPriority w:val="99"/>
    <w:unhideWhenUsed/>
    <w:rsid w:val="007237D3"/>
    <w:pPr>
      <w:spacing w:after="200" w:line="276" w:lineRule="auto"/>
      <w:ind w:left="360" w:hanging="360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25">
    <w:name w:val="List 2"/>
    <w:basedOn w:val="a1"/>
    <w:uiPriority w:val="99"/>
    <w:unhideWhenUsed/>
    <w:rsid w:val="007237D3"/>
    <w:pPr>
      <w:spacing w:after="200" w:line="276" w:lineRule="auto"/>
      <w:ind w:left="720" w:hanging="360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35">
    <w:name w:val="List 3"/>
    <w:basedOn w:val="a1"/>
    <w:uiPriority w:val="99"/>
    <w:unhideWhenUsed/>
    <w:rsid w:val="007237D3"/>
    <w:pPr>
      <w:spacing w:after="200" w:line="276" w:lineRule="auto"/>
      <w:ind w:left="1080" w:hanging="360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a0">
    <w:name w:val="List Bullet"/>
    <w:basedOn w:val="a1"/>
    <w:uiPriority w:val="99"/>
    <w:unhideWhenUsed/>
    <w:rsid w:val="007237D3"/>
    <w:pPr>
      <w:numPr>
        <w:numId w:val="1"/>
      </w:numPr>
      <w:tabs>
        <w:tab w:val="clear" w:pos="360"/>
        <w:tab w:val="num" w:pos="720"/>
      </w:tabs>
      <w:spacing w:after="200" w:line="276" w:lineRule="auto"/>
      <w:ind w:left="1068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20">
    <w:name w:val="List Bullet 2"/>
    <w:basedOn w:val="a1"/>
    <w:uiPriority w:val="99"/>
    <w:unhideWhenUsed/>
    <w:rsid w:val="007237D3"/>
    <w:pPr>
      <w:numPr>
        <w:numId w:val="2"/>
      </w:numPr>
      <w:tabs>
        <w:tab w:val="clear" w:pos="643"/>
        <w:tab w:val="num" w:pos="1080"/>
      </w:tabs>
      <w:spacing w:after="200" w:line="276" w:lineRule="auto"/>
      <w:ind w:left="1068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30">
    <w:name w:val="List Bullet 3"/>
    <w:basedOn w:val="a1"/>
    <w:uiPriority w:val="99"/>
    <w:unhideWhenUsed/>
    <w:rsid w:val="007237D3"/>
    <w:pPr>
      <w:numPr>
        <w:numId w:val="3"/>
      </w:numPr>
      <w:spacing w:after="200" w:line="276" w:lineRule="auto"/>
      <w:ind w:left="1068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a">
    <w:name w:val="List Number"/>
    <w:basedOn w:val="a1"/>
    <w:uiPriority w:val="99"/>
    <w:unhideWhenUsed/>
    <w:rsid w:val="007237D3"/>
    <w:pPr>
      <w:numPr>
        <w:numId w:val="4"/>
      </w:numPr>
      <w:tabs>
        <w:tab w:val="clear" w:pos="360"/>
        <w:tab w:val="num" w:pos="1080"/>
      </w:tabs>
      <w:spacing w:after="200" w:line="276" w:lineRule="auto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2">
    <w:name w:val="List Number 2"/>
    <w:basedOn w:val="a1"/>
    <w:uiPriority w:val="99"/>
    <w:unhideWhenUsed/>
    <w:rsid w:val="007237D3"/>
    <w:pPr>
      <w:numPr>
        <w:numId w:val="5"/>
      </w:numPr>
      <w:spacing w:after="200" w:line="276" w:lineRule="auto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3">
    <w:name w:val="List Number 3"/>
    <w:basedOn w:val="a1"/>
    <w:uiPriority w:val="99"/>
    <w:unhideWhenUsed/>
    <w:rsid w:val="007237D3"/>
    <w:pPr>
      <w:numPr>
        <w:numId w:val="6"/>
      </w:numPr>
      <w:tabs>
        <w:tab w:val="num" w:pos="720"/>
      </w:tabs>
      <w:spacing w:after="200" w:line="276" w:lineRule="auto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af4">
    <w:name w:val="List Continue"/>
    <w:basedOn w:val="a1"/>
    <w:uiPriority w:val="99"/>
    <w:unhideWhenUsed/>
    <w:rsid w:val="007237D3"/>
    <w:pPr>
      <w:spacing w:after="120" w:line="276" w:lineRule="auto"/>
      <w:ind w:left="360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26">
    <w:name w:val="List Continue 2"/>
    <w:basedOn w:val="a1"/>
    <w:uiPriority w:val="99"/>
    <w:unhideWhenUsed/>
    <w:rsid w:val="007237D3"/>
    <w:pPr>
      <w:spacing w:after="120" w:line="276" w:lineRule="auto"/>
      <w:ind w:left="720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36">
    <w:name w:val="List Continue 3"/>
    <w:basedOn w:val="a1"/>
    <w:uiPriority w:val="99"/>
    <w:unhideWhenUsed/>
    <w:rsid w:val="007237D3"/>
    <w:pPr>
      <w:spacing w:after="120" w:line="276" w:lineRule="auto"/>
      <w:ind w:left="1080"/>
      <w:contextualSpacing/>
    </w:pPr>
    <w:rPr>
      <w:rFonts w:ascii="Cambria" w:eastAsia="MS Mincho" w:hAnsi="Cambria"/>
      <w:sz w:val="22"/>
      <w:szCs w:val="22"/>
      <w:lang w:val="en-US"/>
    </w:rPr>
  </w:style>
  <w:style w:type="paragraph" w:styleId="af5">
    <w:name w:val="macro"/>
    <w:link w:val="af6"/>
    <w:uiPriority w:val="99"/>
    <w:unhideWhenUsed/>
    <w:rsid w:val="007237D3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="MS Mincho" w:hAnsi="Courier"/>
      <w:lang w:val="en-US" w:eastAsia="en-US"/>
    </w:rPr>
  </w:style>
  <w:style w:type="character" w:customStyle="1" w:styleId="af6">
    <w:name w:val="Текст макроса Знак"/>
    <w:link w:val="af5"/>
    <w:uiPriority w:val="99"/>
    <w:locked/>
    <w:rsid w:val="007237D3"/>
    <w:rPr>
      <w:rFonts w:ascii="Courier" w:eastAsia="MS Mincho" w:hAnsi="Courier" w:cs="Times New Roman"/>
      <w:sz w:val="20"/>
      <w:szCs w:val="20"/>
      <w:lang w:val="en-US" w:eastAsia="en-US"/>
    </w:rPr>
  </w:style>
  <w:style w:type="paragraph" w:styleId="27">
    <w:name w:val="Quote"/>
    <w:basedOn w:val="a1"/>
    <w:next w:val="a1"/>
    <w:link w:val="28"/>
    <w:uiPriority w:val="29"/>
    <w:qFormat/>
    <w:rsid w:val="007237D3"/>
    <w:pPr>
      <w:spacing w:after="200" w:line="276" w:lineRule="auto"/>
    </w:pPr>
    <w:rPr>
      <w:rFonts w:ascii="Cambria" w:eastAsia="MS Mincho" w:hAnsi="Cambria"/>
      <w:i/>
      <w:iCs/>
      <w:color w:val="000000"/>
      <w:sz w:val="22"/>
      <w:szCs w:val="22"/>
      <w:lang w:val="en-US"/>
    </w:rPr>
  </w:style>
  <w:style w:type="character" w:customStyle="1" w:styleId="28">
    <w:name w:val="Цитата 2 Знак"/>
    <w:link w:val="27"/>
    <w:uiPriority w:val="29"/>
    <w:locked/>
    <w:rsid w:val="007237D3"/>
    <w:rPr>
      <w:rFonts w:ascii="Cambria" w:eastAsia="MS Mincho" w:hAnsi="Cambria" w:cs="Times New Roman"/>
      <w:i/>
      <w:iCs/>
      <w:color w:val="000000"/>
      <w:lang w:val="en-US" w:eastAsia="en-US"/>
    </w:rPr>
  </w:style>
  <w:style w:type="paragraph" w:styleId="af7">
    <w:name w:val="caption"/>
    <w:basedOn w:val="a1"/>
    <w:next w:val="a1"/>
    <w:uiPriority w:val="35"/>
    <w:semiHidden/>
    <w:unhideWhenUsed/>
    <w:qFormat/>
    <w:rsid w:val="007237D3"/>
    <w:pPr>
      <w:spacing w:after="200"/>
    </w:pPr>
    <w:rPr>
      <w:rFonts w:ascii="Cambria" w:eastAsia="MS Mincho" w:hAnsi="Cambria"/>
      <w:b/>
      <w:bCs/>
      <w:color w:val="4F81BD"/>
      <w:sz w:val="18"/>
      <w:szCs w:val="18"/>
      <w:lang w:val="en-US"/>
    </w:rPr>
  </w:style>
  <w:style w:type="character" w:styleId="af8">
    <w:name w:val="Strong"/>
    <w:uiPriority w:val="22"/>
    <w:qFormat/>
    <w:rsid w:val="007237D3"/>
    <w:rPr>
      <w:rFonts w:cs="Times New Roman"/>
      <w:b/>
    </w:rPr>
  </w:style>
  <w:style w:type="character" w:styleId="af9">
    <w:name w:val="Emphasis"/>
    <w:uiPriority w:val="20"/>
    <w:qFormat/>
    <w:rsid w:val="007237D3"/>
    <w:rPr>
      <w:rFonts w:cs="Times New Roman"/>
      <w:i/>
    </w:rPr>
  </w:style>
  <w:style w:type="paragraph" w:styleId="afa">
    <w:name w:val="Intense Quote"/>
    <w:basedOn w:val="a1"/>
    <w:next w:val="a1"/>
    <w:link w:val="afb"/>
    <w:uiPriority w:val="30"/>
    <w:qFormat/>
    <w:rsid w:val="007237D3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mbria" w:eastAsia="MS Mincho" w:hAnsi="Cambria"/>
      <w:b/>
      <w:bCs/>
      <w:i/>
      <w:iCs/>
      <w:color w:val="4F81BD"/>
      <w:sz w:val="22"/>
      <w:szCs w:val="22"/>
      <w:lang w:val="en-US"/>
    </w:rPr>
  </w:style>
  <w:style w:type="character" w:customStyle="1" w:styleId="afb">
    <w:name w:val="Выделенная цитата Знак"/>
    <w:link w:val="afa"/>
    <w:uiPriority w:val="30"/>
    <w:locked/>
    <w:rsid w:val="007237D3"/>
    <w:rPr>
      <w:rFonts w:ascii="Cambria" w:eastAsia="MS Mincho" w:hAnsi="Cambria" w:cs="Times New Roman"/>
      <w:b/>
      <w:bCs/>
      <w:i/>
      <w:iCs/>
      <w:color w:val="4F81BD"/>
      <w:lang w:val="en-US" w:eastAsia="en-US"/>
    </w:rPr>
  </w:style>
  <w:style w:type="character" w:styleId="afc">
    <w:name w:val="Subtle Emphasis"/>
    <w:uiPriority w:val="19"/>
    <w:qFormat/>
    <w:rsid w:val="007237D3"/>
    <w:rPr>
      <w:rFonts w:cs="Times New Roman"/>
      <w:i/>
      <w:color w:val="808080"/>
    </w:rPr>
  </w:style>
  <w:style w:type="character" w:styleId="afd">
    <w:name w:val="Intense Emphasis"/>
    <w:uiPriority w:val="21"/>
    <w:qFormat/>
    <w:rsid w:val="007237D3"/>
    <w:rPr>
      <w:rFonts w:cs="Times New Roman"/>
      <w:b/>
      <w:i/>
      <w:color w:val="4F81BD"/>
    </w:rPr>
  </w:style>
  <w:style w:type="character" w:styleId="afe">
    <w:name w:val="Subtle Reference"/>
    <w:uiPriority w:val="31"/>
    <w:qFormat/>
    <w:rsid w:val="007237D3"/>
    <w:rPr>
      <w:rFonts w:cs="Times New Roman"/>
      <w:smallCaps/>
      <w:color w:val="C0504D"/>
      <w:u w:val="single"/>
    </w:rPr>
  </w:style>
  <w:style w:type="character" w:styleId="aff">
    <w:name w:val="Intense Reference"/>
    <w:uiPriority w:val="32"/>
    <w:qFormat/>
    <w:rsid w:val="007237D3"/>
    <w:rPr>
      <w:rFonts w:cs="Times New Roman"/>
      <w:b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7237D3"/>
    <w:rPr>
      <w:rFonts w:cs="Times New Roman"/>
      <w:b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7237D3"/>
    <w:pPr>
      <w:outlineLvl w:val="9"/>
    </w:pPr>
  </w:style>
  <w:style w:type="table" w:styleId="aff2">
    <w:name w:val="Table Grid"/>
    <w:basedOn w:val="a3"/>
    <w:uiPriority w:val="59"/>
    <w:rsid w:val="007237D3"/>
    <w:rPr>
      <w:rFonts w:ascii="Cambria" w:eastAsia="MS Mincho" w:hAnsi="Cambria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3"/>
    <w:uiPriority w:val="60"/>
    <w:rsid w:val="007237D3"/>
    <w:rPr>
      <w:rFonts w:ascii="Cambria" w:eastAsia="MS Mincho" w:hAnsi="Cambria"/>
      <w:color w:val="365F91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3"/>
    <w:uiPriority w:val="60"/>
    <w:rsid w:val="007237D3"/>
    <w:rPr>
      <w:rFonts w:ascii="Cambria" w:eastAsia="MS Mincho" w:hAnsi="Cambria"/>
      <w:color w:val="943634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3"/>
    <w:uiPriority w:val="60"/>
    <w:rsid w:val="007237D3"/>
    <w:rPr>
      <w:rFonts w:ascii="Cambria" w:eastAsia="MS Mincho" w:hAnsi="Cambria"/>
      <w:color w:val="76923C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3"/>
    <w:uiPriority w:val="60"/>
    <w:rsid w:val="007237D3"/>
    <w:rPr>
      <w:rFonts w:ascii="Cambria" w:eastAsia="MS Mincho" w:hAnsi="Cambria"/>
      <w:color w:val="5F497A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3"/>
    <w:uiPriority w:val="60"/>
    <w:rsid w:val="007237D3"/>
    <w:rPr>
      <w:rFonts w:ascii="Cambria" w:eastAsia="MS Mincho" w:hAnsi="Cambria"/>
      <w:color w:val="31849B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3"/>
    <w:uiPriority w:val="60"/>
    <w:rsid w:val="007237D3"/>
    <w:rPr>
      <w:rFonts w:ascii="Cambria" w:eastAsia="MS Mincho" w:hAnsi="Cambria"/>
      <w:color w:val="E36C0A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f4">
    <w:name w:val="Light List"/>
    <w:basedOn w:val="a3"/>
    <w:uiPriority w:val="61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0">
    <w:name w:val="Light List Accent 1"/>
    <w:basedOn w:val="a3"/>
    <w:uiPriority w:val="61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0">
    <w:name w:val="Light List Accent 2"/>
    <w:basedOn w:val="a3"/>
    <w:uiPriority w:val="61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0">
    <w:name w:val="Light List Accent 3"/>
    <w:basedOn w:val="a3"/>
    <w:uiPriority w:val="61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0">
    <w:name w:val="Light List Accent 4"/>
    <w:basedOn w:val="a3"/>
    <w:uiPriority w:val="61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Light List Accent 5"/>
    <w:basedOn w:val="a3"/>
    <w:uiPriority w:val="61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0">
    <w:name w:val="Light List Accent 6"/>
    <w:basedOn w:val="a3"/>
    <w:uiPriority w:val="61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aff5">
    <w:name w:val="Light Grid"/>
    <w:basedOn w:val="a3"/>
    <w:uiPriority w:val="62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11">
    <w:name w:val="Light Grid Accent 1"/>
    <w:basedOn w:val="a3"/>
    <w:uiPriority w:val="62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1">
    <w:name w:val="Light Grid Accent 2"/>
    <w:basedOn w:val="a3"/>
    <w:uiPriority w:val="62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1">
    <w:name w:val="Light Grid Accent 3"/>
    <w:basedOn w:val="a3"/>
    <w:uiPriority w:val="62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1">
    <w:name w:val="Light Grid Accent 4"/>
    <w:basedOn w:val="a3"/>
    <w:uiPriority w:val="62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1">
    <w:name w:val="Light Grid Accent 5"/>
    <w:basedOn w:val="a3"/>
    <w:uiPriority w:val="62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1">
    <w:name w:val="Light Grid Accent 6"/>
    <w:basedOn w:val="a3"/>
    <w:uiPriority w:val="62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1">
    <w:name w:val="Medium Shading 1"/>
    <w:basedOn w:val="a3"/>
    <w:uiPriority w:val="63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styleId="1-10">
    <w:name w:val="Medium List 1 Accent 1"/>
    <w:basedOn w:val="a3"/>
    <w:uiPriority w:val="65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3DFEE"/>
      </w:tcPr>
    </w:tblStylePr>
  </w:style>
  <w:style w:type="table" w:styleId="1-20">
    <w:name w:val="Medium List 1 Accent 2"/>
    <w:basedOn w:val="a3"/>
    <w:uiPriority w:val="65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table" w:styleId="1-30">
    <w:name w:val="Medium List 1 Accent 3"/>
    <w:basedOn w:val="a3"/>
    <w:uiPriority w:val="65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1-40">
    <w:name w:val="Medium List 1 Accent 4"/>
    <w:basedOn w:val="a3"/>
    <w:uiPriority w:val="65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styleId="1-50">
    <w:name w:val="Medium List 1 Accent 5"/>
    <w:basedOn w:val="a3"/>
    <w:uiPriority w:val="65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1-60">
    <w:name w:val="Medium List 1 Accent 6"/>
    <w:basedOn w:val="a3"/>
    <w:uiPriority w:val="65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4D0"/>
      </w:tcPr>
    </w:tblStylePr>
  </w:style>
  <w:style w:type="table" w:styleId="2a">
    <w:name w:val="Medium List 2"/>
    <w:basedOn w:val="a3"/>
    <w:uiPriority w:val="66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styleId="1-11">
    <w:name w:val="Medium Grid 1 Accent 1"/>
    <w:basedOn w:val="a3"/>
    <w:uiPriority w:val="67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1-21">
    <w:name w:val="Medium Grid 1 Accent 2"/>
    <w:basedOn w:val="a3"/>
    <w:uiPriority w:val="67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1-31">
    <w:name w:val="Medium Grid 1 Accent 3"/>
    <w:basedOn w:val="a3"/>
    <w:uiPriority w:val="67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1-41">
    <w:name w:val="Medium Grid 1 Accent 4"/>
    <w:basedOn w:val="a3"/>
    <w:uiPriority w:val="67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1-51">
    <w:name w:val="Medium Grid 1 Accent 5"/>
    <w:basedOn w:val="a3"/>
    <w:uiPriority w:val="67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1-61">
    <w:name w:val="Medium Grid 1 Accent 6"/>
    <w:basedOn w:val="a3"/>
    <w:uiPriority w:val="67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styleId="2b">
    <w:name w:val="Medium Grid 2"/>
    <w:basedOn w:val="a3"/>
    <w:uiPriority w:val="68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11">
    <w:name w:val="Medium Grid 2 Accent 1"/>
    <w:basedOn w:val="a3"/>
    <w:uiPriority w:val="68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21">
    <w:name w:val="Medium Grid 2 Accent 2"/>
    <w:basedOn w:val="a3"/>
    <w:uiPriority w:val="68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rFonts w:cs="Times New Roman"/>
        <w:b/>
        <w:bCs/>
        <w:color w:val="000000"/>
      </w:rPr>
      <w:tblPr/>
      <w:tcPr>
        <w:shd w:val="clear" w:color="auto" w:fill="F8EDED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31">
    <w:name w:val="Medium Grid 2 Accent 3"/>
    <w:basedOn w:val="a3"/>
    <w:uiPriority w:val="68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41">
    <w:name w:val="Medium Grid 2 Accent 4"/>
    <w:basedOn w:val="a3"/>
    <w:uiPriority w:val="68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rFonts w:cs="Times New Roman"/>
        <w:b/>
        <w:bCs/>
        <w:color w:val="000000"/>
      </w:rPr>
      <w:tblPr/>
      <w:tcPr>
        <w:shd w:val="clear" w:color="auto" w:fill="F2EFF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51">
    <w:name w:val="Medium Grid 2 Accent 5"/>
    <w:basedOn w:val="a3"/>
    <w:uiPriority w:val="68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61">
    <w:name w:val="Medium Grid 2 Accent 6"/>
    <w:basedOn w:val="a3"/>
    <w:uiPriority w:val="68"/>
    <w:rsid w:val="007237D3"/>
    <w:rPr>
      <w:rFonts w:ascii="Calibri" w:eastAsia="MS Gothic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37">
    <w:name w:val="Medium Grid 3"/>
    <w:basedOn w:val="a3"/>
    <w:uiPriority w:val="69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3"/>
    <w:uiPriority w:val="69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3"/>
    <w:uiPriority w:val="69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3"/>
    <w:uiPriority w:val="69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3"/>
    <w:uiPriority w:val="69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3"/>
    <w:uiPriority w:val="69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3"/>
    <w:uiPriority w:val="69"/>
    <w:rsid w:val="007237D3"/>
    <w:rPr>
      <w:rFonts w:ascii="Cambria" w:eastAsia="MS Mincho" w:hAnsi="Cambria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aff6">
    <w:name w:val="Dark List"/>
    <w:basedOn w:val="a3"/>
    <w:uiPriority w:val="70"/>
    <w:rsid w:val="007237D3"/>
    <w:rPr>
      <w:rFonts w:ascii="Cambria" w:eastAsia="MS Mincho" w:hAnsi="Cambria"/>
      <w:color w:val="FFFFFF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2">
    <w:name w:val="Dark List Accent 1"/>
    <w:basedOn w:val="a3"/>
    <w:uiPriority w:val="70"/>
    <w:rsid w:val="007237D3"/>
    <w:rPr>
      <w:rFonts w:ascii="Cambria" w:eastAsia="MS Mincho" w:hAnsi="Cambria"/>
      <w:color w:val="FFFFFF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2">
    <w:name w:val="Dark List Accent 2"/>
    <w:basedOn w:val="a3"/>
    <w:uiPriority w:val="70"/>
    <w:rsid w:val="007237D3"/>
    <w:rPr>
      <w:rFonts w:ascii="Cambria" w:eastAsia="MS Mincho" w:hAnsi="Cambria"/>
      <w:color w:val="FFFFFF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2">
    <w:name w:val="Dark List Accent 3"/>
    <w:basedOn w:val="a3"/>
    <w:uiPriority w:val="70"/>
    <w:rsid w:val="007237D3"/>
    <w:rPr>
      <w:rFonts w:ascii="Cambria" w:eastAsia="MS Mincho" w:hAnsi="Cambria"/>
      <w:color w:val="FFFFFF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2">
    <w:name w:val="Dark List Accent 4"/>
    <w:basedOn w:val="a3"/>
    <w:uiPriority w:val="70"/>
    <w:rsid w:val="007237D3"/>
    <w:rPr>
      <w:rFonts w:ascii="Cambria" w:eastAsia="MS Mincho" w:hAnsi="Cambria"/>
      <w:color w:val="FFFFFF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2">
    <w:name w:val="Dark List Accent 5"/>
    <w:basedOn w:val="a3"/>
    <w:uiPriority w:val="70"/>
    <w:rsid w:val="007237D3"/>
    <w:rPr>
      <w:rFonts w:ascii="Cambria" w:eastAsia="MS Mincho" w:hAnsi="Cambria"/>
      <w:color w:val="FFFFFF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2">
    <w:name w:val="Dark List Accent 6"/>
    <w:basedOn w:val="a3"/>
    <w:uiPriority w:val="70"/>
    <w:rsid w:val="007237D3"/>
    <w:rPr>
      <w:rFonts w:ascii="Cambria" w:eastAsia="MS Mincho" w:hAnsi="Cambria"/>
      <w:color w:val="FFFFFF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aff7">
    <w:name w:val="Colorful Shading"/>
    <w:basedOn w:val="a3"/>
    <w:uiPriority w:val="71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-13">
    <w:name w:val="Colorful Shading Accent 1"/>
    <w:basedOn w:val="a3"/>
    <w:uiPriority w:val="71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-23">
    <w:name w:val="Colorful Shading Accent 2"/>
    <w:basedOn w:val="a3"/>
    <w:uiPriority w:val="71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rPr>
        <w:rFonts w:cs="Times New Roman"/>
      </w:rPr>
      <w:tblPr/>
      <w:tcPr>
        <w:shd w:val="clear" w:color="auto" w:fill="E5B8B7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-33">
    <w:name w:val="Colorful Shading Accent 3"/>
    <w:basedOn w:val="a3"/>
    <w:uiPriority w:val="71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Times New Roman"/>
      </w:rPr>
      <w:tblPr/>
      <w:tcPr>
        <w:shd w:val="clear" w:color="auto" w:fill="D6E3B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-43">
    <w:name w:val="Colorful Shading Accent 4"/>
    <w:basedOn w:val="a3"/>
    <w:uiPriority w:val="71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rPr>
        <w:rFonts w:cs="Times New Roman"/>
      </w:rPr>
      <w:tblPr/>
      <w:tcPr>
        <w:shd w:val="clear" w:color="auto" w:fill="CCC0D9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-53">
    <w:name w:val="Colorful Shading Accent 5"/>
    <w:basedOn w:val="a3"/>
    <w:uiPriority w:val="71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-63">
    <w:name w:val="Colorful Shading Accent 6"/>
    <w:basedOn w:val="a3"/>
    <w:uiPriority w:val="71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aff8">
    <w:name w:val="Colorful List"/>
    <w:basedOn w:val="a3"/>
    <w:uiPriority w:val="72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styleId="-14">
    <w:name w:val="Colorful List Accent 1"/>
    <w:basedOn w:val="a3"/>
    <w:uiPriority w:val="72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table" w:styleId="-24">
    <w:name w:val="Colorful List Accent 2"/>
    <w:basedOn w:val="a3"/>
    <w:uiPriority w:val="72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table" w:styleId="-34">
    <w:name w:val="Colorful List Accent 3"/>
    <w:basedOn w:val="a3"/>
    <w:uiPriority w:val="72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Times New Roman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AF1DD"/>
      </w:tcPr>
    </w:tblStylePr>
  </w:style>
  <w:style w:type="table" w:styleId="-44">
    <w:name w:val="Colorful List Accent 4"/>
    <w:basedOn w:val="a3"/>
    <w:uiPriority w:val="72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rFonts w:cs="Times New Roman"/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E5DFEC"/>
      </w:tcPr>
    </w:tblStylePr>
  </w:style>
  <w:style w:type="table" w:styleId="-54">
    <w:name w:val="Colorful List Accent 5"/>
    <w:basedOn w:val="a3"/>
    <w:uiPriority w:val="72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Times New Roman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AEEF3"/>
      </w:tcPr>
    </w:tblStylePr>
  </w:style>
  <w:style w:type="table" w:styleId="-64">
    <w:name w:val="Colorful List Accent 6"/>
    <w:basedOn w:val="a3"/>
    <w:uiPriority w:val="72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styleId="aff9">
    <w:name w:val="Colorful Grid"/>
    <w:basedOn w:val="a3"/>
    <w:uiPriority w:val="73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styleId="-15">
    <w:name w:val="Colorful Grid Accent 1"/>
    <w:basedOn w:val="a3"/>
    <w:uiPriority w:val="73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-25">
    <w:name w:val="Colorful Grid Accent 2"/>
    <w:basedOn w:val="a3"/>
    <w:uiPriority w:val="73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rFonts w:cs="Times New Roman"/>
        <w:b/>
        <w:bCs/>
      </w:rPr>
      <w:tblPr/>
      <w:tcPr>
        <w:shd w:val="clear" w:color="auto" w:fill="E5B8B7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E5B8B7"/>
      </w:tcPr>
    </w:tblStylePr>
    <w:tblStylePr w:type="firstCol">
      <w:rPr>
        <w:rFonts w:cs="Times New Roman"/>
        <w:color w:val="FFFFFF"/>
      </w:rPr>
      <w:tblPr/>
      <w:tcPr>
        <w:shd w:val="clear" w:color="auto" w:fill="943634"/>
      </w:tcPr>
    </w:tblStylePr>
    <w:tblStylePr w:type="lastCol">
      <w:rPr>
        <w:rFonts w:cs="Times New Roman"/>
        <w:color w:val="FFFFFF"/>
      </w:rPr>
      <w:tblPr/>
      <w:tcPr>
        <w:shd w:val="clear" w:color="auto" w:fill="943634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-35">
    <w:name w:val="Colorful Grid Accent 3"/>
    <w:basedOn w:val="a3"/>
    <w:uiPriority w:val="73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rFonts w:cs="Times New Roman"/>
        <w:b/>
        <w:bCs/>
      </w:rPr>
      <w:tblPr/>
      <w:tcPr>
        <w:shd w:val="clear" w:color="auto" w:fill="D6E3BC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6E3BC"/>
      </w:tcPr>
    </w:tblStylePr>
    <w:tblStylePr w:type="firstCol">
      <w:rPr>
        <w:rFonts w:cs="Times New Roman"/>
        <w:color w:val="FFFFFF"/>
      </w:rPr>
      <w:tblPr/>
      <w:tcPr>
        <w:shd w:val="clear" w:color="auto" w:fill="76923C"/>
      </w:tcPr>
    </w:tblStylePr>
    <w:tblStylePr w:type="lastCol">
      <w:rPr>
        <w:rFonts w:cs="Times New Roman"/>
        <w:color w:val="FFFFFF"/>
      </w:rPr>
      <w:tblPr/>
      <w:tcPr>
        <w:shd w:val="clear" w:color="auto" w:fill="76923C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-45">
    <w:name w:val="Colorful Grid Accent 4"/>
    <w:basedOn w:val="a3"/>
    <w:uiPriority w:val="73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rFonts w:cs="Times New Roman"/>
        <w:b/>
        <w:bCs/>
      </w:rPr>
      <w:tblPr/>
      <w:tcPr>
        <w:shd w:val="clear" w:color="auto" w:fill="CCC0D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CCC0D9"/>
      </w:tcPr>
    </w:tblStylePr>
    <w:tblStylePr w:type="firstCol">
      <w:rPr>
        <w:rFonts w:cs="Times New Roman"/>
        <w:color w:val="FFFFFF"/>
      </w:rPr>
      <w:tblPr/>
      <w:tcPr>
        <w:shd w:val="clear" w:color="auto" w:fill="5F497A"/>
      </w:tcPr>
    </w:tblStylePr>
    <w:tblStylePr w:type="lastCol">
      <w:rPr>
        <w:rFonts w:cs="Times New Roman"/>
        <w:color w:val="FFFFFF"/>
      </w:rPr>
      <w:tblPr/>
      <w:tcPr>
        <w:shd w:val="clear" w:color="auto" w:fill="5F497A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-55">
    <w:name w:val="Colorful Grid Accent 5"/>
    <w:basedOn w:val="a3"/>
    <w:uiPriority w:val="73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rFonts w:cs="Times New Roman"/>
        <w:b/>
        <w:bCs/>
      </w:rPr>
      <w:tblPr/>
      <w:tcPr>
        <w:shd w:val="clear" w:color="auto" w:fill="B6DDE8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6DDE8"/>
      </w:tcPr>
    </w:tblStylePr>
    <w:tblStylePr w:type="firstCol">
      <w:rPr>
        <w:rFonts w:cs="Times New Roman"/>
        <w:color w:val="FFFFFF"/>
      </w:rPr>
      <w:tblPr/>
      <w:tcPr>
        <w:shd w:val="clear" w:color="auto" w:fill="31849B"/>
      </w:tcPr>
    </w:tblStylePr>
    <w:tblStylePr w:type="lastCol">
      <w:rPr>
        <w:rFonts w:cs="Times New Roman"/>
        <w:color w:val="FFFFFF"/>
      </w:rPr>
      <w:tblPr/>
      <w:tcPr>
        <w:shd w:val="clear" w:color="auto" w:fill="31849B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-65">
    <w:name w:val="Colorful Grid Accent 6"/>
    <w:basedOn w:val="a3"/>
    <w:uiPriority w:val="73"/>
    <w:rsid w:val="007237D3"/>
    <w:rPr>
      <w:rFonts w:ascii="Cambria" w:eastAsia="MS Mincho" w:hAnsi="Cambria"/>
      <w:color w:val="000000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customStyle="1" w:styleId="TableGrid">
    <w:name w:val="TableGrid"/>
    <w:rsid w:val="00237D74"/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a">
    <w:name w:val="FollowedHyperlink"/>
    <w:uiPriority w:val="99"/>
    <w:semiHidden/>
    <w:unhideWhenUsed/>
    <w:rsid w:val="00237D74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837/" TargetMode="External"/><Relationship Id="rId117" Type="http://schemas.openxmlformats.org/officeDocument/2006/relationships/hyperlink" Target="https://content.edsoo.ru/lab" TargetMode="External"/><Relationship Id="rId21" Type="http://schemas.openxmlformats.org/officeDocument/2006/relationships/hyperlink" Target="https://resh.edu.ru/subject/lesson/7836/" TargetMode="External"/><Relationship Id="rId42" Type="http://schemas.openxmlformats.org/officeDocument/2006/relationships/hyperlink" Target="https://content.edsoo.ru/lab" TargetMode="External"/><Relationship Id="rId47" Type="http://schemas.openxmlformats.org/officeDocument/2006/relationships/hyperlink" Target="https://educont.ru/" TargetMode="External"/><Relationship Id="rId63" Type="http://schemas.openxmlformats.org/officeDocument/2006/relationships/hyperlink" Target="https://content.edsoo.ru/lab" TargetMode="External"/><Relationship Id="rId68" Type="http://schemas.openxmlformats.org/officeDocument/2006/relationships/hyperlink" Target="https://educont.ru/" TargetMode="External"/><Relationship Id="rId84" Type="http://schemas.openxmlformats.org/officeDocument/2006/relationships/hyperlink" Target="https://content.edsoo.ru/lab" TargetMode="External"/><Relationship Id="rId89" Type="http://schemas.openxmlformats.org/officeDocument/2006/relationships/hyperlink" Target="https://educont.ru/" TargetMode="External"/><Relationship Id="rId112" Type="http://schemas.openxmlformats.org/officeDocument/2006/relationships/hyperlink" Target="https://ya.ru/video/search?from=tabbar&amp;text=&#1041;&#1099;&#1090;&#1086;&#1074;&#1086;&#1081;%20&#1078;&#1072;&#1085;&#1088;%20&#1074;%20&#1080;&#1079;&#1086;&#1073;&#1088;&#1072;&#1079;&#1080;&#1090;&#1077;&#1083;&#1100;&#1085;&#1086;&#1084;%20&#1080;&#1089;&#1082;&#1091;&#1089;&#1089;&#1090;&#1074;&#1077;%20" TargetMode="External"/><Relationship Id="rId133" Type="http://schemas.openxmlformats.org/officeDocument/2006/relationships/hyperlink" Target="https://www.youtube.com/results?sp=mAEB&amp;search_query=%D0%9E%D1%81%D0%BD%D0%BE%D0%B2%D1%8B+%D0%BF%D0%BE%D1%81%D1%82%D1%80%D0%BE%D0%B5%D0%BD%D0%B8%D1%8F+%D0%BA%D0%BE%D0%BC%D0%BF%D0%BE%D0%B7%D0%B8%D1%86%D0%B8%D0%B8" TargetMode="External"/><Relationship Id="rId138" Type="http://schemas.openxmlformats.org/officeDocument/2006/relationships/hyperlink" Target="https://www.youtube.com/results?search_query=%D0%9A%D0%BE%D0%BC%D0%BF%D0%BE%D0%B7%D0%B8%D1%86%D0%B8%D1%8F+%D0%BF%D0%BB%D0%BE%D1%81%D0%BA%D0%BE%D1%81%D1%82%D0%BD%D0%B0%D1%8F+%D0%B8+%09%D0%BF%D1%80%D0%BE%D1%81%D1%82%D1%80%D0%B0%D0%BD%D1%81%D1%82%D0%B2%D0%B5%D0%BD%D0%BD%D0%B0%D1%8F.+%D0%9A%D0%BE%D0%BC%D0%BF%D0%BE%D0%B7%D0%B8%D1%86%D0%B8%D0%BE%D0%BD%D0%BD%D0%B0%D1%8F+%D0%BE%D1%80%D0%B3%D0%B0%D0%BD%D0%B8%D0%B7%D0%B0%D1%86%D0%B8%D1%8F+%D0%BF%D1%80%D0%BE%D1%81%D1%82%D1%80%D0%B0%D0%BD%D1%81%D1%82%D0%B2%D0%B0.++" TargetMode="External"/><Relationship Id="rId154" Type="http://schemas.openxmlformats.org/officeDocument/2006/relationships/hyperlink" Target="https://ya.ru/search/?text=%D0%A0%D0%BE%D0%B6%D0%B4%D0%B5%D0%BD%D0%B8%D0%B5+%D1%82%D0%B5%D0%B0%D1%82%D1%80%D0%B0+%D0%B2+%D0%B4%D1%80%D0%B5%D0%B2%D0%BD%D0%B5%D0%B9%D1%88%D0%B8%D1%85+%D0%BE%D0%B1%D1%80%D1%8F%D0%B4%D0%B0%D1%85.+%D0%98%D1%81%D1%82%D0%BE%D1%80%D0%B8%D1%8F+%D1%80%D0%B0%D0%B7%D0%B2%D0%B8%D1%82%D0%B8%D1%8F+%D0%B8%D1%81%D0%BA%D1%83%D1%81%D1%81%D1%82%D0%B2%D0%B0+%D1%82%D0%B5%D0%B0%D1%82%D1%80%D0%B0.++&amp;lr=10769&amp;clid=2378388-1" TargetMode="External"/><Relationship Id="rId16" Type="http://schemas.openxmlformats.org/officeDocument/2006/relationships/hyperlink" Target="https://resh.edu.ru/subject/lesson/7831/" TargetMode="External"/><Relationship Id="rId107" Type="http://schemas.openxmlformats.org/officeDocument/2006/relationships/hyperlink" Target="https://educont.ru/" TargetMode="External"/><Relationship Id="rId11" Type="http://schemas.openxmlformats.org/officeDocument/2006/relationships/hyperlink" Target="https://resh.edu.ru/subject/lesson/7827/" TargetMode="External"/><Relationship Id="rId32" Type="http://schemas.openxmlformats.org/officeDocument/2006/relationships/hyperlink" Target="https://educont.ru/" TargetMode="External"/><Relationship Id="rId37" Type="http://schemas.openxmlformats.org/officeDocument/2006/relationships/hyperlink" Target="https://ya.ru/video/search?from=tabbar&amp;text=&#1046;&#1080;&#1074;&#1086;&#1087;&#1080;&#1089;&#1085;&#1099;&#1077;%2C%20&#1075;&#1088;&#1072;&#1092;&#1080;&#1095;&#1077;&#1089;&#1082;&#1080;&#1077;%20&#1080;%20&#1089;&#1082;&#1091;&#1083;&#1100;&#1087;&#1090;&#1091;&#1088;&#1085;&#1099;&#1077;%20&#1093;&#1091;&#1076;&#1086;&#1078;&#1077;&#1089;&#1090;&#1074;&#1077;&#1085;&#1085;&#1099;&#1077;%20&#1084;&#1072;&#1090;&#1077;&#1088;&#1080;&#1072;&#1083;&#1099;%20&#1080;%20&#1080;&#1093;%20&#1086;&#1089;&#1086;&#1073;&#1099;&#1077;%20&#1089;&#1074;&#1086;&#1081;&#1089;&#1090;&#1074;&#1072;" TargetMode="External"/><Relationship Id="rId53" Type="http://schemas.openxmlformats.org/officeDocument/2006/relationships/hyperlink" Target="https://educont.ru/" TargetMode="External"/><Relationship Id="rId58" Type="http://schemas.openxmlformats.org/officeDocument/2006/relationships/hyperlink" Target="https://ya.ru/video/search?from=tabbar&amp;text=&#1046;&#1072;&#1085;&#1088;&#1099;%20&#1080;&#1079;&#1086;&#1073;&#1088;&#1072;&#1079;&#1080;&#1090;&#1077;&#1083;&#1100;&#1085;&#1086;&#1075;&#1086;%20&#1080;&#1089;&#1082;&#1091;&#1089;&#1089;&#1090;&#1074;&#1072;%20" TargetMode="External"/><Relationship Id="rId74" Type="http://schemas.openxmlformats.org/officeDocument/2006/relationships/hyperlink" Target="https://educont.ru/" TargetMode="External"/><Relationship Id="rId79" Type="http://schemas.openxmlformats.org/officeDocument/2006/relationships/hyperlink" Target="https://ya.ru/video/search?from=tabbar&amp;text=&#1050;&#1086;&#1085;&#1089;&#1090;&#1088;&#1091;&#1082;&#1094;&#1080;&#1103;%20&#1075;&#1086;&#1083;&#1086;&#1074;&#1099;%20&#1095;&#1077;&#1083;&#1086;&#1074;&#1077;&#1082;&#1072;" TargetMode="External"/><Relationship Id="rId102" Type="http://schemas.openxmlformats.org/officeDocument/2006/relationships/hyperlink" Target="https://content.edsoo.ru/lab" TargetMode="External"/><Relationship Id="rId123" Type="http://schemas.openxmlformats.org/officeDocument/2006/relationships/hyperlink" Target="https://educont.ru/" TargetMode="External"/><Relationship Id="rId128" Type="http://schemas.openxmlformats.org/officeDocument/2006/relationships/hyperlink" Target="https://ya.ru/video/search?from=tabbar&amp;text=&#1041;&#1080;&#1073;&#1083;&#1077;&#1081;&#1089;&#1082;&#1080;&#1077;%20&#1090;&#1077;&#1084;&#1099;%20&#1074;%20&#1080;&#1079;&#1086;&#1073;&#1088;&#1072;&#1079;&#1080;&#1090;&#1077;&#1083;&#1100;&#1085;&#1086;&#1084;%20&#1080;&#1089;&#1082;&#1091;&#1089;&#1089;&#1090;&#1074;&#1077;%20" TargetMode="External"/><Relationship Id="rId144" Type="http://schemas.openxmlformats.org/officeDocument/2006/relationships/hyperlink" Target="https://ya.ru/search/?text=%D0%9E%D0%B1%D1%80%D0%B0%D0%B7+%D0%BC%D0%B0%D1%82%D0%B5%D1%80%D0%B8%D0%B0%D0%BB%D1%8C%D0%BD%D0%BE%D0%B9+%D0%BA%D1%83%D0%BB%D1%8C%D1%82%D1%83%D1%80%D1%8B+%D0%BF%D1%80%D0%BE%D1%88%D0%BB%D0%BE%D0%B3%D0%BE&amp;lr=10769&amp;clid=2378388-1" TargetMode="External"/><Relationship Id="rId149" Type="http://schemas.openxmlformats.org/officeDocument/2006/relationships/hyperlink" Target="https://ya.ru/search/?text=%D0%98%D0%BD%D1%82%D0%B5%D1%80%D1%8C%D0%B5%D1%80%D1%8B+%D0%BE%D0%B1%D1%89%D0%B5%D1%81%D1%82%D0%B2%D0%B5%D0%BD%D0%BD%D1%8B%D1%85+%D0%B7%D0%B4%D0%B0%D0%BD%D0%B8%D0%B9.+%D0%A0%D0%BE%D0%BB%D1%8C+%D0%B2%D0%B5%D1%89%D0%B8+%D0%B2+%D0%BE%D0%B1%D1%80%D0%B0%D0%B7%D0%BD%D0%BE-%D1%81%D1%82%D0%B8%D0%BB%D0%B5%D0%B2%D0%BE%D0%BC+%D1%80%D0%B5%D1%88%D0%B5%D0%BD%D0%B8%D0%B8+%D0%B8%D0%BD%D1%82%D0%B5%D1%80%D0%B2%D1%8C%D1%8E%D0%B5%D1%80%D0%B0&amp;lr=10769&amp;clid=2378388-1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content.edsoo.ru/lab" TargetMode="External"/><Relationship Id="rId95" Type="http://schemas.openxmlformats.org/officeDocument/2006/relationships/hyperlink" Target="https://educont.ru/" TargetMode="External"/><Relationship Id="rId22" Type="http://schemas.openxmlformats.org/officeDocument/2006/relationships/hyperlink" Target="https://resh.edu.ru/subject/lesson/9/" TargetMode="External"/><Relationship Id="rId27" Type="http://schemas.openxmlformats.org/officeDocument/2006/relationships/hyperlink" Target="https://resh.edu.ru/subject/lesson/7838/" TargetMode="External"/><Relationship Id="rId43" Type="http://schemas.openxmlformats.org/officeDocument/2006/relationships/hyperlink" Target="https://ya.ru/video/search?from=tabbar&amp;text=&#1042;&#1099;&#1088;&#1072;&#1079;&#1080;&#1090;&#1077;&#1083;&#1100;&#1085;&#1099;&#1077;%20%20&#1074;&#1086;&#1079;&#1084;&#1086;&#1078;&#1085;&#1086;&#1089;&#1090;&#1080;%20&#1083;&#1080;&#1085;&#1080;&#1080;" TargetMode="External"/><Relationship Id="rId48" Type="http://schemas.openxmlformats.org/officeDocument/2006/relationships/hyperlink" Target="https://content.edsoo.ru/lab" TargetMode="External"/><Relationship Id="rId64" Type="http://schemas.openxmlformats.org/officeDocument/2006/relationships/hyperlink" Target="https://ya.ru/video/search?from=tabbar&amp;text=&#1050;&#1086;&#1085;&#1089;&#1090;&#1088;&#1091;&#1082;&#1094;&#1080;&#1103;%20&#1087;&#1088;&#1077;&#1076;&#1084;&#1077;&#1090;&#1072;%20&#1089;&#1083;&#1086;&#1078;&#1085;&#1086;&#1081;%20&#1092;&#1086;&#1088;&#1084;&#1099;" TargetMode="External"/><Relationship Id="rId69" Type="http://schemas.openxmlformats.org/officeDocument/2006/relationships/hyperlink" Target="https://content.edsoo.ru/lab" TargetMode="External"/><Relationship Id="rId113" Type="http://schemas.openxmlformats.org/officeDocument/2006/relationships/hyperlink" Target="https://educont.ru/" TargetMode="External"/><Relationship Id="rId118" Type="http://schemas.openxmlformats.org/officeDocument/2006/relationships/hyperlink" Target="https://ya.ru/video/search?from=tabbar&amp;text=&#1048;&#1089;&#1090;&#1086;&#1088;&#1080;&#1095;&#1077;&#1089;&#1082;&#1080;&#1081;%20&#1078;&#1072;&#1085;&#1088;%20&#1074;%20&#1080;&#1079;&#1086;&#1073;&#1088;&#1072;&#1079;&#1080;&#1090;&#1077;&#1083;&#1100;&#1085;&#1086;&#1084;%20&#1080;&#1089;&#1082;&#1091;&#1089;&#1089;&#1090;&#1074;&#1077;%20" TargetMode="External"/><Relationship Id="rId134" Type="http://schemas.openxmlformats.org/officeDocument/2006/relationships/hyperlink" Target="https://www.youtube.com/results?search_query=%D0%9F%D1%80%D1%8F%D0%BC%D1%8B%D0%B5+%D0%BB%D0%B8%D0%BD%D0%B8%D0%B8+%D0%B8+%D0%BE%D1%80%D0%B3%D0%B0%D0%BD%D0%B8%D0%B7%D0%B0%D1%86%D0%B8%D1%8F+%D0%BF%D1%80%D0%BE%D1%81%D1%82%D1%80%D0%B0%D0%BD%D1%81%D1%82%D0%B2%D0%B0" TargetMode="External"/><Relationship Id="rId139" Type="http://schemas.openxmlformats.org/officeDocument/2006/relationships/hyperlink" Target="https://www.youtube.com/results?search_query=%D0%9E%D1%82+%D0%BF%D0%BB%D0%BE%D1%81%D0%BA%D0%BE%D1%81%D1%82%D0%BD%D0%BE%D0%B3%D0%BE+%D0%B8%D0%B7%D0%BE%D0%B1%D1%80%D0%B0%D0%B6%D0%B5%D0%BD%D0%B8%D1%8F+%D0%BA+%D0%BE%D0%B1%D1%8A%D0%B5%D0%BC%D0%BD%D0%BE%D0%BC%D1%83+%D0%BC%D0%B0%D0%BA%D0%B5%D1%82%D1%83" TargetMode="External"/><Relationship Id="rId80" Type="http://schemas.openxmlformats.org/officeDocument/2006/relationships/hyperlink" Target="https://educont.ru/" TargetMode="External"/><Relationship Id="rId85" Type="http://schemas.openxmlformats.org/officeDocument/2006/relationships/hyperlink" Target="https://ya.ru/video/search?from=tabbar&amp;text=&#1057;&#1074;&#1077;&#1090;%20&#1080;%20&#1090;&#1077;&#1085;&#1100;%20&#1074;%20%20&#1080;&#1079;&#1086;&#1073;&#1088;&#1072;&#1078;&#1077;&#1085;&#1080;&#1080;%20" TargetMode="External"/><Relationship Id="rId150" Type="http://schemas.openxmlformats.org/officeDocument/2006/relationships/hyperlink" Target="https://ya.ru/search/?text=%D0%9F%D1%80%D0%BE%D0%B5%D0%BA%D1%82+%D0%BE%D1%80%D0%B3%D0%B0%D0%BD%D0%B8%D0%B7%D0%B0%D1%86%D0%B8%D0%B8+%D0%BF%D1%80%D0%BE%D1%81%D1%82%D1%80%D0%B0%D0%BD%D1%81%D1%82%D0%B2%D0%B0+%D0%B8+%D1%81%D1%80%D0%B5%D0%B4%D1%8B+%D0%B6%D0%B8%D0%BB%D0%BE%D0%B9+%D0%BA%D0%BE%D0%BC%D0%BD%D0%B0%D1%82%D1%8B&amp;lr=10769&amp;clid=2378388-1" TargetMode="External"/><Relationship Id="rId155" Type="http://schemas.openxmlformats.org/officeDocument/2006/relationships/hyperlink" Target="https://ya.ru/search/?text=%D0%98%D1%81%D1%82%D0%BE%D1%80%D0%B8%D1%8F+%D0%BA%D0%B8%D0%BD%D0%BE+%D0%B8+%D0%B5%D0%B3%D0%BE+%D1%8D%D0%B2%D0%BE%D0%BB%D1%8E%D1%86%D0%B8%D1%8F+%D0%BA%D0%B0%D0%BA+%D0%B8%D1%81%D0%BA%D1%83%D1%81%D1%81%D1%82%D0%B2%D0%B0.+&amp;lr=10769&amp;clid=2378388-1" TargetMode="External"/><Relationship Id="rId12" Type="http://schemas.openxmlformats.org/officeDocument/2006/relationships/hyperlink" Target="https://resh.edu.ru/subject/lesson/7828/" TargetMode="External"/><Relationship Id="rId17" Type="http://schemas.openxmlformats.org/officeDocument/2006/relationships/hyperlink" Target="https://www.culture.ru/objects/2876/tradicionnaya-tekhnologiya-palekhskoi-lakovoi-miniatyury" TargetMode="External"/><Relationship Id="rId33" Type="http://schemas.openxmlformats.org/officeDocument/2006/relationships/hyperlink" Target="https://content.edsoo.ru/lab" TargetMode="External"/><Relationship Id="rId38" Type="http://schemas.openxmlformats.org/officeDocument/2006/relationships/hyperlink" Target="https://educont.ru/" TargetMode="External"/><Relationship Id="rId59" Type="http://schemas.openxmlformats.org/officeDocument/2006/relationships/hyperlink" Target="https://educont.ru/" TargetMode="External"/><Relationship Id="rId103" Type="http://schemas.openxmlformats.org/officeDocument/2006/relationships/hyperlink" Target="https://ya.ru/video/search?from=tabbar&amp;text=&#1055;&#1077;&#1081;&#1079;&#1072;&#1078;%20&#1074;%20&#1080;&#1089;&#1090;&#1086;&#1088;&#1080;&#1080;%20%20&#1088;&#1091;&#1089;&#1089;&#1082;&#1086;&#1081;%20&#1078;&#1080;&#1074;&#1086;&#1087;&#1080;&#1089;&#1080;%20&#1080;%20&#1077;&#1075;&#1086;%20&#1079;&#1085;&#1072;&#1095;&#1077;&#1085;&#1080;&#1077;%20&#1074;%20&#1086;&#1090;&#1077;&#1095;&#1077;&#1089;&#1090;&#1074;&#1077;&#1085;&#1085;&#1086;&#1081;%20&#1082;&#1091;&#1083;&#1100;&#1090;&#1091;&#1088;&#1077;" TargetMode="External"/><Relationship Id="rId108" Type="http://schemas.openxmlformats.org/officeDocument/2006/relationships/hyperlink" Target="https://content.edsoo.ru/lab" TargetMode="External"/><Relationship Id="rId124" Type="http://schemas.openxmlformats.org/officeDocument/2006/relationships/hyperlink" Target="https://content.edsoo.ru/lab" TargetMode="External"/><Relationship Id="rId129" Type="http://schemas.openxmlformats.org/officeDocument/2006/relationships/hyperlink" Target="https://educont.ru/" TargetMode="External"/><Relationship Id="rId20" Type="http://schemas.openxmlformats.org/officeDocument/2006/relationships/hyperlink" Target="https://resh.edu.ru/subject/lesson/7835/" TargetMode="External"/><Relationship Id="rId41" Type="http://schemas.openxmlformats.org/officeDocument/2006/relationships/hyperlink" Target="https://educont.ru/" TargetMode="External"/><Relationship Id="rId54" Type="http://schemas.openxmlformats.org/officeDocument/2006/relationships/hyperlink" Target="https://content.edsoo.ru/lab" TargetMode="External"/><Relationship Id="rId62" Type="http://schemas.openxmlformats.org/officeDocument/2006/relationships/hyperlink" Target="https://educont.ru/" TargetMode="External"/><Relationship Id="rId70" Type="http://schemas.openxmlformats.org/officeDocument/2006/relationships/hyperlink" Target="https://ya.ru/video/search?from=tabbar&amp;text=&#1056;&#1080;&#1089;&#1091;&#1085;&#1086;&#1082;%20&#1085;&#1072;&#1090;&#1102;&#1088;&#1084;&#1086;&#1088;&#1090;&#1072;%20&#1075;&#1088;&#1072;&#1092;&#1080;&#1095;&#1077;&#1089;&#1082;&#1080;&#1084;&#1080;%20%20&#1084;&#1072;&#1090;&#1077;&#1088;&#1080;&#1072;&#1083;&#1072;&#1084;&#1080;" TargetMode="External"/><Relationship Id="rId75" Type="http://schemas.openxmlformats.org/officeDocument/2006/relationships/hyperlink" Target="https://content.edsoo.ru/lab" TargetMode="External"/><Relationship Id="rId83" Type="http://schemas.openxmlformats.org/officeDocument/2006/relationships/hyperlink" Target="https://educont.ru/" TargetMode="External"/><Relationship Id="rId88" Type="http://schemas.openxmlformats.org/officeDocument/2006/relationships/hyperlink" Target="https://ya.ru/video/search?from=tabbar&amp;text=&#1057;&#1074;&#1077;&#1090;%20&#1080;%20&#1090;&#1077;&#1085;&#1100;%20&#1074;%20%20&#1080;&#1079;&#1086;&#1073;&#1088;&#1072;&#1078;&#1077;&#1085;&#1080;&#1080;%20" TargetMode="External"/><Relationship Id="rId91" Type="http://schemas.openxmlformats.org/officeDocument/2006/relationships/hyperlink" Target="https://ya.ru/video/search?from=tabbar&amp;text=&#1046;&#1080;&#1074;&#1086;&#1087;&#1080;&#1089;&#1085;&#1086;&#1077;%20%20&#1080;&#1079;&#1086;&#1073;&#1088;&#1072;&#1078;&#1077;&#1085;&#1080;&#1077;%20&#1087;&#1086;&#1088;&#1090;&#1088;&#1077;&#1090;&#1072;" TargetMode="External"/><Relationship Id="rId96" Type="http://schemas.openxmlformats.org/officeDocument/2006/relationships/hyperlink" Target="https://content.edsoo.ru/lab" TargetMode="External"/><Relationship Id="rId111" Type="http://schemas.openxmlformats.org/officeDocument/2006/relationships/hyperlink" Target="https://content.edsoo.ru/lab" TargetMode="External"/><Relationship Id="rId132" Type="http://schemas.openxmlformats.org/officeDocument/2006/relationships/hyperlink" Target="https://www.youtube.com/watch?v=5BlXg82aCxU&amp;ysclid=lonze9il5b10308913" TargetMode="External"/><Relationship Id="rId140" Type="http://schemas.openxmlformats.org/officeDocument/2006/relationships/hyperlink" Target="https://www.youtube.com/results?search_query=%D0%92%D0%B7%D0%B0%D0%B8%D0%BC%D0%BE%D1%81%D0%B2%D1%8F%D0%B7%D1%8C+%D0%BE%D0%B1%D1%8A%D0%B5%D0%BA%D1%82%D0%BE%D0%B2+%D0%B2+%D0%B0%D1%80%D1%85%D0%B8%D1%82%D0%B5%D0%BA%D1%82%D1%83%D1%80%D0%BD%D0%BE%D0%BC+%D0%BC%D0%B0%D0%BA%D0%B5%D1%82%D0%B5" TargetMode="External"/><Relationship Id="rId145" Type="http://schemas.openxmlformats.org/officeDocument/2006/relationships/hyperlink" Target="https://ya.ru/search/?text=%D0%9F%D1%83%D1%82%D0%B8+%D1%80%D0%B0%D0%B7%D0%B2%D0%B8%D1%82%D0%B8%D1%8F+%D1%81%D0%BE%D0%B2%D1%80%D0%B5%D0%BC%D0%B5%D0%BD%D0%BD%D0%BE%D0%B9+%D0%B0%D1%80%D1%85%D0%B8%D1%82%D0%B5%D0%BA%D1%82%D1%83%D1%80%D1%8B+%D0%B8+%D0%B4%D0%B8%D0%B7%D0%B0%D0%B9%D0%BD%D0%B0&amp;lr=10769&amp;clid=2378388-1" TargetMode="External"/><Relationship Id="rId153" Type="http://schemas.openxmlformats.org/officeDocument/2006/relationships/hyperlink" Target="https://ya.ru/search/?text=%D0%93%D1%80%D0%B8%D0%BC+%D0%B8+%D0%BF%D1%80%D0%B8%D1%87%D1%91%D1%81%D0%BA%D0%B0+%D0%B2+%D0%BF%D1%80%D0%B0%D0%BA%D1%82%D0%B8%D0%BA%D0%B5+%D0%B4%D0%B8%D0%B7%D0%B0%D0%B9%D0%BD%D0%B0+%D0%98%D0%BC%D0%B8%D0%B4%D0%B6-%D0%B4%D0%B8%D0%B7%D0%B0%D0%B9%D0%BD&amp;lr=10769&amp;clid=2378388-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resh.edu.ru/subject/lesson/7830/" TargetMode="External"/><Relationship Id="rId23" Type="http://schemas.openxmlformats.org/officeDocument/2006/relationships/hyperlink" Target="http://school-collection.edu.ru/catalog/rubr/49ef6363-c9e0-4e71-88e4-19b6db0e6dc2/" TargetMode="External"/><Relationship Id="rId28" Type="http://schemas.openxmlformats.org/officeDocument/2006/relationships/hyperlink" Target="https://resh.edu.ru/subject/lesson/2109/start/" TargetMode="External"/><Relationship Id="rId36" Type="http://schemas.openxmlformats.org/officeDocument/2006/relationships/hyperlink" Target="https://content.edsoo.ru/lab" TargetMode="External"/><Relationship Id="rId49" Type="http://schemas.openxmlformats.org/officeDocument/2006/relationships/hyperlink" Target="https://ya.ru/video/search?from=tabbar&amp;text=&#1054;&#1089;&#1085;&#1086;&#1074;&#1099;%20&#1094;&#1074;&#1077;&#1090;&#1086;&#1074;&#1077;&#1076;&#1077;&#1085;&#1080;&#1103;" TargetMode="External"/><Relationship Id="rId57" Type="http://schemas.openxmlformats.org/officeDocument/2006/relationships/hyperlink" Target="https://content.edsoo.ru/lab" TargetMode="External"/><Relationship Id="rId106" Type="http://schemas.openxmlformats.org/officeDocument/2006/relationships/hyperlink" Target="https://ya.ru/video/search?from=tabbar&amp;text=&#1055;&#1077;&#1081;&#1079;&#1072;&#1078;%20&#1074;%20&#1075;&#1088;&#1072;&#1092;&#1080;&#1082;&#1077;" TargetMode="External"/><Relationship Id="rId114" Type="http://schemas.openxmlformats.org/officeDocument/2006/relationships/hyperlink" Target="https://content.edsoo.ru/lab" TargetMode="External"/><Relationship Id="rId119" Type="http://schemas.openxmlformats.org/officeDocument/2006/relationships/hyperlink" Target="https://educont.ru/" TargetMode="External"/><Relationship Id="rId127" Type="http://schemas.openxmlformats.org/officeDocument/2006/relationships/hyperlink" Target="https://content.edsoo.ru/lab" TargetMode="External"/><Relationship Id="rId10" Type="http://schemas.openxmlformats.org/officeDocument/2006/relationships/hyperlink" Target="https://resh.edu.ru/subject/lesson/7826/" TargetMode="External"/><Relationship Id="rId31" Type="http://schemas.openxmlformats.org/officeDocument/2006/relationships/hyperlink" Target="https://www.culture.ru/materials/99836/sebe-lyubimomu-doma-arkhitektorov-i-khudozhnikov-po-sobstvennym-proektam" TargetMode="External"/><Relationship Id="rId44" Type="http://schemas.openxmlformats.org/officeDocument/2006/relationships/hyperlink" Target="https://educont.ru/" TargetMode="External"/><Relationship Id="rId52" Type="http://schemas.openxmlformats.org/officeDocument/2006/relationships/hyperlink" Target="https://ya.ru/video/search?from=tabbar&amp;text=&#1062;&#1074;&#1077;&#1090;%20&#1082;&#1072;&#1082;%20&#1074;&#1099;&#1088;&#1072;&#1079;&#1080;&#1090;&#1077;&#1083;&#1100;&#1085;&#1086;&#1077;%20&#1089;&#1088;&#1077;&#1076;&#1089;&#1090;&#1074;&#1086;%20&#1074;%20%20&#1080;&#1079;&#1086;&#1073;&#1088;&#1072;&#1079;&#1080;&#1090;&#1077;&#1083;&#1100;&#1085;&#1086;&#1084;%20%20&#1080;&#1089;&#1082;&#1091;&#1089;&#1089;&#1090;&#1074;&#1077;" TargetMode="External"/><Relationship Id="rId60" Type="http://schemas.openxmlformats.org/officeDocument/2006/relationships/hyperlink" Target="https://content.edsoo.ru/lab" TargetMode="External"/><Relationship Id="rId65" Type="http://schemas.openxmlformats.org/officeDocument/2006/relationships/hyperlink" Target="https://educont.ru/" TargetMode="External"/><Relationship Id="rId73" Type="http://schemas.openxmlformats.org/officeDocument/2006/relationships/hyperlink" Target="https://ya.ru/video/search?from=tabbar&amp;text=&#1046;&#1080;&#1074;&#1086;&#1087;&#1080;&#1089;&#1085;&#1086;&#1077;%20%20&#1080;&#1079;&#1086;&#1073;&#1088;&#1072;&#1078;&#1077;&#1085;&#1080;&#1077;%20&#1085;&#1072;&#1090;&#1102;&#1088;&#1084;&#1086;&#1088;&#1090;&#1072;" TargetMode="External"/><Relationship Id="rId78" Type="http://schemas.openxmlformats.org/officeDocument/2006/relationships/hyperlink" Target="https://content.edsoo.ru/lab" TargetMode="External"/><Relationship Id="rId81" Type="http://schemas.openxmlformats.org/officeDocument/2006/relationships/hyperlink" Target="https://content.edsoo.ru/lab" TargetMode="External"/><Relationship Id="rId86" Type="http://schemas.openxmlformats.org/officeDocument/2006/relationships/hyperlink" Target="https://educont.ru/" TargetMode="External"/><Relationship Id="rId94" Type="http://schemas.openxmlformats.org/officeDocument/2006/relationships/hyperlink" Target="https://ya.ru/video/search?from=tabbar&amp;text=&#1055;&#1088;&#1072;&#1074;&#1080;&#1083;&#1072;%20&#1087;&#1086;&#1089;&#1090;&#1088;&#1086;&#1077;&#1085;&#1080;&#1103;%20%20&#1083;&#1080;&#1085;&#1077;&#1081;&#1085;&#1086;&#1081;%20&#1087;&#1077;&#1088;&#1089;&#1087;&#1077;&#1082;&#1090;&#1080;&#1074;&#1099;%20&#1074;%20&#1080;&#1079;&#1086;&#1073;&#1088;&#1072;&#1078;&#1077;&#1085;&#1080;&#1080;%20%20&#1087;&#1088;&#1086;&#1089;&#1090;&#1088;&#1072;&#1085;&#1089;&#1090;&#1074;&#1072;" TargetMode="External"/><Relationship Id="rId99" Type="http://schemas.openxmlformats.org/officeDocument/2006/relationships/hyperlink" Target="https://content.edsoo.ru/lab" TargetMode="External"/><Relationship Id="rId101" Type="http://schemas.openxmlformats.org/officeDocument/2006/relationships/hyperlink" Target="https://educont.ru/" TargetMode="External"/><Relationship Id="rId122" Type="http://schemas.openxmlformats.org/officeDocument/2006/relationships/hyperlink" Target="https://ya.ru/video/search?from=tabbar&amp;text=&#1056;&#1072;&#1073;&#1086;&#1090;&#1072;%20&#1085;&#1072;&#1076;%20&#1089;&#1102;&#1078;&#1077;&#1090;&#1085;&#1086;&#1081;%20&#1082;&#1086;&#1084;&#1087;&#1086;&#1079;&#1080;&#1094;&#1080;&#1077;&#1081;" TargetMode="External"/><Relationship Id="rId130" Type="http://schemas.openxmlformats.org/officeDocument/2006/relationships/hyperlink" Target="https://content.edsoo.ru/lab" TargetMode="External"/><Relationship Id="rId135" Type="http://schemas.openxmlformats.org/officeDocument/2006/relationships/hyperlink" Target="https://www.youtube.com/results?search_query=%D0%A6%D0%B2%D0%B5%D1%82+%E2%80%93+%D1%8D%D0%BB%D0%B5%D0%BC%D0%B5%D0%BD%D1%82+%D0%BA%D0%BE%D0%BC%D0%BF%D0%BE%D0%B7%D0%B8%D1%86%D0%B8%D0%BE%D0%BD%D0%BD%D0%BE%D0%B3%D0%BE+%D1%82%D0%B2%D0%BE%D1%80%D1%87%D0%B5%D1%81%D1%82%D0%B2%D0%B0" TargetMode="External"/><Relationship Id="rId143" Type="http://schemas.openxmlformats.org/officeDocument/2006/relationships/hyperlink" Target="https://ya.ru/search/?text=%D0%9E%D0%B1%D0%B7%D0%BE%D1%80+%D1%80%D0%B0%D0%B7%D0%B2%D0%B8%D1%82%D0%B8%D1%8F+%D0%BE%D0%B1%D1%80%D0%B0%D0%B7%D0%BD%D0%BE-%D1%81%D1%82%D0%B8%D0%BB%D0%B5%D0%B2%D0%BE%D0%B3%D0%BE+%D1%8F%D0%B7%D1%8B%D0%BA%D0%B0+%D0%B0%D1%80%D1%85%D0%B8%D1%82%D0%B5%D0%BA%D1%82%D1%83%D1%80%D1%8B&amp;lr=10769&amp;clid=2378388-1" TargetMode="External"/><Relationship Id="rId148" Type="http://schemas.openxmlformats.org/officeDocument/2006/relationships/hyperlink" Target="https://ya.ru/search/?text=%D0%98%D0%BD%D1%82%D0%B5%D1%80%D1%8C%D0%B5%D1%80%D1%8B+%D0%BE%D0%B1%D1%89%D0%B5%D1%81%D1%82%D0%B2%D0%B5%D0%BD%D0%BD%D1%8B%D1%85+%D0%B7%D0%B4%D0%B0%D0%BD%D0%B8%D0%B9.+%D0%A0%D0%BE%D0%BB%D1%8C+%D0%B2%D0%B5%D1%89%D0%B8+%D0%B2+%D0%BE%D0%B1%D1%80%D0%B0%D0%B7%D0%BD%D0%BE-%D1%81%D1%82%D0%B8%D0%BB%D0%B5%D0%B2%D0%BE%D0%BC+%D1%80%D0%B5%D1%88%D0%B5%D0%BD%D0%B8%D0%B8+%D0%B8%D0%BD%D1%82%D0%B5%D1%80%D0%B2%D1%8C%D1%8E%D0%B5%D1%80%D0%B0&amp;lr=10769&amp;clid=2378388-1" TargetMode="External"/><Relationship Id="rId151" Type="http://schemas.openxmlformats.org/officeDocument/2006/relationships/hyperlink" Target="https://ya.ru/search/?text=%D0%A1%D1%82%D0%B8%D0%BB%D1%8C+%D0%B2+%D0%BE%D0%B4%D0%B5%D0%B6%D0%B4%D0%B5+%D0%9A%D0%BE%D0%BC%D0%BF%D0%BE%D0%B7%D0%B8%D1%86%D0%B8%D0%BE%D0%BD%D0%BD%D0%BE-%D0%BA%D0%BE%D0%BD%D1%81%D1%82%D1%80%D1%83%D0%BA%D1%82%D0%B8%D0%B2%D0%BD%D1%8B%D0%B5+%D0%BF%D1%80%D0%B8%D0%BD%D1%86%D0%B8%D0%BF%D1%8B+%D0%B4%D0%B8%D0%B7%D0%B0%D0%B9%D0%BD%D0%B0+%D0%BE%D0%B4%D0%B5%D0%B6%D0%B4%D1%8B&amp;lr=10769&amp;clid=2378388-1" TargetMode="External"/><Relationship Id="rId156" Type="http://schemas.openxmlformats.org/officeDocument/2006/relationships/hyperlink" Target="https://ya.ru/search/?text=%D0%9F%D0%BE%D1%81%D1%82%D1%80%D0%BE%D0%B5%D0%BD%D0%B8%D0%B5+%D0%B2%D0%B8%D0%B4%D0%B5%D0%BE%D1%80%D1%8F%D0%B4%D0%B0+%D0%B8+%D1%85%D1%83%D0%B4%D0%BE%D0%B6%D0%B5%D1%81%D1%82%D0%B2%D0%B5%D0%BD%D0%BD%D0%BE%D0%B3%D0%BE+%D0%BE%D1%84%D0%BE%D1%80%D0%BC%D0%BB%D0%B5%D0%BD%D0%B8%D1%8F.++&amp;lr=10769&amp;clid=2378388-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825/" TargetMode="External"/><Relationship Id="rId13" Type="http://schemas.openxmlformats.org/officeDocument/2006/relationships/hyperlink" Target="https://resh.edu.ru/subject/lesson/7832/start/277138/" TargetMode="External"/><Relationship Id="rId18" Type="http://schemas.openxmlformats.org/officeDocument/2006/relationships/hyperlink" Target="https://resh.edu.ru/subject/lesson/7834/" TargetMode="External"/><Relationship Id="rId39" Type="http://schemas.openxmlformats.org/officeDocument/2006/relationships/hyperlink" Target="https://content.edsoo.ru/lab" TargetMode="External"/><Relationship Id="rId109" Type="http://schemas.openxmlformats.org/officeDocument/2006/relationships/hyperlink" Target="https://ya.ru/video/search?from=tabbar&amp;text=&#1043;&#1086;&#1088;&#1086;&#1076;&#1089;&#1082;&#1086;&#1081;%20&#1087;&#1077;&#1081;&#1079;&#1072;&#1078;" TargetMode="External"/><Relationship Id="rId34" Type="http://schemas.openxmlformats.org/officeDocument/2006/relationships/hyperlink" Target="https://ya.ru/video/search?from=tabbar&amp;text=&#1048;&#1089;&#1082;&#1091;&#1089;&#1089;&#1090;&#1074;&#1086;%20&#8212;%20&#1077;&#1075;&#1086;%20&#1074;&#1080;&#1076;&#1099;%20&#1080;%20&#1080;&#1093;%20&#1088;&#1086;&#1083;&#1100;%20&#1074;%20&#1078;&#1080;&#1079;&#1085;&#1080;%20&#1083;&#1102;&#1076;&#1077;&#1081;" TargetMode="External"/><Relationship Id="rId50" Type="http://schemas.openxmlformats.org/officeDocument/2006/relationships/hyperlink" Target="https://educont.ru/" TargetMode="External"/><Relationship Id="rId55" Type="http://schemas.openxmlformats.org/officeDocument/2006/relationships/hyperlink" Target="https://ya.ru/video/search?from=tabbar&amp;text=&#1042;&#1099;&#1088;&#1072;&#1079;&#1080;&#1090;&#1077;&#1083;&#1100;&#1085;&#1099;&#1077;%20&#1089;&#1088;&#1077;&#1076;&#1089;&#1090;&#1074;&#1072;%20&#1089;&#1082;&#1091;&#1083;&#1100;&#1087;&#1090;&#1091;&#1088;&#1099;" TargetMode="External"/><Relationship Id="rId76" Type="http://schemas.openxmlformats.org/officeDocument/2006/relationships/hyperlink" Target="https://ya.ru/video/search?from=tabbar&amp;text=&#1055;&#1086;&#1088;&#1090;&#1088;&#1077;&#1090;%20&#1055;&#1086;&#1088;&#1090;&#1088;&#1077;&#1090;&#1085;&#1099;&#1081;%20&#1078;&#1072;&#1085;&#1088;%20&#1074;%20&#1080;&#1089;&#1090;&#1086;&#1088;&#1080;&#1080;%20&#1080;&#1089;&#1082;&#1091;&#1089;&#1089;&#1090;&#1074;&#1072;" TargetMode="External"/><Relationship Id="rId97" Type="http://schemas.openxmlformats.org/officeDocument/2006/relationships/hyperlink" Target="https://ya.ru/video/search?from=tabbar&amp;text=&#1055;&#1088;&#1072;&#1074;&#1080;&#1083;&#1072;%20&#1074;&#1086;&#1079;&#1076;&#1091;&#1096;&#1085;&#1086;&#1081;%20&#1087;&#1077;&#1088;&#1089;&#1087;&#1077;&#1082;&#1090;&#1080;&#1074;&#1099;" TargetMode="External"/><Relationship Id="rId104" Type="http://schemas.openxmlformats.org/officeDocument/2006/relationships/hyperlink" Target="https://educont.ru/" TargetMode="External"/><Relationship Id="rId120" Type="http://schemas.openxmlformats.org/officeDocument/2006/relationships/hyperlink" Target="https://content.edsoo.ru/lab" TargetMode="External"/><Relationship Id="rId125" Type="http://schemas.openxmlformats.org/officeDocument/2006/relationships/hyperlink" Target="https://ya.ru/video/search?from=tabbar&amp;text=&#1041;&#1080;&#1073;&#1083;&#1077;&#1081;&#1089;&#1082;&#1080;&#1077;%20&#1090;&#1077;&#1084;&#1099;%20&#1074;%20&#1080;&#1079;&#1086;&#1073;&#1088;&#1072;&#1079;&#1080;&#1090;&#1077;&#1083;&#1100;&#1085;&#1086;&#1084;%20&#1080;&#1089;&#1082;&#1091;&#1089;&#1089;&#1090;&#1074;&#1077;%20" TargetMode="External"/><Relationship Id="rId141" Type="http://schemas.openxmlformats.org/officeDocument/2006/relationships/hyperlink" Target="https://www.youtube.com/results?search_query=%D0%92%D0%B0%D0%B6%D0%BD%D0%B5%D0%B9%D1%88%D0%B8%D0%B5+%D0%B0%D1%80%D1%85%D0%B8%D1%82%D0%B5%D0%BA%D1%82%D1%83%D1%80%D0%BD%D1%8B%D0%B5+%D1%8D%D0%BB%D0%B5%D0%BC%D0%B5%D0%BD%D1%82%D1%8B+%D0%B7%D0%B4%D0%B0%D0%BD%D0%B8%D1%8F" TargetMode="External"/><Relationship Id="rId146" Type="http://schemas.openxmlformats.org/officeDocument/2006/relationships/hyperlink" Target="https://ya.ru/search/?text=%D0%94%D0%B8%D0%B7%D0%B0%D0%B9%D0%BD+%D0%BF%D1%80%D0%BE%D1%81%D1%82%D1%80%D0%B0%D0%BD%D1%81%D1%82%D0%B2%D0%B5%D0%BD%D0%BD%D0%BE-%D0%BF%D1%80%D0%B5%D0%B4%D0%BC%D0%B5%D1%82%D0%BD%D0%BE%D0%B9+%D1%81%D1%80%D0%B5%D0%B4%D1%8B+%D0%B8%D0%BD%D1%82%D0%B5%D1%80%D1%8C%D0%B5%D1%80%D0%B0&amp;lr=10769&amp;clid=2378388-1" TargetMode="External"/><Relationship Id="rId7" Type="http://schemas.openxmlformats.org/officeDocument/2006/relationships/hyperlink" Target="https://damuseum.ru/" TargetMode="External"/><Relationship Id="rId71" Type="http://schemas.openxmlformats.org/officeDocument/2006/relationships/hyperlink" Target="https://educont.ru/" TargetMode="External"/><Relationship Id="rId92" Type="http://schemas.openxmlformats.org/officeDocument/2006/relationships/hyperlink" Target="https://educont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1620/start/" TargetMode="External"/><Relationship Id="rId24" Type="http://schemas.openxmlformats.org/officeDocument/2006/relationships/hyperlink" Target="https://resh.edu.ru/subject/lesson/466/" TargetMode="External"/><Relationship Id="rId40" Type="http://schemas.openxmlformats.org/officeDocument/2006/relationships/hyperlink" Target="https://ya.ru/video/search?from=tabbar&amp;text=&#1056;&#1080;&#1089;&#1091;&#1085;&#1086;&#1082;%20&#8212;%20&#1086;&#1089;&#1085;&#1086;&#1074;&#1072;%20&#1080;&#1079;&#1086;&#1073;&#1088;&#1072;&#1079;&#1080;&#1090;&#1077;&#1083;&#1100;&#1085;&#1086;&#1075;&#1086;%20&#1080;&#1089;&#1082;&#1091;&#1089;&#1089;&#1090;&#1074;&#1072;%20&#1080;%20&#1084;&#1072;&#1089;&#1090;&#1077;&#1088;&#1089;&#1090;&#1074;&#1072;%20&#1093;&#1091;&#1076;&#1086;&#1078;&#1085;&#1080;&#1082;&#1072;" TargetMode="External"/><Relationship Id="rId45" Type="http://schemas.openxmlformats.org/officeDocument/2006/relationships/hyperlink" Target="https://content.edsoo.ru/lab" TargetMode="External"/><Relationship Id="rId66" Type="http://schemas.openxmlformats.org/officeDocument/2006/relationships/hyperlink" Target="https://content.edsoo.ru/lab" TargetMode="External"/><Relationship Id="rId87" Type="http://schemas.openxmlformats.org/officeDocument/2006/relationships/hyperlink" Target="https://content.edsoo.ru/lab" TargetMode="External"/><Relationship Id="rId110" Type="http://schemas.openxmlformats.org/officeDocument/2006/relationships/hyperlink" Target="https://educont.ru/" TargetMode="External"/><Relationship Id="rId115" Type="http://schemas.openxmlformats.org/officeDocument/2006/relationships/hyperlink" Target="https://ya.ru/video/search?from=tabbar&amp;text=&#1056;&#1072;&#1073;&#1086;&#1090;&#1072;%20&#1085;&#1072;&#1076;%20&#1089;&#1102;&#1078;&#1077;&#1090;&#1085;&#1086;&#1081;%20&#1082;&#1086;&#1084;&#1087;&#1086;&#1079;&#1080;&#1094;&#1080;&#1077;&#1081;" TargetMode="External"/><Relationship Id="rId131" Type="http://schemas.openxmlformats.org/officeDocument/2006/relationships/hyperlink" Target="https://ya.ru/video/search?from=tabbar&amp;text=&#1048;&#1082;&#1086;&#1085;&#1086;&#1087;&#1080;&#1089;&#1100;%20&#1074;%20&#1080;&#1089;&#1090;&#1086;&#1088;&#1080;&#1080;%20&#1088;&#1091;&#1089;&#1089;&#1082;&#1086;&#1075;&#1086;%20&#1080;&#1089;&#1082;&#1091;&#1089;&#1089;&#1090;&#1074;&#1072;" TargetMode="External"/><Relationship Id="rId136" Type="http://schemas.openxmlformats.org/officeDocument/2006/relationships/hyperlink" Target="https://www.youtube.com/results?search_query=%D0%A1%D0%B2%D0%BE%D0%B1%D0%BE%D0%B4%D0%BD%D1%8B%D0%B5+%D1%84%D0%BE%D1%80%D0%BC%D1%8B%3A+%D0%BB%D0%B8%D0%BD%D0%B8%D0%B8+%D0%B8+%D1%82%D0%BE%D0%BD%D0%BE%D0%B2%D1%8B%D0%B5+%D0%BF%D1%8F%D1%82%D0%BD%D0%B0" TargetMode="External"/><Relationship Id="rId157" Type="http://schemas.openxmlformats.org/officeDocument/2006/relationships/fontTable" Target="fontTable.xml"/><Relationship Id="rId61" Type="http://schemas.openxmlformats.org/officeDocument/2006/relationships/hyperlink" Target="https://ya.ru/video/search?from=tabbar&amp;text=&#1053;&#1072;&#1090;&#1102;&#1088;&#1084;&#1086;&#1088;&#1090;%20&#1048;&#1079;&#1086;&#1073;&#1088;&#1072;&#1078;&#1077;&#1085;&#1080;&#1077;%20&#1086;&#1073;&#1098;&#1105;&#1084;&#1085;&#1086;&#1075;&#1086;%20&#1087;&#1088;&#1077;&#1076;&#1084;&#1077;&#1090;&#1072;%20&#1085;&#1072;%20&#1087;&#1083;&#1086;&#1089;&#1082;&#1086;&#1089;&#1090;&#1080;%20&#1083;&#1080;&#1089;&#1090;&#1072;" TargetMode="External"/><Relationship Id="rId82" Type="http://schemas.openxmlformats.org/officeDocument/2006/relationships/hyperlink" Target="https://ya.ru/video/search?from=tabbar&amp;text=&#1043;&#1088;&#1072;&#1092;&#1080;&#1095;&#1077;&#1089;&#1082;&#1080;&#1081;%20&#1087;&#1086;&#1088;&#1090;&#1088;&#1077;&#1090;&#1085;&#1099;&#1081;%20&#1088;&#1080;&#1089;&#1091;&#1085;&#1086;&#1082;" TargetMode="External"/><Relationship Id="rId152" Type="http://schemas.openxmlformats.org/officeDocument/2006/relationships/hyperlink" Target="https://ya.ru/search/?text=%D0%93%D1%80%D0%B8%D0%BC+%D0%B8+%D0%BF%D1%80%D0%B8%D1%87%D1%91%D1%81%D0%BA%D0%B0+%D0%B2+%D0%BF%D1%80%D0%B0%D0%BA%D1%82%D0%B8%D0%BA%D0%B5+%D0%B4%D0%B8%D0%B7%D0%B0%D0%B9%D0%BD%D0%B0+%D0%98%D0%BC%D0%B8%D0%B4%D0%B6-%D0%B4%D0%B8%D0%B7%D0%B0%D0%B9%D0%BD&amp;lr=10769&amp;clid=2378388-1" TargetMode="External"/><Relationship Id="rId19" Type="http://schemas.openxmlformats.org/officeDocument/2006/relationships/hyperlink" Target="https://resh.edu.ru/subject/lesson/7833/" TargetMode="External"/><Relationship Id="rId14" Type="http://schemas.openxmlformats.org/officeDocument/2006/relationships/hyperlink" Target="https://resh.edu.ru/subject/lesson/7829/" TargetMode="External"/><Relationship Id="rId30" Type="http://schemas.openxmlformats.org/officeDocument/2006/relationships/hyperlink" Target="https://resh.edu.ru/subject/lesson/2108/start/" TargetMode="External"/><Relationship Id="rId35" Type="http://schemas.openxmlformats.org/officeDocument/2006/relationships/hyperlink" Target="https://educont.ru/" TargetMode="External"/><Relationship Id="rId56" Type="http://schemas.openxmlformats.org/officeDocument/2006/relationships/hyperlink" Target="https://educont.ru/" TargetMode="External"/><Relationship Id="rId77" Type="http://schemas.openxmlformats.org/officeDocument/2006/relationships/hyperlink" Target="https://educont.ru/" TargetMode="External"/><Relationship Id="rId100" Type="http://schemas.openxmlformats.org/officeDocument/2006/relationships/hyperlink" Target="https://ya.ru/video/search?from=tabbar&amp;text=&#1054;&#1089;&#1086;&#1073;&#1077;&#1085;&#1085;&#1086;&#1089;&#1090;&#1080;%20%20&#1080;&#1079;&#1086;&#1073;&#1088;&#1072;&#1078;&#1077;&#1085;&#1080;&#1103;%20&#1088;&#1072;&#1079;&#1085;&#1099;&#1093;%20%20&#1089;&#1086;&#1089;&#1090;&#1086;&#1103;&#1085;&#1080;&#1081;%20&#1087;&#1088;&#1080;&#1088;&#1086;&#1076;&#1099;%20&#1080;%20&#1077;&#1105;%20&#1086;&#1089;&#1074;&#1077;&#1097;&#1077;&#1085;&#1080;&#1103;" TargetMode="External"/><Relationship Id="rId105" Type="http://schemas.openxmlformats.org/officeDocument/2006/relationships/hyperlink" Target="https://content.edsoo.ru/lab" TargetMode="External"/><Relationship Id="rId126" Type="http://schemas.openxmlformats.org/officeDocument/2006/relationships/hyperlink" Target="https://educont.ru/" TargetMode="External"/><Relationship Id="rId147" Type="http://schemas.openxmlformats.org/officeDocument/2006/relationships/hyperlink" Target="https://ya.ru/search/?text=%D0%9E%D1%80%D0%B3%D0%B0%D0%BD%D0%B8%D0%B7%D0%B0%D1%86%D0%B8%D1%8F+%D0%B0%D1%80%D1%85%D0%B8%D1%82%D0%B5%D0%BA%D1%82%D1%83%D1%80%D0%BD%D0%BE-%D0%BB%D0%B0%D0%BD%D0%B4%D1%88%D0%B0%D1%84%D1%82%D0%BD%D0%BE%D0%B3%D0%BE+%D0%BF%D1%80%D0%BE%D1%81%D1%82%D1%80%D0%B0%D0%BD%D1%81%D1%82%D0%B2%D0%B0&amp;lr=10769&amp;clid=2378388-1" TargetMode="External"/><Relationship Id="rId8" Type="http://schemas.openxmlformats.org/officeDocument/2006/relationships/hyperlink" Target="https://damuseum.ru/museum-online/" TargetMode="External"/><Relationship Id="rId51" Type="http://schemas.openxmlformats.org/officeDocument/2006/relationships/hyperlink" Target="https://content.edsoo.ru/lab" TargetMode="External"/><Relationship Id="rId72" Type="http://schemas.openxmlformats.org/officeDocument/2006/relationships/hyperlink" Target="https://content.edsoo.ru/lab" TargetMode="External"/><Relationship Id="rId93" Type="http://schemas.openxmlformats.org/officeDocument/2006/relationships/hyperlink" Target="https://content.edsoo.ru/lab" TargetMode="External"/><Relationship Id="rId98" Type="http://schemas.openxmlformats.org/officeDocument/2006/relationships/hyperlink" Target="https://educont.ru/" TargetMode="External"/><Relationship Id="rId121" Type="http://schemas.openxmlformats.org/officeDocument/2006/relationships/hyperlink" Target="https://ya.ru/video/search?from=tabbar&amp;text=&#1048;&#1089;&#1090;&#1086;&#1088;&#1080;&#1095;&#1077;&#1089;&#1082;&#1072;&#1103;%20&#1082;&#1072;&#1088;&#1090;&#1080;&#1085;&#1072;%20&#1074;%20&#1088;&#1091;&#1089;&#1089;&#1082;&#1086;&#1081;%20&#1078;&#1080;&#1074;&#1086;&#1087;&#1080;&#1089;&#1080;" TargetMode="External"/><Relationship Id="rId142" Type="http://schemas.openxmlformats.org/officeDocument/2006/relationships/hyperlink" Target="https://www.youtube.com/results?search_query=%D0%A0%D0%BE%D0%BB%D1%8C+%D0%B8+%D0%B7%D0%BD%D0%B0%D1%87%D0%B5%D0%BD%D0%B8%D0%B5+%D0%BC%D0%B0%D1%82%D0%B5%D1%80%D0%B8%D0%B0%D0%BB%D0%B0+%D0%B2+%D0%BA%D0%BE%D0%BD%D1%81%D1%82%D1%80%D1%83%D0%BA%D1%86%D0%B8%D0%B8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resh.edu.ru/subject/lesson/7840/start/313511/" TargetMode="External"/><Relationship Id="rId46" Type="http://schemas.openxmlformats.org/officeDocument/2006/relationships/hyperlink" Target="https://ya.ru/video/search?from=tabbar&amp;text=&#1058;&#1105;&#1084;&#1085;&#1086;&#1077;%20&#8212;%20&#1089;&#1074;&#1077;&#1090;&#1083;&#1086;&#1077;%20&#8212;&#1090;&#1086;&#1085;&#1072;&#1083;&#1100;&#1085;&#1099;&#1077;%20&#1086;&#1090;&#1085;&#1086;&#1096;&#1077;&#1085;&#1080;&#1103;" TargetMode="External"/><Relationship Id="rId67" Type="http://schemas.openxmlformats.org/officeDocument/2006/relationships/hyperlink" Target="https://ya.ru/video/search?from=tabbar&amp;text=&#1057;&#1074;&#1077;&#1090;%20&#1080;%20&#1090;&#1077;&#1085;&#1100;.%20&#1055;&#1088;&#1072;&#1074;&#1080;&#1083;&#1072;%20&#1089;&#1074;&#1077;&#1090;&#1086;&#1090;&#1077;&#1085;&#1077;&#1074;&#1086;&#1075;&#1086;%20%20&#1080;&#1079;&#1086;&#1073;&#1088;&#1072;&#1078;&#1077;&#1085;&#1080;&#1103;%20&#1087;&#1088;&#1077;&#1076;&#1084;&#1077;&#1090;&#1072;" TargetMode="External"/><Relationship Id="rId116" Type="http://schemas.openxmlformats.org/officeDocument/2006/relationships/hyperlink" Target="https://educont.ru/" TargetMode="External"/><Relationship Id="rId137" Type="http://schemas.openxmlformats.org/officeDocument/2006/relationships/hyperlink" Target="https://www.youtube.com/results?search_query=%D0%9B%D0%BE%D0%B3%D0%BE%D1%82%D0%B8%D0%BF+%D0%BA%D0%B0%D0%BA+%D0%B3%D1%80%D0%B0%D1%84%D0%B8%D1%87%D0%B5%D1%81%D0%BA%D0%B8%D0%B9+%D0%B7%D0%BD%D0%B0%D0%BA" TargetMode="External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16146</Words>
  <Characters>92036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учебному предмету</vt:lpstr>
    </vt:vector>
  </TitlesOfParts>
  <Company/>
  <LinksUpToDate>false</LinksUpToDate>
  <CharactersWithSpaces>107967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учебному предмету</dc:title>
  <dc:creator>U-3-1</dc:creator>
  <cp:lastModifiedBy>Надежда</cp:lastModifiedBy>
  <cp:revision>4</cp:revision>
  <dcterms:created xsi:type="dcterms:W3CDTF">2023-11-07T07:12:00Z</dcterms:created>
  <dcterms:modified xsi:type="dcterms:W3CDTF">2023-11-07T07:42:00Z</dcterms:modified>
</cp:coreProperties>
</file>